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A95AA" w14:textId="7CA66A8B" w:rsidR="009954CE" w:rsidRDefault="27A40DB3" w:rsidP="7FFD18F3">
      <w:pPr>
        <w:pStyle w:val="Heading1"/>
        <w:jc w:val="center"/>
      </w:pPr>
      <w:r w:rsidRPr="283D570D">
        <w:rPr>
          <w:rFonts w:ascii="Calibri" w:eastAsia="Calibri" w:hAnsi="Calibri" w:cs="Calibri"/>
          <w:szCs w:val="36"/>
        </w:rPr>
        <w:t>Bellevue College Nomenclature Crosswalk</w:t>
      </w:r>
    </w:p>
    <w:p w14:paraId="42C5C5D5" w14:textId="5BA524FB" w:rsidR="009954CE" w:rsidRDefault="38C4EB56" w:rsidP="7FFD18F3">
      <w:pPr>
        <w:pStyle w:val="Heading2"/>
      </w:pPr>
      <w:r w:rsidRPr="449869CA">
        <w:rPr>
          <w:rFonts w:ascii="Calibri" w:eastAsia="Calibri" w:hAnsi="Calibri" w:cs="Calibri"/>
          <w:color w:val="1F497D" w:themeColor="text2"/>
        </w:rPr>
        <w:t>Purpose</w:t>
      </w:r>
    </w:p>
    <w:p w14:paraId="2C72D372" w14:textId="477446FA" w:rsidR="009954CE" w:rsidRDefault="5D644CAD"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This crosswalk is designed to support a shared Bellevue College nomenclature for governance, planning, budgeting, assessment, accreditation, policy writing, organizational charts, and institutional communications. It compares Bellevue College preferred terminology with terminology commonly used by SBCTC, NWCCU, the American Association of Community Colleges (AACC), and the American Association of Colleges and Universities (AAC&amp;U). </w:t>
      </w:r>
    </w:p>
    <w:p w14:paraId="0D83FE65" w14:textId="577702AC" w:rsidR="72F4EC18" w:rsidRDefault="17DCFA6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i/>
          <w:iCs/>
          <w:sz w:val="24"/>
          <w:szCs w:val="24"/>
        </w:rPr>
        <w:t xml:space="preserve">Scope of Use: </w:t>
      </w:r>
      <w:r w:rsidR="5C0F09BE" w:rsidRPr="449869CA">
        <w:rPr>
          <w:rFonts w:asciiTheme="majorHAnsi" w:eastAsiaTheme="majorEastAsia" w:hAnsiTheme="majorHAnsi" w:cstheme="majorBidi"/>
          <w:sz w:val="24"/>
          <w:szCs w:val="24"/>
        </w:rPr>
        <w:t>The terminology in this guide establishes Bellevue College’s preferred institutional nomenclature for internal communications, planning, assessment, reporting, governance, and operational practices. When working with external organizations, including specialized accreditors, regulatory agencies, and professional associations, terminology may be translated or adapted as appropriate to align with their requirements and conventions. This guide is a</w:t>
      </w:r>
      <w:r w:rsidR="5C0F09BE" w:rsidRPr="449869CA">
        <w:rPr>
          <w:rFonts w:asciiTheme="majorHAnsi" w:eastAsiaTheme="majorEastAsia" w:hAnsiTheme="majorHAnsi" w:cstheme="majorBidi"/>
          <w:i/>
          <w:iCs/>
          <w:sz w:val="24"/>
          <w:szCs w:val="24"/>
        </w:rPr>
        <w:t xml:space="preserve"> living </w:t>
      </w:r>
      <w:r w:rsidR="5C0F09BE" w:rsidRPr="449869CA">
        <w:rPr>
          <w:rFonts w:asciiTheme="majorHAnsi" w:eastAsiaTheme="majorEastAsia" w:hAnsiTheme="majorHAnsi" w:cstheme="majorBidi"/>
          <w:sz w:val="24"/>
          <w:szCs w:val="24"/>
        </w:rPr>
        <w:t>document and may be updated as institutional needs, practices, or external requirements evolve. Changes to college-wide terminology will be reviewed and approved through Cabinet or other appropriate institutional processes.</w:t>
      </w:r>
    </w:p>
    <w:p w14:paraId="4C280A07" w14:textId="3F06FEA3" w:rsidR="009954CE" w:rsidRDefault="38C4EB56" w:rsidP="449869CA">
      <w:pPr>
        <w:pStyle w:val="Heading2"/>
        <w:rPr>
          <w:rFonts w:ascii="Calibri" w:eastAsia="Calibri" w:hAnsi="Calibri" w:cs="Calibri"/>
          <w:color w:val="1F497D" w:themeColor="text2"/>
        </w:rPr>
      </w:pPr>
      <w:r w:rsidRPr="449869CA">
        <w:rPr>
          <w:rFonts w:ascii="Calibri" w:eastAsia="Calibri" w:hAnsi="Calibri" w:cs="Calibri"/>
          <w:color w:val="1F497D" w:themeColor="text2"/>
        </w:rPr>
        <w:t>Interpretive Notes</w:t>
      </w:r>
    </w:p>
    <w:tbl>
      <w:tblPr>
        <w:tblStyle w:val="TableGrid"/>
        <w:tblW w:w="0" w:type="auto"/>
        <w:tblLook w:val="04A0" w:firstRow="1" w:lastRow="0" w:firstColumn="1" w:lastColumn="0" w:noHBand="0" w:noVBand="1"/>
      </w:tblPr>
      <w:tblGrid>
        <w:gridCol w:w="6824"/>
        <w:gridCol w:w="6836"/>
      </w:tblGrid>
      <w:tr w:rsidR="449869CA" w14:paraId="0225BB6F" w14:textId="77777777" w:rsidTr="449869CA">
        <w:trPr>
          <w:trHeight w:val="300"/>
        </w:trPr>
        <w:tc>
          <w:tcPr>
            <w:tcW w:w="6873" w:type="dxa"/>
            <w:tcBorders>
              <w:top w:val="single" w:sz="8" w:space="0" w:color="auto"/>
              <w:left w:val="single" w:sz="8" w:space="0" w:color="auto"/>
              <w:bottom w:val="single" w:sz="8" w:space="0" w:color="auto"/>
              <w:right w:val="single" w:sz="8" w:space="0" w:color="auto"/>
            </w:tcBorders>
            <w:tcMar>
              <w:left w:w="108" w:type="dxa"/>
              <w:right w:w="108" w:type="dxa"/>
            </w:tcMar>
          </w:tcPr>
          <w:p w14:paraId="291DA56C" w14:textId="46D19BA7" w:rsidR="15FBD3A1" w:rsidRDefault="15FBD3A1" w:rsidP="449869CA">
            <w:pPr>
              <w:rPr>
                <w:rFonts w:eastAsia="Calibri" w:cs="Calibri"/>
                <w:b/>
                <w:bCs/>
                <w:sz w:val="24"/>
                <w:szCs w:val="24"/>
              </w:rPr>
            </w:pPr>
            <w:r w:rsidRPr="449869CA">
              <w:rPr>
                <w:rFonts w:eastAsia="Calibri" w:cs="Calibri"/>
                <w:b/>
                <w:bCs/>
                <w:sz w:val="24"/>
                <w:szCs w:val="24"/>
              </w:rPr>
              <w:t>Organization</w:t>
            </w:r>
          </w:p>
          <w:p w14:paraId="16475980" w14:textId="403D7FBD" w:rsidR="449869CA" w:rsidRDefault="449869CA" w:rsidP="449869CA">
            <w:pPr>
              <w:rPr>
                <w:rFonts w:eastAsia="Calibri" w:cs="Calibri"/>
                <w:b/>
                <w:bCs/>
                <w:sz w:val="24"/>
                <w:szCs w:val="24"/>
              </w:rPr>
            </w:pPr>
          </w:p>
        </w:tc>
        <w:tc>
          <w:tcPr>
            <w:tcW w:w="6883" w:type="dxa"/>
            <w:tcBorders>
              <w:top w:val="single" w:sz="8" w:space="0" w:color="auto"/>
              <w:left w:val="single" w:sz="8" w:space="0" w:color="auto"/>
              <w:bottom w:val="single" w:sz="8" w:space="0" w:color="auto"/>
              <w:right w:val="single" w:sz="8" w:space="0" w:color="auto"/>
            </w:tcBorders>
            <w:tcMar>
              <w:left w:w="108" w:type="dxa"/>
              <w:right w:w="108" w:type="dxa"/>
            </w:tcMar>
          </w:tcPr>
          <w:p w14:paraId="5DC0FB00" w14:textId="3D1D0C99" w:rsidR="15FBD3A1" w:rsidRDefault="15FBD3A1" w:rsidP="449869CA">
            <w:pPr>
              <w:rPr>
                <w:rFonts w:eastAsia="Calibri" w:cs="Calibri"/>
                <w:b/>
                <w:bCs/>
                <w:sz w:val="24"/>
                <w:szCs w:val="24"/>
              </w:rPr>
            </w:pPr>
            <w:r w:rsidRPr="449869CA">
              <w:rPr>
                <w:rFonts w:eastAsia="Calibri" w:cs="Calibri"/>
                <w:b/>
                <w:bCs/>
                <w:sz w:val="24"/>
                <w:szCs w:val="24"/>
              </w:rPr>
              <w:t>Nature of Guidance</w:t>
            </w:r>
          </w:p>
        </w:tc>
      </w:tr>
      <w:tr w:rsidR="7FFD18F3" w14:paraId="46360595" w14:textId="77777777" w:rsidTr="449869CA">
        <w:trPr>
          <w:trHeight w:val="300"/>
        </w:trPr>
        <w:tc>
          <w:tcPr>
            <w:tcW w:w="6873" w:type="dxa"/>
            <w:tcBorders>
              <w:top w:val="single" w:sz="8" w:space="0" w:color="auto"/>
              <w:left w:val="single" w:sz="8" w:space="0" w:color="auto"/>
              <w:bottom w:val="single" w:sz="8" w:space="0" w:color="auto"/>
              <w:right w:val="single" w:sz="8" w:space="0" w:color="auto"/>
            </w:tcBorders>
            <w:tcMar>
              <w:left w:w="108" w:type="dxa"/>
              <w:right w:w="108" w:type="dxa"/>
            </w:tcMar>
          </w:tcPr>
          <w:p w14:paraId="1A15D41C" w14:textId="13D40B82" w:rsidR="7FFD18F3" w:rsidRDefault="676D80BF" w:rsidP="0193FE03">
            <w:r w:rsidRPr="54D9A765">
              <w:rPr>
                <w:rFonts w:eastAsia="Calibri" w:cs="Calibri"/>
                <w:sz w:val="24"/>
                <w:szCs w:val="24"/>
              </w:rPr>
              <w:t>Northwest Commission on Colleges and Universities (NWCCU)</w:t>
            </w:r>
          </w:p>
          <w:p w14:paraId="53A7FB58" w14:textId="2480647A" w:rsidR="7FFD18F3" w:rsidRDefault="7FFD18F3" w:rsidP="0193FE03">
            <w:pPr>
              <w:rPr>
                <w:rFonts w:eastAsia="Calibri" w:cs="Calibri"/>
                <w:sz w:val="24"/>
                <w:szCs w:val="24"/>
              </w:rPr>
            </w:pPr>
          </w:p>
        </w:tc>
        <w:tc>
          <w:tcPr>
            <w:tcW w:w="6883" w:type="dxa"/>
            <w:tcBorders>
              <w:top w:val="single" w:sz="8" w:space="0" w:color="auto"/>
              <w:left w:val="single" w:sz="8" w:space="0" w:color="auto"/>
              <w:bottom w:val="single" w:sz="8" w:space="0" w:color="auto"/>
              <w:right w:val="single" w:sz="8" w:space="0" w:color="auto"/>
            </w:tcBorders>
            <w:tcMar>
              <w:left w:w="108" w:type="dxa"/>
              <w:right w:w="108" w:type="dxa"/>
            </w:tcMar>
          </w:tcPr>
          <w:p w14:paraId="2E8413B2" w14:textId="713674DD" w:rsidR="7FFD18F3" w:rsidRDefault="6F9DACFC" w:rsidP="0193FE03">
            <w:pPr>
              <w:rPr>
                <w:rFonts w:eastAsia="Calibri" w:cs="Calibri"/>
                <w:sz w:val="24"/>
                <w:szCs w:val="24"/>
              </w:rPr>
            </w:pPr>
            <w:r w:rsidRPr="0193FE03">
              <w:rPr>
                <w:rFonts w:eastAsia="Calibri" w:cs="Calibri"/>
                <w:sz w:val="24"/>
                <w:szCs w:val="24"/>
              </w:rPr>
              <w:t>Formal Accreditation terminology</w:t>
            </w:r>
          </w:p>
        </w:tc>
      </w:tr>
      <w:tr w:rsidR="7FFD18F3" w14:paraId="30E5FF57" w14:textId="77777777" w:rsidTr="449869CA">
        <w:trPr>
          <w:trHeight w:val="300"/>
        </w:trPr>
        <w:tc>
          <w:tcPr>
            <w:tcW w:w="6873" w:type="dxa"/>
            <w:tcBorders>
              <w:top w:val="single" w:sz="8" w:space="0" w:color="auto"/>
              <w:left w:val="single" w:sz="8" w:space="0" w:color="auto"/>
              <w:bottom w:val="single" w:sz="8" w:space="0" w:color="auto"/>
              <w:right w:val="single" w:sz="8" w:space="0" w:color="auto"/>
            </w:tcBorders>
            <w:tcMar>
              <w:left w:w="108" w:type="dxa"/>
              <w:right w:w="108" w:type="dxa"/>
            </w:tcMar>
          </w:tcPr>
          <w:p w14:paraId="6D754177" w14:textId="0E165009" w:rsidR="7FFD18F3" w:rsidRDefault="676D80BF" w:rsidP="0193FE03">
            <w:r w:rsidRPr="54D9A765">
              <w:rPr>
                <w:rFonts w:eastAsia="Calibri" w:cs="Calibri"/>
                <w:sz w:val="24"/>
                <w:szCs w:val="24"/>
              </w:rPr>
              <w:t>State Board of Community and Technical Colleges (SBCTC)</w:t>
            </w:r>
          </w:p>
          <w:p w14:paraId="6010FA34" w14:textId="649BC108" w:rsidR="7FFD18F3" w:rsidRDefault="7FFD18F3" w:rsidP="0193FE03">
            <w:pPr>
              <w:rPr>
                <w:rFonts w:eastAsia="Calibri" w:cs="Calibri"/>
                <w:sz w:val="24"/>
                <w:szCs w:val="24"/>
              </w:rPr>
            </w:pPr>
          </w:p>
        </w:tc>
        <w:tc>
          <w:tcPr>
            <w:tcW w:w="6883" w:type="dxa"/>
            <w:tcBorders>
              <w:top w:val="single" w:sz="8" w:space="0" w:color="auto"/>
              <w:left w:val="single" w:sz="8" w:space="0" w:color="auto"/>
              <w:bottom w:val="single" w:sz="8" w:space="0" w:color="auto"/>
              <w:right w:val="single" w:sz="8" w:space="0" w:color="auto"/>
            </w:tcBorders>
            <w:tcMar>
              <w:left w:w="108" w:type="dxa"/>
              <w:right w:w="108" w:type="dxa"/>
            </w:tcMar>
          </w:tcPr>
          <w:p w14:paraId="3AF89B18" w14:textId="59411F9F" w:rsidR="7FFD18F3" w:rsidRDefault="6F9DACFC" w:rsidP="0193FE03">
            <w:pPr>
              <w:rPr>
                <w:rFonts w:eastAsia="Calibri" w:cs="Calibri"/>
                <w:sz w:val="24"/>
                <w:szCs w:val="24"/>
              </w:rPr>
            </w:pPr>
            <w:r w:rsidRPr="0193FE03">
              <w:rPr>
                <w:rFonts w:eastAsia="Calibri" w:cs="Calibri"/>
                <w:sz w:val="24"/>
                <w:szCs w:val="24"/>
              </w:rPr>
              <w:t>State policy and degree/program approval terminology</w:t>
            </w:r>
          </w:p>
        </w:tc>
      </w:tr>
      <w:tr w:rsidR="7FFD18F3" w14:paraId="3EFE46FF" w14:textId="77777777" w:rsidTr="449869CA">
        <w:trPr>
          <w:trHeight w:val="300"/>
        </w:trPr>
        <w:tc>
          <w:tcPr>
            <w:tcW w:w="6873" w:type="dxa"/>
            <w:tcBorders>
              <w:top w:val="single" w:sz="8" w:space="0" w:color="auto"/>
              <w:left w:val="single" w:sz="8" w:space="0" w:color="auto"/>
              <w:bottom w:val="single" w:sz="8" w:space="0" w:color="auto"/>
              <w:right w:val="single" w:sz="8" w:space="0" w:color="auto"/>
            </w:tcBorders>
            <w:tcMar>
              <w:left w:w="108" w:type="dxa"/>
              <w:right w:w="108" w:type="dxa"/>
            </w:tcMar>
          </w:tcPr>
          <w:p w14:paraId="7B825C8A" w14:textId="77ADA0B3" w:rsidR="7FFD18F3" w:rsidRDefault="676D80BF" w:rsidP="0193FE03">
            <w:r w:rsidRPr="54D9A765">
              <w:rPr>
                <w:rFonts w:eastAsia="Calibri" w:cs="Calibri"/>
                <w:sz w:val="24"/>
                <w:szCs w:val="24"/>
              </w:rPr>
              <w:t>American Association of Community Colleges (AACC)</w:t>
            </w:r>
          </w:p>
          <w:p w14:paraId="5F45F0FD" w14:textId="54CDE65B" w:rsidR="7FFD18F3" w:rsidRDefault="7FFD18F3" w:rsidP="0193FE03">
            <w:pPr>
              <w:rPr>
                <w:rFonts w:eastAsia="Calibri" w:cs="Calibri"/>
                <w:sz w:val="24"/>
                <w:szCs w:val="24"/>
              </w:rPr>
            </w:pPr>
          </w:p>
        </w:tc>
        <w:tc>
          <w:tcPr>
            <w:tcW w:w="6883" w:type="dxa"/>
            <w:tcBorders>
              <w:top w:val="single" w:sz="8" w:space="0" w:color="auto"/>
              <w:left w:val="single" w:sz="8" w:space="0" w:color="auto"/>
              <w:bottom w:val="single" w:sz="8" w:space="0" w:color="auto"/>
              <w:right w:val="single" w:sz="8" w:space="0" w:color="auto"/>
            </w:tcBorders>
            <w:tcMar>
              <w:left w:w="108" w:type="dxa"/>
              <w:right w:w="108" w:type="dxa"/>
            </w:tcMar>
          </w:tcPr>
          <w:p w14:paraId="2D73F18D" w14:textId="770F03F8" w:rsidR="7FFD18F3" w:rsidRDefault="6F9DACFC" w:rsidP="0193FE03">
            <w:pPr>
              <w:rPr>
                <w:rFonts w:eastAsia="Calibri" w:cs="Calibri"/>
                <w:sz w:val="24"/>
                <w:szCs w:val="24"/>
              </w:rPr>
            </w:pPr>
            <w:r w:rsidRPr="0193FE03">
              <w:rPr>
                <w:rFonts w:eastAsia="Calibri" w:cs="Calibri"/>
                <w:sz w:val="24"/>
                <w:szCs w:val="24"/>
              </w:rPr>
              <w:t>Sector-wide practice and community college leadership</w:t>
            </w:r>
          </w:p>
        </w:tc>
      </w:tr>
      <w:tr w:rsidR="7FFD18F3" w14:paraId="62971AA4" w14:textId="77777777" w:rsidTr="449869CA">
        <w:trPr>
          <w:trHeight w:val="300"/>
        </w:trPr>
        <w:tc>
          <w:tcPr>
            <w:tcW w:w="6873" w:type="dxa"/>
            <w:tcBorders>
              <w:top w:val="single" w:sz="8" w:space="0" w:color="auto"/>
              <w:left w:val="single" w:sz="8" w:space="0" w:color="auto"/>
              <w:bottom w:val="single" w:sz="8" w:space="0" w:color="auto"/>
              <w:right w:val="single" w:sz="8" w:space="0" w:color="auto"/>
            </w:tcBorders>
            <w:tcMar>
              <w:left w:w="108" w:type="dxa"/>
              <w:right w:w="108" w:type="dxa"/>
            </w:tcMar>
          </w:tcPr>
          <w:p w14:paraId="3F7233B8" w14:textId="0B78F511" w:rsidR="7FFD18F3" w:rsidRDefault="2553CEA6" w:rsidP="0193FE03">
            <w:pPr>
              <w:rPr>
                <w:rFonts w:eastAsia="Calibri" w:cs="Calibri"/>
                <w:sz w:val="24"/>
                <w:szCs w:val="24"/>
              </w:rPr>
            </w:pPr>
            <w:r w:rsidRPr="449869CA">
              <w:rPr>
                <w:rFonts w:eastAsia="Calibri" w:cs="Calibri"/>
                <w:sz w:val="24"/>
                <w:szCs w:val="24"/>
              </w:rPr>
              <w:t>American Association of Colleges and Universities (AAC</w:t>
            </w:r>
            <w:r w:rsidR="21456321" w:rsidRPr="449869CA">
              <w:rPr>
                <w:rFonts w:eastAsia="Calibri" w:cs="Calibri"/>
                <w:sz w:val="24"/>
                <w:szCs w:val="24"/>
              </w:rPr>
              <w:t>&amp;</w:t>
            </w:r>
            <w:r w:rsidRPr="449869CA">
              <w:rPr>
                <w:rFonts w:eastAsia="Calibri" w:cs="Calibri"/>
                <w:sz w:val="24"/>
                <w:szCs w:val="24"/>
              </w:rPr>
              <w:t>U)</w:t>
            </w:r>
          </w:p>
        </w:tc>
        <w:tc>
          <w:tcPr>
            <w:tcW w:w="6883" w:type="dxa"/>
            <w:tcBorders>
              <w:top w:val="single" w:sz="8" w:space="0" w:color="auto"/>
              <w:left w:val="single" w:sz="8" w:space="0" w:color="auto"/>
              <w:bottom w:val="single" w:sz="8" w:space="0" w:color="auto"/>
              <w:right w:val="single" w:sz="8" w:space="0" w:color="auto"/>
            </w:tcBorders>
            <w:tcMar>
              <w:left w:w="108" w:type="dxa"/>
              <w:right w:w="108" w:type="dxa"/>
            </w:tcMar>
          </w:tcPr>
          <w:p w14:paraId="625963F9" w14:textId="03BD8269" w:rsidR="7FFD18F3" w:rsidRDefault="6F9DACFC" w:rsidP="0193FE03">
            <w:pPr>
              <w:rPr>
                <w:rFonts w:eastAsia="Calibri" w:cs="Calibri"/>
                <w:sz w:val="24"/>
                <w:szCs w:val="24"/>
              </w:rPr>
            </w:pPr>
            <w:r w:rsidRPr="0193FE03">
              <w:rPr>
                <w:rFonts w:eastAsia="Calibri" w:cs="Calibri"/>
                <w:sz w:val="24"/>
                <w:szCs w:val="24"/>
              </w:rPr>
              <w:t>Academic quality, curriculum, and learning outcomes</w:t>
            </w:r>
          </w:p>
        </w:tc>
      </w:tr>
    </w:tbl>
    <w:p w14:paraId="5B735142" w14:textId="2CAD18D9" w:rsidR="0193FE03" w:rsidRDefault="0193FE03" w:rsidP="0193FE03">
      <w:pPr>
        <w:pStyle w:val="ListParagraph"/>
        <w:spacing w:after="0"/>
        <w:ind w:left="360" w:hanging="360"/>
        <w:rPr>
          <w:rFonts w:eastAsia="Calibri" w:cs="Calibri"/>
          <w:sz w:val="24"/>
          <w:szCs w:val="24"/>
        </w:rPr>
      </w:pPr>
    </w:p>
    <w:p w14:paraId="73943F00" w14:textId="7847AC08" w:rsidR="009954CE" w:rsidRDefault="745282F1" w:rsidP="449869CA">
      <w:pPr>
        <w:pStyle w:val="ListParagraph"/>
        <w:numPr>
          <w:ilvl w:val="0"/>
          <w:numId w:val="5"/>
        </w:numPr>
        <w:spacing w:after="0"/>
        <w:ind w:left="360"/>
        <w:rPr>
          <w:rFonts w:asciiTheme="majorHAnsi" w:eastAsiaTheme="majorEastAsia" w:hAnsiTheme="majorHAnsi" w:cstheme="majorBidi"/>
          <w:i/>
          <w:iCs/>
          <w:sz w:val="24"/>
          <w:szCs w:val="24"/>
        </w:rPr>
      </w:pPr>
      <w:r w:rsidRPr="449869CA">
        <w:rPr>
          <w:rFonts w:asciiTheme="majorHAnsi" w:eastAsiaTheme="majorEastAsia" w:hAnsiTheme="majorHAnsi" w:cstheme="majorBidi"/>
          <w:b/>
          <w:bCs/>
          <w:i/>
          <w:iCs/>
          <w:color w:val="000000" w:themeColor="text1"/>
          <w:sz w:val="24"/>
          <w:szCs w:val="24"/>
        </w:rPr>
        <w:t>Exception:</w:t>
      </w:r>
      <w:r w:rsidRPr="449869CA">
        <w:rPr>
          <w:rFonts w:asciiTheme="majorHAnsi" w:eastAsiaTheme="majorEastAsia" w:hAnsiTheme="majorHAnsi" w:cstheme="majorBidi"/>
          <w:i/>
          <w:iCs/>
          <w:color w:val="000000" w:themeColor="text1"/>
          <w:sz w:val="24"/>
          <w:szCs w:val="24"/>
        </w:rPr>
        <w:t xml:space="preserve"> The Office of Community Care and Institutional Transformation will retain its existing name.</w:t>
      </w:r>
    </w:p>
    <w:p w14:paraId="3D4BB3F6" w14:textId="603899B9" w:rsidR="283D570D" w:rsidRDefault="283D570D">
      <w:r>
        <w:br w:type="page"/>
      </w:r>
    </w:p>
    <w:p w14:paraId="1B4E20E3" w14:textId="4F387861" w:rsidR="3F3888F6" w:rsidRDefault="3F3888F6" w:rsidP="283D570D">
      <w:pPr>
        <w:pStyle w:val="ListParagraph"/>
        <w:numPr>
          <w:ilvl w:val="0"/>
          <w:numId w:val="5"/>
        </w:numPr>
        <w:spacing w:after="0"/>
        <w:ind w:left="360"/>
        <w:rPr>
          <w:sz w:val="24"/>
          <w:szCs w:val="24"/>
        </w:rPr>
      </w:pPr>
      <w:r w:rsidRPr="283D570D">
        <w:rPr>
          <w:sz w:val="24"/>
          <w:szCs w:val="24"/>
        </w:rPr>
        <w:lastRenderedPageBreak/>
        <w:t>Leadership group names should clearly distinguish college-wide executive bodies from Division-level leadership groups. Bellevue College will reserve Cabinet for the President’s Cabinet or Executive Cabinet. At the Division level, Leadership Team should refer to the Vice President and senior leaders, such as Deans and Executive Directors. Operation</w:t>
      </w:r>
      <w:r w:rsidR="002549C1">
        <w:rPr>
          <w:sz w:val="24"/>
          <w:szCs w:val="24"/>
        </w:rPr>
        <w:t>s</w:t>
      </w:r>
      <w:r w:rsidRPr="283D570D">
        <w:rPr>
          <w:sz w:val="24"/>
          <w:szCs w:val="24"/>
        </w:rPr>
        <w:t xml:space="preserve"> Team should refer to the broader leadership group, including the Vice President, Deans, Executive Directors, and Directors. Divisions should apply these naming conventions consistently to distinguish executive, senior leadership, and operation</w:t>
      </w:r>
      <w:r w:rsidR="002549C1">
        <w:rPr>
          <w:sz w:val="24"/>
          <w:szCs w:val="24"/>
        </w:rPr>
        <w:t>s</w:t>
      </w:r>
      <w:r w:rsidRPr="283D570D">
        <w:rPr>
          <w:sz w:val="24"/>
          <w:szCs w:val="24"/>
        </w:rPr>
        <w:t xml:space="preserve"> leadership groups across the College.</w:t>
      </w:r>
    </w:p>
    <w:p w14:paraId="39971E4E" w14:textId="0070A9F5" w:rsidR="009954CE" w:rsidRDefault="39C65676" w:rsidP="0193FE03">
      <w:pPr>
        <w:pStyle w:val="ListParagraph"/>
        <w:numPr>
          <w:ilvl w:val="0"/>
          <w:numId w:val="5"/>
        </w:numPr>
        <w:spacing w:after="0"/>
        <w:ind w:left="360"/>
        <w:rPr>
          <w:rFonts w:eastAsia="Calibri" w:cs="Calibri"/>
          <w:sz w:val="24"/>
          <w:szCs w:val="24"/>
        </w:rPr>
      </w:pPr>
      <w:r w:rsidRPr="54D9A765">
        <w:rPr>
          <w:rFonts w:eastAsia="Calibri" w:cs="Calibri"/>
          <w:sz w:val="24"/>
          <w:szCs w:val="24"/>
        </w:rPr>
        <w:t>Bellevue College should use one preferred institutional term internally, while recognizing that external agencies may use different terminology for equivalent or overlapping concepts.</w:t>
      </w:r>
    </w:p>
    <w:p w14:paraId="606CDA7E" w14:textId="6FDDC217" w:rsidR="009954CE" w:rsidRDefault="7C0A4146" w:rsidP="0193FE03">
      <w:pPr>
        <w:pStyle w:val="ListParagraph"/>
        <w:numPr>
          <w:ilvl w:val="0"/>
          <w:numId w:val="5"/>
        </w:numPr>
        <w:spacing w:after="0"/>
        <w:ind w:left="360"/>
        <w:rPr>
          <w:rFonts w:eastAsia="Calibri" w:cs="Calibri"/>
          <w:sz w:val="24"/>
          <w:szCs w:val="24"/>
        </w:rPr>
      </w:pPr>
      <w:r w:rsidRPr="54D9A765">
        <w:rPr>
          <w:rFonts w:eastAsia="Calibri" w:cs="Calibri"/>
          <w:sz w:val="24"/>
          <w:szCs w:val="24"/>
        </w:rPr>
        <w:t>SBCTC terminology is most authoritative for Washington community and technical college policy, program approval, coding, enrollment reporting, and instructional program requirements.</w:t>
      </w:r>
    </w:p>
    <w:p w14:paraId="1033492F" w14:textId="5B69BF45"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NWCCU terminology is most authoritative for accreditation, mission fulfillment, institutional effectiveness, student achievement, student learning outcomes, assessment, and continuous improvement.</w:t>
      </w:r>
    </w:p>
    <w:p w14:paraId="1E3CAEFD" w14:textId="69DC6EBB"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AACC terminology is most useful for community college mission, student success, access, workforce development, pathways, and national community</w:t>
      </w:r>
      <w:r w:rsidRPr="0193FE03">
        <w:rPr>
          <w:rFonts w:eastAsia="Calibri" w:cs="Calibri"/>
          <w:szCs w:val="18"/>
        </w:rPr>
        <w:t xml:space="preserve"> </w:t>
      </w:r>
      <w:r w:rsidRPr="0193FE03">
        <w:rPr>
          <w:rFonts w:eastAsia="Calibri" w:cs="Calibri"/>
          <w:sz w:val="24"/>
          <w:szCs w:val="24"/>
        </w:rPr>
        <w:t>college practice.</w:t>
      </w:r>
    </w:p>
    <w:p w14:paraId="6FE8DA2C" w14:textId="00473521" w:rsidR="009954CE" w:rsidRDefault="082BC871" w:rsidP="0193FE03">
      <w:pPr>
        <w:pStyle w:val="ListParagraph"/>
        <w:numPr>
          <w:ilvl w:val="0"/>
          <w:numId w:val="5"/>
        </w:numPr>
        <w:spacing w:after="0"/>
        <w:ind w:left="360"/>
        <w:rPr>
          <w:rFonts w:eastAsia="Calibri" w:cs="Calibri"/>
          <w:sz w:val="24"/>
          <w:szCs w:val="24"/>
        </w:rPr>
      </w:pPr>
      <w:r w:rsidRPr="1287E10F">
        <w:rPr>
          <w:rFonts w:eastAsia="Calibri" w:cs="Calibri"/>
          <w:sz w:val="24"/>
          <w:szCs w:val="24"/>
        </w:rPr>
        <w:t>AAC&amp;U terminology is most useful for liberal education, essential learning outcomes, VALUE rubrics, authentic assessment of student work, and general education assessment.</w:t>
      </w:r>
    </w:p>
    <w:p w14:paraId="1CE80D18" w14:textId="449C820E" w:rsidR="501343EE" w:rsidRDefault="444E69D0" w:rsidP="449869CA">
      <w:pPr>
        <w:pStyle w:val="Heading2"/>
        <w:rPr>
          <w:rFonts w:ascii="Calibri" w:eastAsia="Calibri" w:hAnsi="Calibri" w:cs="Calibri"/>
          <w:color w:val="1F497D" w:themeColor="text2"/>
        </w:rPr>
      </w:pPr>
      <w:r w:rsidRPr="449869CA">
        <w:rPr>
          <w:rFonts w:ascii="Calibri" w:eastAsia="Calibri" w:hAnsi="Calibri" w:cs="Calibri"/>
          <w:color w:val="1F497D" w:themeColor="text2"/>
        </w:rPr>
        <w:t>Working Agreement for Bellevue College</w:t>
      </w:r>
    </w:p>
    <w:p w14:paraId="7BC20851" w14:textId="3F53EF80" w:rsidR="501343EE" w:rsidRDefault="501343EE" w:rsidP="1287E10F">
      <w:r w:rsidRPr="1287E10F">
        <w:rPr>
          <w:rFonts w:eastAsia="Calibri" w:cs="Calibri"/>
          <w:sz w:val="24"/>
          <w:szCs w:val="24"/>
        </w:rPr>
        <w:t xml:space="preserve">Bellevue College </w:t>
      </w:r>
      <w:r w:rsidR="3E0452E4" w:rsidRPr="1287E10F">
        <w:rPr>
          <w:rFonts w:eastAsia="Calibri" w:cs="Calibri"/>
          <w:sz w:val="24"/>
          <w:szCs w:val="24"/>
        </w:rPr>
        <w:t>has</w:t>
      </w:r>
      <w:r w:rsidRPr="1287E10F">
        <w:rPr>
          <w:rFonts w:eastAsia="Calibri" w:cs="Calibri"/>
          <w:sz w:val="24"/>
          <w:szCs w:val="24"/>
        </w:rPr>
        <w:t xml:space="preserve"> formally adopt</w:t>
      </w:r>
      <w:r w:rsidR="0EAB8E4D" w:rsidRPr="1287E10F">
        <w:rPr>
          <w:rFonts w:eastAsia="Calibri" w:cs="Calibri"/>
          <w:sz w:val="24"/>
          <w:szCs w:val="24"/>
        </w:rPr>
        <w:t>ed</w:t>
      </w:r>
      <w:r w:rsidRPr="1287E10F">
        <w:rPr>
          <w:rFonts w:eastAsia="Calibri" w:cs="Calibri"/>
          <w:sz w:val="24"/>
          <w:szCs w:val="24"/>
        </w:rPr>
        <w:t xml:space="preserve"> this crosswalk as an appendix to the Institutional Nomenclature Guide. The guide should be maintained by Institutional Effectiveness in consultation with Academic Affairs, Student Affairs, Administrative Services, Governance, and Cabinet. Updates should </w:t>
      </w:r>
      <w:proofErr w:type="gramStart"/>
      <w:r w:rsidRPr="1287E10F">
        <w:rPr>
          <w:rFonts w:eastAsia="Calibri" w:cs="Calibri"/>
          <w:sz w:val="24"/>
          <w:szCs w:val="24"/>
        </w:rPr>
        <w:t>occur</w:t>
      </w:r>
      <w:proofErr w:type="gramEnd"/>
      <w:r w:rsidRPr="1287E10F">
        <w:rPr>
          <w:rFonts w:eastAsia="Calibri" w:cs="Calibri"/>
          <w:sz w:val="24"/>
          <w:szCs w:val="24"/>
        </w:rPr>
        <w:t xml:space="preserve"> a minimum of annually or when SBCTC, NWCCU, or Bellevue College policy changes create terminology conflicts.</w:t>
      </w:r>
    </w:p>
    <w:p w14:paraId="1B6F35F7" w14:textId="36A2281C" w:rsidR="501343EE" w:rsidRDefault="444E69D0" w:rsidP="449869CA">
      <w:pPr>
        <w:pStyle w:val="Heading2"/>
        <w:rPr>
          <w:color w:val="1F497D" w:themeColor="text2"/>
        </w:rPr>
      </w:pPr>
      <w:r w:rsidRPr="449869CA">
        <w:rPr>
          <w:color w:val="1F497D" w:themeColor="text2"/>
        </w:rPr>
        <w:t>Decision Rule for Ambiguous Terms</w:t>
      </w:r>
    </w:p>
    <w:p w14:paraId="5C6693F1" w14:textId="7B9FD5A3" w:rsidR="501343EE" w:rsidRDefault="444E69D0" w:rsidP="449869CA">
      <w:pPr>
        <w:spacing w:before="240" w:after="240"/>
        <w:rPr>
          <w:rFonts w:eastAsia="Calibri" w:cs="Calibri"/>
          <w:sz w:val="24"/>
          <w:szCs w:val="24"/>
        </w:rPr>
      </w:pPr>
      <w:r w:rsidRPr="449869CA">
        <w:rPr>
          <w:rFonts w:eastAsia="Calibri" w:cs="Calibri"/>
          <w:sz w:val="24"/>
          <w:szCs w:val="24"/>
        </w:rPr>
        <w:t>When more than one term could apply, use the most specific Bellevue College preferred term that accurately describes the entity’s primary purpose and function. Determine first whether the term refers to:</w:t>
      </w:r>
    </w:p>
    <w:p w14:paraId="4902A0FF" w14:textId="513D8B69" w:rsidR="501343EE" w:rsidRDefault="501343EE" w:rsidP="1287E10F">
      <w:pPr>
        <w:pStyle w:val="ListParagraph"/>
        <w:numPr>
          <w:ilvl w:val="0"/>
          <w:numId w:val="1"/>
        </w:numPr>
        <w:spacing w:after="0"/>
        <w:rPr>
          <w:rFonts w:eastAsia="Calibri" w:cs="Calibri"/>
          <w:sz w:val="24"/>
          <w:szCs w:val="24"/>
        </w:rPr>
      </w:pPr>
      <w:r w:rsidRPr="1287E10F">
        <w:rPr>
          <w:rFonts w:eastAsia="Calibri" w:cs="Calibri"/>
          <w:sz w:val="24"/>
          <w:szCs w:val="24"/>
        </w:rPr>
        <w:t>an organizational structure or administrative unit;</w:t>
      </w:r>
    </w:p>
    <w:p w14:paraId="19502975" w14:textId="19D5E664" w:rsidR="501343EE" w:rsidRDefault="501343EE" w:rsidP="1287E10F">
      <w:pPr>
        <w:pStyle w:val="ListParagraph"/>
        <w:numPr>
          <w:ilvl w:val="0"/>
          <w:numId w:val="1"/>
        </w:numPr>
        <w:spacing w:after="0"/>
        <w:rPr>
          <w:rFonts w:eastAsia="Calibri" w:cs="Calibri"/>
          <w:sz w:val="24"/>
          <w:szCs w:val="24"/>
        </w:rPr>
      </w:pPr>
      <w:r w:rsidRPr="1287E10F">
        <w:rPr>
          <w:rFonts w:eastAsia="Calibri" w:cs="Calibri"/>
          <w:sz w:val="24"/>
          <w:szCs w:val="24"/>
        </w:rPr>
        <w:lastRenderedPageBreak/>
        <w:t>an academic program or learning structure;</w:t>
      </w:r>
    </w:p>
    <w:p w14:paraId="42B3EA94" w14:textId="748F6B49" w:rsidR="501343EE" w:rsidRDefault="501343EE" w:rsidP="1287E10F">
      <w:pPr>
        <w:pStyle w:val="ListParagraph"/>
        <w:numPr>
          <w:ilvl w:val="0"/>
          <w:numId w:val="1"/>
        </w:numPr>
        <w:spacing w:after="0"/>
        <w:rPr>
          <w:rFonts w:eastAsia="Calibri" w:cs="Calibri"/>
          <w:sz w:val="24"/>
          <w:szCs w:val="24"/>
        </w:rPr>
      </w:pPr>
      <w:r w:rsidRPr="1287E10F">
        <w:rPr>
          <w:rFonts w:eastAsia="Calibri" w:cs="Calibri"/>
          <w:sz w:val="24"/>
          <w:szCs w:val="24"/>
        </w:rPr>
        <w:t>a credential or award;</w:t>
      </w:r>
    </w:p>
    <w:p w14:paraId="16B3A7F3" w14:textId="559CFEAF" w:rsidR="501343EE" w:rsidRDefault="501343EE" w:rsidP="1287E10F">
      <w:pPr>
        <w:pStyle w:val="ListParagraph"/>
        <w:numPr>
          <w:ilvl w:val="0"/>
          <w:numId w:val="1"/>
        </w:numPr>
        <w:spacing w:after="0"/>
        <w:rPr>
          <w:rFonts w:eastAsia="Calibri" w:cs="Calibri"/>
          <w:sz w:val="24"/>
          <w:szCs w:val="24"/>
        </w:rPr>
      </w:pPr>
      <w:r w:rsidRPr="1287E10F">
        <w:rPr>
          <w:rFonts w:eastAsia="Calibri" w:cs="Calibri"/>
          <w:sz w:val="24"/>
          <w:szCs w:val="24"/>
        </w:rPr>
        <w:t>an approved course; or</w:t>
      </w:r>
    </w:p>
    <w:p w14:paraId="04DB2DE5" w14:textId="6772A55E" w:rsidR="501343EE" w:rsidRDefault="501343EE" w:rsidP="1287E10F">
      <w:pPr>
        <w:pStyle w:val="ListParagraph"/>
        <w:numPr>
          <w:ilvl w:val="0"/>
          <w:numId w:val="1"/>
        </w:numPr>
        <w:spacing w:after="0"/>
        <w:rPr>
          <w:rFonts w:eastAsia="Calibri" w:cs="Calibri"/>
          <w:sz w:val="24"/>
          <w:szCs w:val="24"/>
        </w:rPr>
      </w:pPr>
      <w:r w:rsidRPr="1287E10F">
        <w:rPr>
          <w:rFonts w:eastAsia="Calibri" w:cs="Calibri"/>
          <w:sz w:val="24"/>
          <w:szCs w:val="24"/>
        </w:rPr>
        <w:t>a scheduled instructional offering.</w:t>
      </w:r>
    </w:p>
    <w:p w14:paraId="46EF2CA9" w14:textId="1ACE8F6C" w:rsidR="501343EE" w:rsidRDefault="444E69D0" w:rsidP="449869CA">
      <w:pPr>
        <w:spacing w:before="240" w:after="240"/>
        <w:rPr>
          <w:rFonts w:eastAsia="Calibri" w:cs="Calibri"/>
          <w:sz w:val="24"/>
          <w:szCs w:val="24"/>
        </w:rPr>
      </w:pPr>
      <w:r w:rsidRPr="449869CA">
        <w:rPr>
          <w:rFonts w:eastAsia="Calibri" w:cs="Calibri"/>
          <w:sz w:val="24"/>
          <w:szCs w:val="24"/>
        </w:rPr>
        <w:t xml:space="preserve">Do not select a term solely because it has been used historically, appears in </w:t>
      </w:r>
      <w:proofErr w:type="spellStart"/>
      <w:r w:rsidRPr="449869CA">
        <w:rPr>
          <w:rFonts w:eastAsia="Calibri" w:cs="Calibri"/>
          <w:sz w:val="24"/>
          <w:szCs w:val="24"/>
        </w:rPr>
        <w:t>ctcLink</w:t>
      </w:r>
      <w:proofErr w:type="spellEnd"/>
      <w:r w:rsidRPr="449869CA">
        <w:rPr>
          <w:rFonts w:eastAsia="Calibri" w:cs="Calibri"/>
          <w:sz w:val="24"/>
          <w:szCs w:val="24"/>
        </w:rPr>
        <w:t>, or is commonly used by an external organization. If an external agency, accreditor, or system uses different terminology, use Bellevue’s preferred term in institutional materials and identify or translate the external equivalent when necessary.</w:t>
      </w:r>
    </w:p>
    <w:p w14:paraId="5862B5E5" w14:textId="113E1D6D" w:rsidR="501343EE" w:rsidRDefault="444E69D0" w:rsidP="449869CA">
      <w:pPr>
        <w:spacing w:before="240" w:after="240"/>
        <w:rPr>
          <w:rFonts w:eastAsia="Calibri" w:cs="Calibri"/>
          <w:sz w:val="24"/>
          <w:szCs w:val="24"/>
        </w:rPr>
      </w:pPr>
      <w:r w:rsidRPr="449869CA">
        <w:rPr>
          <w:rFonts w:eastAsia="Calibri" w:cs="Calibri"/>
          <w:sz w:val="24"/>
          <w:szCs w:val="24"/>
        </w:rPr>
        <w:t>When ambiguity remains, consult the office responsible for the relevant policy, data definition, organizational structure, or academic approval process before establishing a new term or using existing terms interchangeably.</w:t>
      </w:r>
    </w:p>
    <w:p w14:paraId="14796B8B" w14:textId="4B691C92" w:rsidR="1287E10F" w:rsidRDefault="1287E10F" w:rsidP="449869CA">
      <w:pPr>
        <w:rPr>
          <w:sz w:val="24"/>
          <w:szCs w:val="24"/>
        </w:rPr>
      </w:pPr>
    </w:p>
    <w:p w14:paraId="21B0CEEE" w14:textId="124A43D0" w:rsidR="54D9A765" w:rsidRDefault="54D9A765">
      <w:r>
        <w:br w:type="page"/>
      </w:r>
    </w:p>
    <w:p w14:paraId="57A918E1" w14:textId="3D46E7EF" w:rsidR="3EED319A" w:rsidRDefault="54F0BDFC" w:rsidP="283D570D">
      <w:r>
        <w:rPr>
          <w:noProof/>
        </w:rPr>
        <w:lastRenderedPageBreak/>
        <w:drawing>
          <wp:inline distT="0" distB="0" distL="0" distR="0" wp14:anchorId="24F5AC16" wp14:editId="0873BB65">
            <wp:extent cx="8782050" cy="5629275"/>
            <wp:effectExtent l="0" t="0" r="0" b="0"/>
            <wp:docPr id="1567938971" name="drawing" descr="Infographic of Academic Affairs Terminology which is explained after this 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38971" name="Picture 1567938971"/>
                    <pic:cNvPicPr/>
                  </pic:nvPicPr>
                  <pic:blipFill>
                    <a:blip r:embed="rId11">
                      <a:extLst>
                        <a:ext uri="{28A0092B-C50C-407E-A947-70E740481C1C}">
                          <a14:useLocalDpi xmlns:a14="http://schemas.microsoft.com/office/drawing/2010/main"/>
                        </a:ext>
                      </a:extLst>
                    </a:blip>
                    <a:stretch>
                      <a:fillRect/>
                    </a:stretch>
                  </pic:blipFill>
                  <pic:spPr>
                    <a:xfrm>
                      <a:off x="0" y="0"/>
                      <a:ext cx="8782050" cy="5629275"/>
                    </a:xfrm>
                    <a:prstGeom prst="rect">
                      <a:avLst/>
                    </a:prstGeom>
                  </pic:spPr>
                </pic:pic>
              </a:graphicData>
            </a:graphic>
          </wp:inline>
        </w:drawing>
      </w:r>
    </w:p>
    <w:p w14:paraId="4561DD0B" w14:textId="171AEDE5" w:rsidR="54D9A765" w:rsidRDefault="54D9A765">
      <w:r>
        <w:br w:type="page"/>
      </w:r>
    </w:p>
    <w:p w14:paraId="0ABB5EC0" w14:textId="701828DD" w:rsidR="009954CE" w:rsidRDefault="335240A8" w:rsidP="449869CA">
      <w:pPr>
        <w:spacing w:before="200" w:after="0"/>
      </w:pPr>
      <w:r>
        <w:rPr>
          <w:noProof/>
        </w:rPr>
        <w:lastRenderedPageBreak/>
        <w:drawing>
          <wp:inline distT="0" distB="0" distL="0" distR="0" wp14:anchorId="297C792A" wp14:editId="1F83681C">
            <wp:extent cx="8686800" cy="5629275"/>
            <wp:effectExtent l="0" t="0" r="0" b="0"/>
            <wp:docPr id="200111784" name="drawing" descr="Infographic of Student Affairs Terminology which is explained after this 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11784" name="Picture 200111784"/>
                    <pic:cNvPicPr/>
                  </pic:nvPicPr>
                  <pic:blipFill>
                    <a:blip r:embed="rId12">
                      <a:extLst>
                        <a:ext uri="{28A0092B-C50C-407E-A947-70E740481C1C}">
                          <a14:useLocalDpi xmlns:a14="http://schemas.microsoft.com/office/drawing/2010/main"/>
                        </a:ext>
                      </a:extLst>
                    </a:blip>
                    <a:stretch>
                      <a:fillRect/>
                    </a:stretch>
                  </pic:blipFill>
                  <pic:spPr>
                    <a:xfrm>
                      <a:off x="0" y="0"/>
                      <a:ext cx="8686800" cy="5629275"/>
                    </a:xfrm>
                    <a:prstGeom prst="rect">
                      <a:avLst/>
                    </a:prstGeom>
                  </pic:spPr>
                </pic:pic>
              </a:graphicData>
            </a:graphic>
          </wp:inline>
        </w:drawing>
      </w:r>
    </w:p>
    <w:p w14:paraId="44EED954" w14:textId="6F509859" w:rsidR="009954CE" w:rsidRDefault="00000000" w:rsidP="449869CA">
      <w:pPr>
        <w:spacing w:before="200" w:after="0"/>
      </w:pPr>
      <w:r>
        <w:br w:type="page"/>
      </w:r>
    </w:p>
    <w:p w14:paraId="390D838E" w14:textId="090C9960" w:rsidR="009954CE" w:rsidRDefault="38C4EB56" w:rsidP="449869CA">
      <w:pPr>
        <w:pStyle w:val="Heading2"/>
        <w:rPr>
          <w:rFonts w:ascii="Calibri" w:eastAsia="Calibri" w:hAnsi="Calibri" w:cs="Calibri"/>
          <w:color w:val="1F497D" w:themeColor="text2"/>
          <w:sz w:val="28"/>
          <w:szCs w:val="28"/>
        </w:rPr>
      </w:pPr>
      <w:r w:rsidRPr="449869CA">
        <w:rPr>
          <w:color w:val="1F497D" w:themeColor="text2"/>
          <w:sz w:val="28"/>
          <w:szCs w:val="28"/>
        </w:rPr>
        <w:lastRenderedPageBreak/>
        <w:t>Crosswalk Table A: Organizational Structure</w:t>
      </w:r>
    </w:p>
    <w:tbl>
      <w:tblPr>
        <w:tblStyle w:val="TableGrid"/>
        <w:tblW w:w="0" w:type="auto"/>
        <w:tblLook w:val="04A0" w:firstRow="1" w:lastRow="0" w:firstColumn="1" w:lastColumn="0" w:noHBand="0" w:noVBand="1"/>
      </w:tblPr>
      <w:tblGrid>
        <w:gridCol w:w="1186"/>
        <w:gridCol w:w="2962"/>
        <w:gridCol w:w="1654"/>
        <w:gridCol w:w="2312"/>
        <w:gridCol w:w="1654"/>
        <w:gridCol w:w="2312"/>
        <w:gridCol w:w="1580"/>
      </w:tblGrid>
      <w:tr w:rsidR="7FFD18F3" w14:paraId="09266FD0"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832CCAF" w14:textId="4810F67F"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Term</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E453D71" w14:textId="7C804BDD"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Preferred Usage</w:t>
            </w:r>
          </w:p>
        </w:tc>
        <w:tc>
          <w:tcPr>
            <w:tcW w:w="154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564008E" w14:textId="7A771D91"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SBCTC Equivalent/Usage</w:t>
            </w:r>
          </w:p>
        </w:tc>
        <w:tc>
          <w:tcPr>
            <w:tcW w:w="148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1808752" w14:textId="67B801E2"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NWCCU Equivalent/Usage</w:t>
            </w:r>
          </w:p>
        </w:tc>
        <w:tc>
          <w:tcPr>
            <w:tcW w:w="150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9D849E1" w14:textId="24BC1F0B"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AACC Equivalent/Usage</w:t>
            </w:r>
          </w:p>
        </w:tc>
        <w:tc>
          <w:tcPr>
            <w:tcW w:w="167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9FDA978" w14:textId="0BD1C8E0"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AAC&amp;U Equivalent/Usage</w:t>
            </w:r>
          </w:p>
        </w:tc>
        <w:tc>
          <w:tcPr>
            <w:tcW w:w="183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75B674D" w14:textId="6A0CAFBE"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Notes</w:t>
            </w:r>
          </w:p>
        </w:tc>
      </w:tr>
      <w:tr w:rsidR="7FFD18F3" w14:paraId="2C5A8AD4"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17195E5" w14:textId="30538B41"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College</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CE8651F" w14:textId="547D07FC"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'College' for Bellevue College as the institution; use 'college district' only when referring to statutory or SBCTC system context.</w:t>
            </w:r>
          </w:p>
        </w:tc>
        <w:tc>
          <w:tcPr>
            <w:tcW w:w="154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BFC20D0" w14:textId="4654593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College / community or technical college district</w:t>
            </w:r>
          </w:p>
        </w:tc>
        <w:tc>
          <w:tcPr>
            <w:tcW w:w="148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234986A" w14:textId="5F8ADEE6"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w:t>
            </w:r>
          </w:p>
        </w:tc>
        <w:tc>
          <w:tcPr>
            <w:tcW w:w="150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6EBB1E9" w14:textId="2CE0012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Community college / member college</w:t>
            </w:r>
          </w:p>
        </w:tc>
        <w:tc>
          <w:tcPr>
            <w:tcW w:w="167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36057CD" w14:textId="79409F9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 / college or university</w:t>
            </w:r>
          </w:p>
        </w:tc>
        <w:tc>
          <w:tcPr>
            <w:tcW w:w="183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F97EE49" w14:textId="687683E1"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SBCTC uses statutory/system language; NWCCU uses institution-centered accreditation language.</w:t>
            </w:r>
          </w:p>
        </w:tc>
      </w:tr>
      <w:tr w:rsidR="7FFD18F3" w14:paraId="1AD01A7D"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6DB0851A" w14:textId="67C56CB3"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Division</w:t>
            </w:r>
          </w:p>
        </w:tc>
        <w:tc>
          <w:tcPr>
            <w:tcW w:w="4099" w:type="dxa"/>
            <w:tcBorders>
              <w:top w:val="single" w:sz="8" w:space="0" w:color="auto"/>
              <w:left w:val="single" w:sz="8" w:space="0" w:color="auto"/>
              <w:bottom w:val="single" w:sz="8" w:space="0" w:color="auto"/>
              <w:right w:val="single" w:sz="8" w:space="0" w:color="auto"/>
            </w:tcBorders>
            <w:tcMar>
              <w:left w:w="108" w:type="dxa"/>
              <w:right w:w="108" w:type="dxa"/>
            </w:tcMar>
          </w:tcPr>
          <w:p w14:paraId="421B0363" w14:textId="35E416A6"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'Division' for executive-level organizational areas such as Academic Affairs, Student Affairs, Administrative Services, or equivalent.</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E2A02F5" w14:textId="4F579450"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May vary by college; not a standardized SBCTC reporting term</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6ADC1A24" w14:textId="249001EC"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Institutional structure; administrative unit</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7F67D884" w14:textId="6990A921"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affairs, student affairs, workforce, institutional functions</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457F5AB0" w14:textId="381738E8"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Institutional division or functional area</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0B54CD4B" w14:textId="7904C127"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Define locally; do not assume all agencies use this as a formal category.</w:t>
            </w:r>
          </w:p>
        </w:tc>
      </w:tr>
      <w:tr w:rsidR="7FFD18F3" w14:paraId="04405684"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3AE623F3" w14:textId="77BE2D7D"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Unit</w:t>
            </w:r>
          </w:p>
        </w:tc>
        <w:tc>
          <w:tcPr>
            <w:tcW w:w="4099" w:type="dxa"/>
            <w:tcBorders>
              <w:top w:val="single" w:sz="8" w:space="0" w:color="auto"/>
              <w:left w:val="single" w:sz="8" w:space="0" w:color="auto"/>
              <w:bottom w:val="single" w:sz="8" w:space="0" w:color="auto"/>
              <w:right w:val="single" w:sz="8" w:space="0" w:color="auto"/>
            </w:tcBorders>
            <w:tcMar>
              <w:left w:w="108" w:type="dxa"/>
              <w:right w:w="108" w:type="dxa"/>
            </w:tcMar>
          </w:tcPr>
          <w:p w14:paraId="729FD035" w14:textId="2BBD55BC"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'Unit' as a broad term when department/office/center/division is not yet known or specificity is unnecessary.</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6C0345F7" w14:textId="32018DA6"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Generic local term</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28065F08" w14:textId="6101371E"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Institutional unit</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4EE5AA21" w14:textId="597E56EB"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Unit or functional area</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1A5421A5" w14:textId="050A8212"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Unit or department</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6430DBAA" w14:textId="35C09242"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Useful in policy language but should be replaced by a more specific term where possible.</w:t>
            </w:r>
          </w:p>
        </w:tc>
      </w:tr>
      <w:tr w:rsidR="7FFD18F3" w14:paraId="21C44DB2"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tcMar>
              <w:left w:w="108" w:type="dxa"/>
              <w:right w:w="108" w:type="dxa"/>
            </w:tcMar>
          </w:tcPr>
          <w:p w14:paraId="284E8D86" w14:textId="6A267342"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Department</w:t>
            </w:r>
          </w:p>
        </w:tc>
        <w:tc>
          <w:tcPr>
            <w:tcW w:w="4099" w:type="dxa"/>
            <w:tcBorders>
              <w:top w:val="single" w:sz="8" w:space="0" w:color="auto"/>
              <w:left w:val="single" w:sz="8" w:space="0" w:color="auto"/>
              <w:bottom w:val="single" w:sz="8" w:space="0" w:color="auto"/>
              <w:right w:val="single" w:sz="8" w:space="0" w:color="auto"/>
            </w:tcBorders>
            <w:tcMar>
              <w:left w:w="108" w:type="dxa"/>
              <w:right w:w="108" w:type="dxa"/>
            </w:tcMar>
          </w:tcPr>
          <w:p w14:paraId="454B6F99" w14:textId="069CC26F"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'Department' for an organizational unit, not for </w:t>
            </w:r>
            <w:r w:rsidRPr="449869CA">
              <w:rPr>
                <w:rFonts w:asciiTheme="majorHAnsi" w:eastAsiaTheme="majorEastAsia" w:hAnsiTheme="majorHAnsi" w:cstheme="majorBidi"/>
                <w:color w:val="000000" w:themeColor="text1"/>
                <w:sz w:val="24"/>
                <w:szCs w:val="24"/>
              </w:rPr>
              <w:lastRenderedPageBreak/>
              <w:t>a credential, pathway, or curriculum.</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7611DCC0" w14:textId="174D3076"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 xml:space="preserve">Local college organizational term; not </w:t>
            </w:r>
            <w:r w:rsidRPr="449869CA">
              <w:rPr>
                <w:rFonts w:asciiTheme="majorHAnsi" w:eastAsiaTheme="majorEastAsia" w:hAnsiTheme="majorHAnsi" w:cstheme="majorBidi"/>
                <w:sz w:val="24"/>
                <w:szCs w:val="24"/>
              </w:rPr>
              <w:lastRenderedPageBreak/>
              <w:t>generally the same as an SBCTC program</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443E23A0" w14:textId="7FF9BF7D"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Unit or program depending on context</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4730474C" w14:textId="7D40E7F2"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Academic department or </w:t>
            </w:r>
            <w:r w:rsidRPr="449869CA">
              <w:rPr>
                <w:rFonts w:asciiTheme="majorHAnsi" w:eastAsiaTheme="majorEastAsia" w:hAnsiTheme="majorHAnsi" w:cstheme="majorBidi"/>
                <w:sz w:val="24"/>
                <w:szCs w:val="24"/>
              </w:rPr>
              <w:lastRenderedPageBreak/>
              <w:t>operation</w:t>
            </w:r>
            <w:r w:rsidR="002549C1">
              <w:rPr>
                <w:rFonts w:asciiTheme="majorHAnsi" w:eastAsiaTheme="majorEastAsia" w:hAnsiTheme="majorHAnsi" w:cstheme="majorBidi"/>
                <w:sz w:val="24"/>
                <w:szCs w:val="24"/>
              </w:rPr>
              <w:t>s</w:t>
            </w:r>
            <w:r w:rsidRPr="449869CA">
              <w:rPr>
                <w:rFonts w:asciiTheme="majorHAnsi" w:eastAsiaTheme="majorEastAsia" w:hAnsiTheme="majorHAnsi" w:cstheme="majorBidi"/>
                <w:sz w:val="24"/>
                <w:szCs w:val="24"/>
              </w:rPr>
              <w:t xml:space="preserve"> department</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0AA0B39D" w14:textId="09038BDB"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Department/program depending on institutional context</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1B8E424C" w14:textId="59718CF3"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This distinction is critical for </w:t>
            </w:r>
            <w:r w:rsidRPr="449869CA">
              <w:rPr>
                <w:rFonts w:asciiTheme="majorHAnsi" w:eastAsiaTheme="majorEastAsia" w:hAnsiTheme="majorHAnsi" w:cstheme="majorBidi"/>
                <w:sz w:val="24"/>
                <w:szCs w:val="24"/>
              </w:rPr>
              <w:lastRenderedPageBreak/>
              <w:t>program review, program viability, and accreditation clarity.</w:t>
            </w:r>
          </w:p>
          <w:p w14:paraId="739091DD" w14:textId="13CE9BF5" w:rsidR="7FFD18F3" w:rsidRDefault="7FFD18F3" w:rsidP="449869CA">
            <w:pPr>
              <w:rPr>
                <w:rFonts w:asciiTheme="majorHAnsi" w:eastAsiaTheme="majorEastAsia" w:hAnsiTheme="majorHAnsi" w:cstheme="majorBidi"/>
                <w:sz w:val="24"/>
                <w:szCs w:val="24"/>
              </w:rPr>
            </w:pPr>
          </w:p>
          <w:p w14:paraId="0D460D86" w14:textId="7588B625" w:rsidR="7FFD18F3" w:rsidRDefault="29B18058"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In HCM side of </w:t>
            </w:r>
            <w:proofErr w:type="spellStart"/>
            <w:r w:rsidRPr="449869CA">
              <w:rPr>
                <w:rFonts w:asciiTheme="majorHAnsi" w:eastAsiaTheme="majorEastAsia" w:hAnsiTheme="majorHAnsi" w:cstheme="majorBidi"/>
                <w:sz w:val="24"/>
                <w:szCs w:val="24"/>
              </w:rPr>
              <w:t>ctcLink</w:t>
            </w:r>
            <w:proofErr w:type="spellEnd"/>
            <w:r w:rsidRPr="449869CA">
              <w:rPr>
                <w:rFonts w:asciiTheme="majorHAnsi" w:eastAsiaTheme="majorEastAsia" w:hAnsiTheme="majorHAnsi" w:cstheme="majorBidi"/>
                <w:sz w:val="24"/>
                <w:szCs w:val="24"/>
              </w:rPr>
              <w:t xml:space="preserve"> the schools, departments, and programs are used interchangeably and are populated in one field. We can differentiate these things by adding a description within the system that would be a sublevel associated with that field. Any reports would have </w:t>
            </w:r>
            <w:r w:rsidRPr="449869CA">
              <w:rPr>
                <w:rFonts w:asciiTheme="majorHAnsi" w:eastAsiaTheme="majorEastAsia" w:hAnsiTheme="majorHAnsi" w:cstheme="majorBidi"/>
                <w:sz w:val="24"/>
                <w:szCs w:val="24"/>
              </w:rPr>
              <w:lastRenderedPageBreak/>
              <w:t>to pull the description to be able to be able to sort out these three things</w:t>
            </w:r>
          </w:p>
        </w:tc>
      </w:tr>
      <w:tr w:rsidR="7FFD18F3" w14:paraId="5F4F60D6"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B0A40B3" w14:textId="1D5444B6"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lastRenderedPageBreak/>
              <w:t>Office</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5ED99B9" w14:textId="5A8F18F5"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'Office' for a functional administrative or service unit, e.g., Office of Financial Aid or Office of Institutional Effectiveness.</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36CFF0FF" w14:textId="6E5DACB0"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Local organizational term</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4F3DEC0A" w14:textId="75E01DF2"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Functional office or unit</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7374FF96" w14:textId="3E85CF35"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Office or service area</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0ED73446" w14:textId="295DEAD4"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Office or administrative unit</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292BF43C" w14:textId="7CECF971"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An office may administer programs, but the office itself is an organizational unit.</w:t>
            </w:r>
          </w:p>
        </w:tc>
      </w:tr>
      <w:tr w:rsidR="7FFD18F3" w14:paraId="25F2F58F"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0816ABD" w14:textId="65441438"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Center</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78BCDE4" w14:textId="6FFC5ACA"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'Center' for a specialized mission-focused unit serving students, employees, or community partners.</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5CACBFE0" w14:textId="4E68ED24"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Local organizational term</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597F940A" w14:textId="058117FE"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Center or unit when applicable</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7AB99DCD" w14:textId="0309547A"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Center, institute, hub, or service center</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7E5F5B09" w14:textId="3C1AF62D"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Center or institute</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025BCF1F" w14:textId="5B4647A8" w:rsidR="7FFD18F3" w:rsidRDefault="4A59B3DF"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Examples may include tutoring, teaching and learning, or community engagement centers.</w:t>
            </w:r>
          </w:p>
        </w:tc>
      </w:tr>
      <w:tr w:rsidR="283D570D" w14:paraId="27712C08"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748DFCD" w14:textId="5DFF858A" w:rsidR="414670AF" w:rsidRDefault="3A22FA9C"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Cabinet</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54E5B40" w14:textId="09751492" w:rsidR="730FD54F" w:rsidRDefault="4826430C" w:rsidP="449869CA">
            <w:pPr>
              <w:spacing w:after="160" w:line="276" w:lineRule="auto"/>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Bellevue College reserves Cabinet for the college-wide executive body, comprising the President, Executive Director of the President’s Office, and Vice Presidents of Divisions. Also known as the President’s </w:t>
            </w:r>
            <w:r w:rsidRPr="449869CA">
              <w:rPr>
                <w:rFonts w:asciiTheme="majorHAnsi" w:eastAsiaTheme="majorEastAsia" w:hAnsiTheme="majorHAnsi" w:cstheme="majorBidi"/>
                <w:sz w:val="24"/>
                <w:szCs w:val="24"/>
              </w:rPr>
              <w:lastRenderedPageBreak/>
              <w:t>Cabinet or Executive Cabinet.</w:t>
            </w:r>
          </w:p>
          <w:p w14:paraId="1A7DA185" w14:textId="39A40059" w:rsidR="283D570D" w:rsidRDefault="283D570D" w:rsidP="449869CA">
            <w:pPr>
              <w:spacing w:after="160" w:line="276" w:lineRule="auto"/>
              <w:rPr>
                <w:rFonts w:asciiTheme="majorHAnsi" w:eastAsiaTheme="majorEastAsia" w:hAnsiTheme="majorHAnsi" w:cstheme="majorBidi"/>
                <w:sz w:val="24"/>
                <w:szCs w:val="24"/>
              </w:rPr>
            </w:pP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3CBD9F70" w14:textId="2B2AFAC7" w:rsidR="730FD54F" w:rsidRDefault="4826430C"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Executive leadership / president’s cabinet; terminology varies by college</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5F3725B6" w14:textId="09D11283" w:rsidR="730FD54F" w:rsidRDefault="4826430C"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Executive leadership / institutional leadership </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279750DB" w14:textId="74A217DD" w:rsidR="730FD54F" w:rsidRDefault="4826430C"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Executive leadership / president’s cabinet</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2BE5C868" w14:textId="6E7B8565" w:rsidR="730FD54F" w:rsidRDefault="4826430C"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Senior leadership / institutional leadership</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6345324C" w14:textId="74CD001A" w:rsidR="730FD54F" w:rsidRDefault="4826430C" w:rsidP="449869CA">
            <w:pPr>
              <w:spacing w:after="160" w:line="276" w:lineRule="auto"/>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Reserved for the college-wide executive body. Division-level groups should not use </w:t>
            </w:r>
            <w:r w:rsidRPr="449869CA">
              <w:rPr>
                <w:rFonts w:asciiTheme="majorHAnsi" w:eastAsiaTheme="majorEastAsia" w:hAnsiTheme="majorHAnsi" w:cstheme="majorBidi"/>
                <w:sz w:val="24"/>
                <w:szCs w:val="24"/>
              </w:rPr>
              <w:lastRenderedPageBreak/>
              <w:t>“Cabinet.” This distinction helps clarify institutional versus divisional decision-making and governance roles.</w:t>
            </w:r>
          </w:p>
        </w:tc>
      </w:tr>
      <w:tr w:rsidR="449869CA" w14:paraId="22B6EA8A"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8BC9B23" w14:textId="234D6DA8" w:rsidR="449869CA" w:rsidRDefault="449869CA" w:rsidP="449869CA">
            <w:pPr>
              <w:spacing w:after="160" w:line="276" w:lineRule="auto"/>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lastRenderedPageBreak/>
              <w:t>Division Name + Leadership Team</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9AAA1D6" w14:textId="647EC238" w:rsidR="449869CA" w:rsidRDefault="449869CA" w:rsidP="449869CA">
            <w:pPr>
              <w:spacing w:after="160" w:line="276" w:lineRule="auto"/>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Division-level groups will use Division Name + Leadership Team for the Vice President and senior leaders, including Deans and Executive Directors.</w:t>
            </w: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6697C3D2" w14:textId="6F0EB2A0" w:rsidR="449869CA" w:rsidRDefault="449869CA"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Local </w:t>
            </w:r>
            <w:proofErr w:type="spellStart"/>
            <w:r w:rsidRPr="449869CA">
              <w:rPr>
                <w:rFonts w:asciiTheme="majorHAnsi" w:eastAsiaTheme="majorEastAsia" w:hAnsiTheme="majorHAnsi" w:cstheme="majorBidi"/>
                <w:sz w:val="24"/>
                <w:szCs w:val="24"/>
              </w:rPr>
              <w:t>organi-zational</w:t>
            </w:r>
            <w:proofErr w:type="spellEnd"/>
            <w:r w:rsidRPr="449869CA">
              <w:rPr>
                <w:rFonts w:asciiTheme="majorHAnsi" w:eastAsiaTheme="majorEastAsia" w:hAnsiTheme="majorHAnsi" w:cstheme="majorBidi"/>
                <w:sz w:val="24"/>
                <w:szCs w:val="24"/>
              </w:rPr>
              <w:t xml:space="preserve"> terminology; leadership structures vary by college</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2F9AC1A6" w14:textId="3CDB2BBA" w:rsidR="6ADD5CE3" w:rsidRDefault="6ADD5CE3" w:rsidP="449869CA">
            <w:pPr>
              <w:rPr>
                <w:rFonts w:asciiTheme="majorHAnsi" w:eastAsiaTheme="majorEastAsia" w:hAnsiTheme="majorHAnsi" w:cstheme="majorBidi"/>
                <w:sz w:val="24"/>
                <w:szCs w:val="24"/>
              </w:rPr>
            </w:pPr>
            <w:proofErr w:type="spellStart"/>
            <w:r w:rsidRPr="449869CA">
              <w:rPr>
                <w:rFonts w:asciiTheme="majorHAnsi" w:eastAsiaTheme="majorEastAsia" w:hAnsiTheme="majorHAnsi" w:cstheme="majorBidi"/>
                <w:sz w:val="24"/>
                <w:szCs w:val="24"/>
              </w:rPr>
              <w:t>Administra-tive</w:t>
            </w:r>
            <w:proofErr w:type="spellEnd"/>
            <w:r w:rsidRPr="449869CA">
              <w:rPr>
                <w:rFonts w:asciiTheme="majorHAnsi" w:eastAsiaTheme="majorEastAsia" w:hAnsiTheme="majorHAnsi" w:cstheme="majorBidi"/>
                <w:sz w:val="24"/>
                <w:szCs w:val="24"/>
              </w:rPr>
              <w:t xml:space="preserve"> leadership / institutional or divisional leadership</w:t>
            </w:r>
          </w:p>
          <w:p w14:paraId="57BF19BD" w14:textId="7986E8BA" w:rsidR="449869CA" w:rsidRDefault="449869CA" w:rsidP="449869CA">
            <w:pPr>
              <w:rPr>
                <w:rFonts w:asciiTheme="majorHAnsi" w:eastAsiaTheme="majorEastAsia" w:hAnsiTheme="majorHAnsi" w:cstheme="majorBidi"/>
                <w:sz w:val="24"/>
                <w:szCs w:val="24"/>
              </w:rPr>
            </w:pP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323D5188" w14:textId="7AE22CF5" w:rsidR="6ADD5CE3" w:rsidRDefault="6ADD5CE3" w:rsidP="449869CA">
            <w:r w:rsidRPr="449869CA">
              <w:rPr>
                <w:rFonts w:asciiTheme="majorHAnsi" w:eastAsiaTheme="majorEastAsia" w:hAnsiTheme="majorHAnsi" w:cstheme="majorBidi"/>
                <w:sz w:val="24"/>
                <w:szCs w:val="24"/>
              </w:rPr>
              <w:t>Leadership or senior administrative leadership</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42785603" w14:textId="5CC4F1C6" w:rsidR="6ADD5CE3" w:rsidRDefault="6ADD5CE3" w:rsidP="449869CA">
            <w:r w:rsidRPr="449869CA">
              <w:rPr>
                <w:rFonts w:asciiTheme="majorHAnsi" w:eastAsiaTheme="majorEastAsia" w:hAnsiTheme="majorHAnsi" w:cstheme="majorBidi"/>
                <w:sz w:val="24"/>
                <w:szCs w:val="24"/>
              </w:rPr>
              <w:t>Institutional or divisional leadership</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2E7D8FB2" w14:textId="1263EC07" w:rsidR="6ADD5CE3" w:rsidRDefault="6ADD5CE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Use for the senior leadership group within a </w:t>
            </w:r>
            <w:proofErr w:type="gramStart"/>
            <w:r w:rsidRPr="449869CA">
              <w:rPr>
                <w:rFonts w:asciiTheme="majorHAnsi" w:eastAsiaTheme="majorEastAsia" w:hAnsiTheme="majorHAnsi" w:cstheme="majorBidi"/>
                <w:sz w:val="24"/>
                <w:szCs w:val="24"/>
              </w:rPr>
              <w:t>Division</w:t>
            </w:r>
            <w:proofErr w:type="gramEnd"/>
            <w:r w:rsidRPr="449869CA">
              <w:rPr>
                <w:rFonts w:asciiTheme="majorHAnsi" w:eastAsiaTheme="majorEastAsia" w:hAnsiTheme="majorHAnsi" w:cstheme="majorBidi"/>
                <w:sz w:val="24"/>
                <w:szCs w:val="24"/>
              </w:rPr>
              <w:t>. This distinguishes Division-level leadership from the President’s Cabinet and from broader operation</w:t>
            </w:r>
            <w:r w:rsidR="002549C1">
              <w:rPr>
                <w:rFonts w:asciiTheme="majorHAnsi" w:eastAsiaTheme="majorEastAsia" w:hAnsiTheme="majorHAnsi" w:cstheme="majorBidi"/>
                <w:sz w:val="24"/>
                <w:szCs w:val="24"/>
              </w:rPr>
              <w:t xml:space="preserve">s </w:t>
            </w:r>
            <w:r w:rsidRPr="449869CA">
              <w:rPr>
                <w:rFonts w:asciiTheme="majorHAnsi" w:eastAsiaTheme="majorEastAsia" w:hAnsiTheme="majorHAnsi" w:cstheme="majorBidi"/>
                <w:sz w:val="24"/>
                <w:szCs w:val="24"/>
              </w:rPr>
              <w:t>groups.</w:t>
            </w:r>
          </w:p>
          <w:p w14:paraId="0164F352" w14:textId="66B68C9E" w:rsidR="449869CA" w:rsidRDefault="449869CA" w:rsidP="449869CA">
            <w:pPr>
              <w:rPr>
                <w:rFonts w:asciiTheme="majorHAnsi" w:eastAsiaTheme="majorEastAsia" w:hAnsiTheme="majorHAnsi" w:cstheme="majorBidi"/>
                <w:sz w:val="24"/>
                <w:szCs w:val="24"/>
              </w:rPr>
            </w:pPr>
          </w:p>
        </w:tc>
      </w:tr>
      <w:tr w:rsidR="283D570D" w14:paraId="26B3AD95" w14:textId="77777777" w:rsidTr="449869CA">
        <w:trPr>
          <w:trHeight w:val="300"/>
        </w:trPr>
        <w:tc>
          <w:tcPr>
            <w:tcW w:w="151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F120DF4" w14:textId="21046388" w:rsidR="283D570D" w:rsidRDefault="7BDECB3F" w:rsidP="449869CA">
            <w:pPr>
              <w:spacing w:after="160" w:line="276" w:lineRule="auto"/>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lastRenderedPageBreak/>
              <w:t>Division Name + Operati</w:t>
            </w:r>
            <w:r w:rsidR="00067A3D">
              <w:rPr>
                <w:rFonts w:asciiTheme="majorHAnsi" w:eastAsiaTheme="majorEastAsia" w:hAnsiTheme="majorHAnsi" w:cstheme="majorBidi"/>
                <w:color w:val="000000" w:themeColor="text1"/>
                <w:sz w:val="24"/>
                <w:szCs w:val="24"/>
              </w:rPr>
              <w:t>on</w:t>
            </w:r>
            <w:r w:rsidR="002549C1">
              <w:rPr>
                <w:rFonts w:asciiTheme="majorHAnsi" w:eastAsiaTheme="majorEastAsia" w:hAnsiTheme="majorHAnsi" w:cstheme="majorBidi"/>
                <w:color w:val="000000" w:themeColor="text1"/>
                <w:sz w:val="24"/>
                <w:szCs w:val="24"/>
              </w:rPr>
              <w:t>s</w:t>
            </w:r>
            <w:r w:rsidR="00067A3D">
              <w:rPr>
                <w:rFonts w:asciiTheme="majorHAnsi" w:eastAsiaTheme="majorEastAsia" w:hAnsiTheme="majorHAnsi" w:cstheme="majorBidi"/>
                <w:color w:val="000000" w:themeColor="text1"/>
                <w:sz w:val="24"/>
                <w:szCs w:val="24"/>
              </w:rPr>
              <w:t xml:space="preserve"> </w:t>
            </w:r>
            <w:r w:rsidRPr="449869CA">
              <w:rPr>
                <w:rFonts w:asciiTheme="majorHAnsi" w:eastAsiaTheme="majorEastAsia" w:hAnsiTheme="majorHAnsi" w:cstheme="majorBidi"/>
                <w:color w:val="000000" w:themeColor="text1"/>
                <w:sz w:val="24"/>
                <w:szCs w:val="24"/>
              </w:rPr>
              <w:t>Team</w:t>
            </w:r>
          </w:p>
        </w:tc>
        <w:tc>
          <w:tcPr>
            <w:tcW w:w="409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62D72E4" w14:textId="1D2C3746" w:rsidR="283D570D" w:rsidRDefault="7BDECB3F" w:rsidP="449869CA">
            <w:pPr>
              <w:spacing w:after="160" w:line="276" w:lineRule="auto"/>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Broader</w:t>
            </w:r>
            <w:r w:rsidR="3B2C4D98" w:rsidRPr="449869CA">
              <w:rPr>
                <w:rFonts w:asciiTheme="majorHAnsi" w:eastAsiaTheme="majorEastAsia" w:hAnsiTheme="majorHAnsi" w:cstheme="majorBidi"/>
                <w:color w:val="000000" w:themeColor="text1"/>
                <w:sz w:val="24"/>
                <w:szCs w:val="24"/>
              </w:rPr>
              <w:t xml:space="preserve"> leadership</w:t>
            </w:r>
            <w:r w:rsidRPr="449869CA">
              <w:rPr>
                <w:rFonts w:asciiTheme="majorHAnsi" w:eastAsiaTheme="majorEastAsia" w:hAnsiTheme="majorHAnsi" w:cstheme="majorBidi"/>
                <w:color w:val="000000" w:themeColor="text1"/>
                <w:sz w:val="24"/>
                <w:szCs w:val="24"/>
              </w:rPr>
              <w:t xml:space="preserve"> groups that also include Directors will use Division Name + Operation</w:t>
            </w:r>
            <w:r w:rsidR="002549C1">
              <w:rPr>
                <w:rFonts w:asciiTheme="majorHAnsi" w:eastAsiaTheme="majorEastAsia" w:hAnsiTheme="majorHAnsi" w:cstheme="majorBidi"/>
                <w:color w:val="000000" w:themeColor="text1"/>
                <w:sz w:val="24"/>
                <w:szCs w:val="24"/>
              </w:rPr>
              <w:t>s</w:t>
            </w:r>
            <w:r w:rsidRPr="449869CA">
              <w:rPr>
                <w:rFonts w:asciiTheme="majorHAnsi" w:eastAsiaTheme="majorEastAsia" w:hAnsiTheme="majorHAnsi" w:cstheme="majorBidi"/>
                <w:color w:val="000000" w:themeColor="text1"/>
                <w:sz w:val="24"/>
                <w:szCs w:val="24"/>
              </w:rPr>
              <w:t xml:space="preserve"> Team.  </w:t>
            </w:r>
          </w:p>
          <w:p w14:paraId="39034780" w14:textId="431CE522" w:rsidR="283D570D" w:rsidRDefault="283D570D" w:rsidP="449869CA">
            <w:pPr>
              <w:spacing w:after="160" w:line="276" w:lineRule="auto"/>
              <w:rPr>
                <w:rFonts w:asciiTheme="majorHAnsi" w:eastAsiaTheme="majorEastAsia" w:hAnsiTheme="majorHAnsi" w:cstheme="majorBidi"/>
                <w:sz w:val="24"/>
                <w:szCs w:val="24"/>
              </w:rPr>
            </w:pPr>
          </w:p>
        </w:tc>
        <w:tc>
          <w:tcPr>
            <w:tcW w:w="1549" w:type="dxa"/>
            <w:tcBorders>
              <w:top w:val="single" w:sz="8" w:space="0" w:color="auto"/>
              <w:left w:val="single" w:sz="8" w:space="0" w:color="auto"/>
              <w:bottom w:val="single" w:sz="8" w:space="0" w:color="auto"/>
              <w:right w:val="single" w:sz="8" w:space="0" w:color="auto"/>
            </w:tcBorders>
            <w:tcMar>
              <w:left w:w="108" w:type="dxa"/>
              <w:right w:w="108" w:type="dxa"/>
            </w:tcMar>
          </w:tcPr>
          <w:p w14:paraId="002E4CE9" w14:textId="358A0180" w:rsidR="4BF0DA06" w:rsidRDefault="707CB3C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Local organizational terminology; operational structures vary by college</w:t>
            </w:r>
          </w:p>
        </w:tc>
        <w:tc>
          <w:tcPr>
            <w:tcW w:w="1488" w:type="dxa"/>
            <w:tcBorders>
              <w:top w:val="single" w:sz="8" w:space="0" w:color="auto"/>
              <w:left w:val="single" w:sz="8" w:space="0" w:color="auto"/>
              <w:bottom w:val="single" w:sz="8" w:space="0" w:color="auto"/>
              <w:right w:val="single" w:sz="8" w:space="0" w:color="auto"/>
            </w:tcBorders>
            <w:tcMar>
              <w:left w:w="108" w:type="dxa"/>
              <w:right w:w="108" w:type="dxa"/>
            </w:tcMar>
          </w:tcPr>
          <w:p w14:paraId="0A8D4AA6" w14:textId="63F156B5" w:rsidR="4BF0DA06" w:rsidRDefault="707CB3C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Administrative/operation</w:t>
            </w:r>
            <w:r w:rsidR="002549C1">
              <w:rPr>
                <w:rFonts w:asciiTheme="majorHAnsi" w:eastAsiaTheme="majorEastAsia" w:hAnsiTheme="majorHAnsi" w:cstheme="majorBidi"/>
                <w:sz w:val="24"/>
                <w:szCs w:val="24"/>
              </w:rPr>
              <w:t>s</w:t>
            </w:r>
            <w:r w:rsidRPr="449869CA">
              <w:rPr>
                <w:rFonts w:asciiTheme="majorHAnsi" w:eastAsiaTheme="majorEastAsia" w:hAnsiTheme="majorHAnsi" w:cstheme="majorBidi"/>
                <w:sz w:val="24"/>
                <w:szCs w:val="24"/>
              </w:rPr>
              <w:t xml:space="preserve"> unit or leadership structure</w:t>
            </w:r>
          </w:p>
        </w:tc>
        <w:tc>
          <w:tcPr>
            <w:tcW w:w="1507" w:type="dxa"/>
            <w:tcBorders>
              <w:top w:val="single" w:sz="8" w:space="0" w:color="auto"/>
              <w:left w:val="single" w:sz="8" w:space="0" w:color="auto"/>
              <w:bottom w:val="single" w:sz="8" w:space="0" w:color="auto"/>
              <w:right w:val="single" w:sz="8" w:space="0" w:color="auto"/>
            </w:tcBorders>
            <w:tcMar>
              <w:left w:w="108" w:type="dxa"/>
              <w:right w:w="108" w:type="dxa"/>
            </w:tcMar>
          </w:tcPr>
          <w:p w14:paraId="186A072E" w14:textId="2622309F" w:rsidR="4BF0DA06" w:rsidRDefault="707CB3C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Administrative or operation</w:t>
            </w:r>
            <w:r w:rsidR="002549C1">
              <w:rPr>
                <w:rFonts w:asciiTheme="majorHAnsi" w:eastAsiaTheme="majorEastAsia" w:hAnsiTheme="majorHAnsi" w:cstheme="majorBidi"/>
                <w:sz w:val="24"/>
                <w:szCs w:val="24"/>
              </w:rPr>
              <w:t xml:space="preserve">s </w:t>
            </w:r>
            <w:r w:rsidRPr="449869CA">
              <w:rPr>
                <w:rFonts w:asciiTheme="majorHAnsi" w:eastAsiaTheme="majorEastAsia" w:hAnsiTheme="majorHAnsi" w:cstheme="majorBidi"/>
                <w:sz w:val="24"/>
                <w:szCs w:val="24"/>
              </w:rPr>
              <w:t>leadership group</w:t>
            </w:r>
          </w:p>
        </w:tc>
        <w:tc>
          <w:tcPr>
            <w:tcW w:w="1679" w:type="dxa"/>
            <w:tcBorders>
              <w:top w:val="single" w:sz="8" w:space="0" w:color="auto"/>
              <w:left w:val="single" w:sz="8" w:space="0" w:color="auto"/>
              <w:bottom w:val="single" w:sz="8" w:space="0" w:color="auto"/>
              <w:right w:val="single" w:sz="8" w:space="0" w:color="auto"/>
            </w:tcBorders>
            <w:tcMar>
              <w:left w:w="108" w:type="dxa"/>
              <w:right w:w="108" w:type="dxa"/>
            </w:tcMar>
          </w:tcPr>
          <w:p w14:paraId="269A7CE2" w14:textId="6E5F6C2C" w:rsidR="4BF0DA06" w:rsidRDefault="707CB3C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Administrative/operation</w:t>
            </w:r>
            <w:r w:rsidR="002549C1">
              <w:rPr>
                <w:rFonts w:asciiTheme="majorHAnsi" w:eastAsiaTheme="majorEastAsia" w:hAnsiTheme="majorHAnsi" w:cstheme="majorBidi"/>
                <w:sz w:val="24"/>
                <w:szCs w:val="24"/>
              </w:rPr>
              <w:t>s</w:t>
            </w:r>
            <w:r w:rsidRPr="449869CA">
              <w:rPr>
                <w:rFonts w:asciiTheme="majorHAnsi" w:eastAsiaTheme="majorEastAsia" w:hAnsiTheme="majorHAnsi" w:cstheme="majorBidi"/>
                <w:sz w:val="24"/>
                <w:szCs w:val="24"/>
              </w:rPr>
              <w:t xml:space="preserve"> group or functional area</w:t>
            </w:r>
          </w:p>
        </w:tc>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621689C9" w14:textId="09F3066E" w:rsidR="4BF0DA06" w:rsidRDefault="707CB3C0"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Use when membership extends beyond the Division’s senior leadership team to those responsible for coordinating implementation and operations. Specialized groups with a distinct purpose, such as the Provost Strategic Advisory Team, may retain separate names.</w:t>
            </w:r>
          </w:p>
        </w:tc>
      </w:tr>
    </w:tbl>
    <w:p w14:paraId="5C0B65F4" w14:textId="4F734FD1" w:rsidR="7C0A4146"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lastRenderedPageBreak/>
        <w:t xml:space="preserve">Crosswalk Table B: Academic and Instructional </w:t>
      </w:r>
    </w:p>
    <w:tbl>
      <w:tblPr>
        <w:tblStyle w:val="TableGrid"/>
        <w:tblW w:w="0" w:type="auto"/>
        <w:tblLook w:val="06A0" w:firstRow="1" w:lastRow="0" w:firstColumn="1" w:lastColumn="0" w:noHBand="1" w:noVBand="1"/>
      </w:tblPr>
      <w:tblGrid>
        <w:gridCol w:w="1283"/>
        <w:gridCol w:w="1724"/>
        <w:gridCol w:w="1682"/>
        <w:gridCol w:w="1862"/>
        <w:gridCol w:w="1569"/>
        <w:gridCol w:w="1667"/>
        <w:gridCol w:w="3883"/>
      </w:tblGrid>
      <w:tr w:rsidR="54D9A765" w14:paraId="392157BF" w14:textId="77777777" w:rsidTr="449869CA">
        <w:trPr>
          <w:trHeight w:val="300"/>
        </w:trPr>
        <w:tc>
          <w:tcPr>
            <w:tcW w:w="1954" w:type="dxa"/>
          </w:tcPr>
          <w:p w14:paraId="6D8F485B" w14:textId="4BD5124D"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Bellevue Term</w:t>
            </w:r>
          </w:p>
        </w:tc>
        <w:tc>
          <w:tcPr>
            <w:tcW w:w="1954" w:type="dxa"/>
          </w:tcPr>
          <w:p w14:paraId="3C34A87F" w14:textId="723B643E"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Bellevue Preferred Usage</w:t>
            </w:r>
          </w:p>
        </w:tc>
        <w:tc>
          <w:tcPr>
            <w:tcW w:w="1954" w:type="dxa"/>
          </w:tcPr>
          <w:p w14:paraId="09468929" w14:textId="0EF08CC4"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SBCTC Equivalent/Usage</w:t>
            </w:r>
          </w:p>
        </w:tc>
        <w:tc>
          <w:tcPr>
            <w:tcW w:w="1954" w:type="dxa"/>
          </w:tcPr>
          <w:p w14:paraId="5983C560" w14:textId="29C9366D"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NWCCU Equivalent/Usage</w:t>
            </w:r>
          </w:p>
        </w:tc>
        <w:tc>
          <w:tcPr>
            <w:tcW w:w="1954" w:type="dxa"/>
          </w:tcPr>
          <w:p w14:paraId="15A4826F" w14:textId="4F4F1A66"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AACC Equivalent/Usage</w:t>
            </w:r>
          </w:p>
        </w:tc>
        <w:tc>
          <w:tcPr>
            <w:tcW w:w="1954" w:type="dxa"/>
          </w:tcPr>
          <w:p w14:paraId="1923B779" w14:textId="484BA4AC"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AAC&amp;U Equivalent/Usage</w:t>
            </w:r>
          </w:p>
        </w:tc>
        <w:tc>
          <w:tcPr>
            <w:tcW w:w="1954" w:type="dxa"/>
          </w:tcPr>
          <w:p w14:paraId="08FDBC93" w14:textId="6FCCFF50" w:rsidR="54D9A765" w:rsidRDefault="54D9A765" w:rsidP="54D9A765">
            <w:pPr>
              <w:rPr>
                <w:rFonts w:eastAsia="Calibri" w:cs="Calibri"/>
                <w:b/>
                <w:bCs/>
                <w:color w:val="000000" w:themeColor="text1"/>
                <w:sz w:val="24"/>
                <w:szCs w:val="24"/>
              </w:rPr>
            </w:pPr>
            <w:r w:rsidRPr="54D9A765">
              <w:rPr>
                <w:rFonts w:eastAsia="Calibri" w:cs="Calibri"/>
                <w:b/>
                <w:bCs/>
                <w:color w:val="000000" w:themeColor="text1"/>
                <w:sz w:val="24"/>
                <w:szCs w:val="24"/>
              </w:rPr>
              <w:t>Notes</w:t>
            </w:r>
          </w:p>
        </w:tc>
      </w:tr>
      <w:tr w:rsidR="54D9A765" w14:paraId="4B90E6C7" w14:textId="77777777" w:rsidTr="449869CA">
        <w:trPr>
          <w:trHeight w:val="300"/>
        </w:trPr>
        <w:tc>
          <w:tcPr>
            <w:tcW w:w="1954" w:type="dxa"/>
          </w:tcPr>
          <w:p w14:paraId="5E6A1976" w14:textId="58219A8E"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Provost Strategic Advisory Team</w:t>
            </w:r>
          </w:p>
        </w:tc>
        <w:tc>
          <w:tcPr>
            <w:tcW w:w="1954" w:type="dxa"/>
          </w:tcPr>
          <w:p w14:paraId="37ABA0BE" w14:textId="4C2499F7" w:rsidR="54D9A765" w:rsidRDefault="75EEBBA7" w:rsidP="54D9A765">
            <w:pPr>
              <w:rPr>
                <w:rFonts w:eastAsia="Calibri" w:cs="Calibri"/>
                <w:color w:val="000000" w:themeColor="text1"/>
                <w:sz w:val="24"/>
                <w:szCs w:val="24"/>
              </w:rPr>
            </w:pPr>
            <w:r w:rsidRPr="449869CA">
              <w:rPr>
                <w:rFonts w:eastAsia="Calibri" w:cs="Calibri"/>
                <w:color w:val="000000" w:themeColor="text1"/>
                <w:sz w:val="24"/>
                <w:szCs w:val="24"/>
              </w:rPr>
              <w:t>Use Provost</w:t>
            </w:r>
            <w:r w:rsidR="0BBE5E5F" w:rsidRPr="449869CA">
              <w:rPr>
                <w:rFonts w:eastAsia="Calibri" w:cs="Calibri"/>
                <w:color w:val="000000" w:themeColor="text1"/>
                <w:sz w:val="24"/>
                <w:szCs w:val="24"/>
              </w:rPr>
              <w:t xml:space="preserve"> Strategic </w:t>
            </w:r>
            <w:r w:rsidRPr="449869CA">
              <w:rPr>
                <w:rFonts w:eastAsia="Calibri" w:cs="Calibri"/>
                <w:color w:val="000000" w:themeColor="text1"/>
                <w:sz w:val="24"/>
                <w:szCs w:val="24"/>
              </w:rPr>
              <w:t>Advisory Team for the senior leadership team that provides strategic direction, operational coordination, and decision-making for Academic Affairs. Membership</w:t>
            </w:r>
            <w:r w:rsidR="08AA3E43" w:rsidRPr="449869CA">
              <w:rPr>
                <w:rFonts w:eastAsia="Calibri" w:cs="Calibri"/>
                <w:color w:val="000000" w:themeColor="text1"/>
                <w:sz w:val="24"/>
                <w:szCs w:val="24"/>
              </w:rPr>
              <w:t xml:space="preserve"> may include</w:t>
            </w:r>
            <w:r w:rsidRPr="449869CA">
              <w:rPr>
                <w:rFonts w:eastAsia="Calibri" w:cs="Calibri"/>
                <w:color w:val="000000" w:themeColor="text1"/>
                <w:sz w:val="24"/>
                <w:szCs w:val="24"/>
              </w:rPr>
              <w:t xml:space="preserve"> the Provost, Vice Provost, Exec. Director of Institutional Effectiveness, and Director of Academic Affairs.</w:t>
            </w:r>
          </w:p>
        </w:tc>
        <w:tc>
          <w:tcPr>
            <w:tcW w:w="1954" w:type="dxa"/>
          </w:tcPr>
          <w:p w14:paraId="3E4D3C3C" w14:textId="0EB10FB5" w:rsidR="54D9A765" w:rsidRDefault="54D9A765" w:rsidP="54D9A765">
            <w:pPr>
              <w:rPr>
                <w:rFonts w:eastAsia="Calibri" w:cs="Calibri"/>
                <w:sz w:val="24"/>
                <w:szCs w:val="24"/>
              </w:rPr>
            </w:pPr>
            <w:r w:rsidRPr="54D9A765">
              <w:rPr>
                <w:rFonts w:eastAsia="Calibri" w:cs="Calibri"/>
                <w:sz w:val="24"/>
                <w:szCs w:val="24"/>
              </w:rPr>
              <w:t>No prescribed term. Commonly described as an Academic Affairs Leadership Team, Provost’s Leadership Team, or equivalent institutional leadership structure.</w:t>
            </w:r>
          </w:p>
        </w:tc>
        <w:tc>
          <w:tcPr>
            <w:tcW w:w="1954" w:type="dxa"/>
          </w:tcPr>
          <w:p w14:paraId="516C41DB" w14:textId="1C3E0110" w:rsidR="54D9A765" w:rsidRDefault="54D9A765" w:rsidP="54D9A765">
            <w:pPr>
              <w:rPr>
                <w:rFonts w:eastAsia="Calibri" w:cs="Calibri"/>
                <w:sz w:val="24"/>
                <w:szCs w:val="24"/>
              </w:rPr>
            </w:pPr>
            <w:r w:rsidRPr="54D9A765">
              <w:rPr>
                <w:rFonts w:eastAsia="Calibri" w:cs="Calibri"/>
                <w:sz w:val="24"/>
                <w:szCs w:val="24"/>
              </w:rPr>
              <w:t>No prescribed organizational structure NWCCU expects clearly defined academic leadership, governance, administrative responsibility, and decision-making authority.</w:t>
            </w:r>
          </w:p>
        </w:tc>
        <w:tc>
          <w:tcPr>
            <w:tcW w:w="1954" w:type="dxa"/>
          </w:tcPr>
          <w:p w14:paraId="3ADDEE3F" w14:textId="625B4C53" w:rsidR="54D9A765" w:rsidRDefault="54D9A765" w:rsidP="54D9A765">
            <w:pPr>
              <w:rPr>
                <w:rFonts w:eastAsia="Calibri" w:cs="Calibri"/>
                <w:sz w:val="24"/>
                <w:szCs w:val="24"/>
              </w:rPr>
            </w:pPr>
            <w:r w:rsidRPr="54D9A765">
              <w:rPr>
                <w:rFonts w:eastAsia="Calibri" w:cs="Calibri"/>
                <w:sz w:val="24"/>
                <w:szCs w:val="24"/>
              </w:rPr>
              <w:t>Commonly described as an Academic Affairs Leadership Team, Provost’s Leadership Team, or senior academic leadership team.</w:t>
            </w:r>
          </w:p>
        </w:tc>
        <w:tc>
          <w:tcPr>
            <w:tcW w:w="1954" w:type="dxa"/>
          </w:tcPr>
          <w:p w14:paraId="0E526314" w14:textId="0CE13128" w:rsidR="54D9A765" w:rsidRDefault="54D9A765" w:rsidP="54D9A765">
            <w:pPr>
              <w:rPr>
                <w:rFonts w:eastAsia="Calibri" w:cs="Calibri"/>
                <w:sz w:val="24"/>
                <w:szCs w:val="24"/>
              </w:rPr>
            </w:pPr>
            <w:r w:rsidRPr="54D9A765">
              <w:rPr>
                <w:rFonts w:eastAsia="Calibri" w:cs="Calibri"/>
                <w:sz w:val="24"/>
                <w:szCs w:val="24"/>
              </w:rPr>
              <w:t>No prescribed term. Generally described as institutional or academic leadership responsible for academic strategy, learning, and educational effectiveness.</w:t>
            </w:r>
          </w:p>
        </w:tc>
        <w:tc>
          <w:tcPr>
            <w:tcW w:w="1954" w:type="dxa"/>
          </w:tcPr>
          <w:p w14:paraId="25FAC3E0" w14:textId="0C5EBD3A" w:rsidR="54D9A765" w:rsidRDefault="54D9A765" w:rsidP="54D9A765">
            <w:pPr>
              <w:rPr>
                <w:rFonts w:eastAsia="Calibri" w:cs="Calibri"/>
                <w:sz w:val="24"/>
                <w:szCs w:val="24"/>
              </w:rPr>
            </w:pPr>
            <w:r w:rsidRPr="54D9A765">
              <w:rPr>
                <w:rFonts w:eastAsia="Calibri" w:cs="Calibri"/>
                <w:sz w:val="24"/>
                <w:szCs w:val="24"/>
              </w:rPr>
              <w:t xml:space="preserve">Distinguishes senior executive academic advising to the </w:t>
            </w:r>
            <w:proofErr w:type="gramStart"/>
            <w:r w:rsidRPr="54D9A765">
              <w:rPr>
                <w:rFonts w:eastAsia="Calibri" w:cs="Calibri"/>
                <w:sz w:val="24"/>
                <w:szCs w:val="24"/>
              </w:rPr>
              <w:t>Provost</w:t>
            </w:r>
            <w:proofErr w:type="gramEnd"/>
            <w:r w:rsidRPr="54D9A765">
              <w:rPr>
                <w:rFonts w:eastAsia="Calibri" w:cs="Calibri"/>
                <w:sz w:val="24"/>
                <w:szCs w:val="24"/>
              </w:rPr>
              <w:t>.</w:t>
            </w:r>
          </w:p>
          <w:p w14:paraId="7659D7D6" w14:textId="44C003E4" w:rsidR="54D9A765" w:rsidRDefault="54D9A765" w:rsidP="54D9A765">
            <w:pPr>
              <w:rPr>
                <w:rFonts w:eastAsia="Calibri" w:cs="Calibri"/>
                <w:sz w:val="24"/>
                <w:szCs w:val="24"/>
              </w:rPr>
            </w:pPr>
          </w:p>
        </w:tc>
      </w:tr>
      <w:tr w:rsidR="54D9A765" w14:paraId="70DBCF77" w14:textId="77777777" w:rsidTr="449869CA">
        <w:trPr>
          <w:trHeight w:val="300"/>
        </w:trPr>
        <w:tc>
          <w:tcPr>
            <w:tcW w:w="1954" w:type="dxa"/>
          </w:tcPr>
          <w:p w14:paraId="18D3A8A2" w14:textId="46E528C7" w:rsidR="54D9A765" w:rsidRDefault="1591B864" w:rsidP="54D9A765">
            <w:pPr>
              <w:rPr>
                <w:rFonts w:eastAsia="Calibri" w:cs="Calibri"/>
                <w:color w:val="000000" w:themeColor="text1"/>
                <w:sz w:val="24"/>
                <w:szCs w:val="24"/>
              </w:rPr>
            </w:pPr>
            <w:r w:rsidRPr="283D570D">
              <w:rPr>
                <w:rFonts w:eastAsia="Calibri" w:cs="Calibri"/>
                <w:color w:val="000000" w:themeColor="text1"/>
                <w:sz w:val="24"/>
                <w:szCs w:val="24"/>
              </w:rPr>
              <w:lastRenderedPageBreak/>
              <w:t>Academic Affairs</w:t>
            </w:r>
            <w:r w:rsidR="725BDC43" w:rsidRPr="283D570D">
              <w:rPr>
                <w:rFonts w:eastAsia="Calibri" w:cs="Calibri"/>
                <w:color w:val="000000" w:themeColor="text1"/>
                <w:sz w:val="24"/>
                <w:szCs w:val="24"/>
              </w:rPr>
              <w:t xml:space="preserve"> </w:t>
            </w:r>
            <w:r w:rsidR="47572ECF" w:rsidRPr="283D570D">
              <w:rPr>
                <w:rFonts w:eastAsia="Calibri" w:cs="Calibri"/>
                <w:color w:val="000000" w:themeColor="text1"/>
                <w:sz w:val="24"/>
                <w:szCs w:val="24"/>
              </w:rPr>
              <w:t>Leadership</w:t>
            </w:r>
            <w:r w:rsidR="725BDC43" w:rsidRPr="283D570D">
              <w:rPr>
                <w:rFonts w:eastAsia="Calibri" w:cs="Calibri"/>
                <w:color w:val="000000" w:themeColor="text1"/>
                <w:sz w:val="24"/>
                <w:szCs w:val="24"/>
              </w:rPr>
              <w:t xml:space="preserve"> Team</w:t>
            </w:r>
          </w:p>
        </w:tc>
        <w:tc>
          <w:tcPr>
            <w:tcW w:w="1954" w:type="dxa"/>
          </w:tcPr>
          <w:p w14:paraId="06C7C69E" w14:textId="0AAACF83" w:rsidR="54D9A765" w:rsidRDefault="75EEBBA7" w:rsidP="449869CA">
            <w:pPr>
              <w:rPr>
                <w:rFonts w:eastAsia="Calibri" w:cs="Calibri"/>
                <w:color w:val="000000" w:themeColor="text1"/>
                <w:sz w:val="24"/>
                <w:szCs w:val="24"/>
              </w:rPr>
            </w:pPr>
            <w:r w:rsidRPr="449869CA">
              <w:rPr>
                <w:rFonts w:eastAsia="Calibri" w:cs="Calibri"/>
                <w:color w:val="000000" w:themeColor="text1"/>
                <w:sz w:val="24"/>
                <w:szCs w:val="24"/>
              </w:rPr>
              <w:t xml:space="preserve">Use </w:t>
            </w:r>
            <w:r w:rsidR="001B40F7" w:rsidRPr="449869CA">
              <w:rPr>
                <w:rFonts w:eastAsia="Calibri" w:cs="Calibri"/>
                <w:color w:val="000000" w:themeColor="text1"/>
                <w:sz w:val="24"/>
                <w:szCs w:val="24"/>
              </w:rPr>
              <w:t xml:space="preserve">Academic Affairs Leadership </w:t>
            </w:r>
            <w:r w:rsidRPr="449869CA">
              <w:rPr>
                <w:rFonts w:eastAsia="Calibri" w:cs="Calibri"/>
                <w:color w:val="000000" w:themeColor="text1"/>
                <w:sz w:val="24"/>
                <w:szCs w:val="24"/>
              </w:rPr>
              <w:t>Team for the senior academic leadership body responsible for strategic direction, academic operations, planning, assessment, accreditation, and resource coordination within Academic Affairs. Membership</w:t>
            </w:r>
            <w:r w:rsidR="036F19C4" w:rsidRPr="449869CA">
              <w:rPr>
                <w:rFonts w:eastAsia="Calibri" w:cs="Calibri"/>
                <w:color w:val="000000" w:themeColor="text1"/>
                <w:sz w:val="24"/>
                <w:szCs w:val="24"/>
              </w:rPr>
              <w:t xml:space="preserve"> might </w:t>
            </w:r>
            <w:r w:rsidRPr="449869CA">
              <w:rPr>
                <w:rFonts w:eastAsia="Calibri" w:cs="Calibri"/>
                <w:color w:val="000000" w:themeColor="text1"/>
                <w:sz w:val="24"/>
                <w:szCs w:val="24"/>
              </w:rPr>
              <w:t xml:space="preserve">include the Provost, Director of the Office of the Provost, Vice Provost, Executive Director of Institutional </w:t>
            </w:r>
            <w:r w:rsidRPr="449869CA">
              <w:rPr>
                <w:rFonts w:eastAsia="Calibri" w:cs="Calibri"/>
                <w:color w:val="000000" w:themeColor="text1"/>
                <w:sz w:val="24"/>
                <w:szCs w:val="24"/>
              </w:rPr>
              <w:lastRenderedPageBreak/>
              <w:t>Effectiveness, Executive Director of Workforce, and Academic Deans.</w:t>
            </w:r>
          </w:p>
        </w:tc>
        <w:tc>
          <w:tcPr>
            <w:tcW w:w="1954" w:type="dxa"/>
          </w:tcPr>
          <w:p w14:paraId="203133EE" w14:textId="625158AE" w:rsidR="54D9A765" w:rsidRDefault="54D9A765" w:rsidP="54D9A765">
            <w:pPr>
              <w:rPr>
                <w:rFonts w:eastAsia="Calibri" w:cs="Calibri"/>
                <w:sz w:val="24"/>
                <w:szCs w:val="24"/>
              </w:rPr>
            </w:pPr>
            <w:r w:rsidRPr="54D9A765">
              <w:rPr>
                <w:rFonts w:eastAsia="Calibri" w:cs="Calibri"/>
                <w:sz w:val="24"/>
                <w:szCs w:val="24"/>
              </w:rPr>
              <w:lastRenderedPageBreak/>
              <w:t>No prescribed term. Commonly referred to as the Academic Affairs Leadership Team or Provost's Leadership Team.</w:t>
            </w:r>
          </w:p>
        </w:tc>
        <w:tc>
          <w:tcPr>
            <w:tcW w:w="1954" w:type="dxa"/>
          </w:tcPr>
          <w:p w14:paraId="4908E239" w14:textId="5515BEA5" w:rsidR="54D9A765" w:rsidRDefault="54D9A765" w:rsidP="54D9A765">
            <w:pPr>
              <w:rPr>
                <w:rFonts w:eastAsia="Calibri" w:cs="Calibri"/>
                <w:sz w:val="24"/>
                <w:szCs w:val="24"/>
              </w:rPr>
            </w:pPr>
            <w:r w:rsidRPr="54D9A765">
              <w:rPr>
                <w:rFonts w:eastAsia="Calibri" w:cs="Calibri"/>
                <w:sz w:val="24"/>
                <w:szCs w:val="24"/>
              </w:rPr>
              <w:t>No prescribed organizational structure. NWCCU expects clearly defined academic leadership &amp; responsibilities but does not prescribe cabinet composition.</w:t>
            </w:r>
          </w:p>
        </w:tc>
        <w:tc>
          <w:tcPr>
            <w:tcW w:w="1954" w:type="dxa"/>
          </w:tcPr>
          <w:p w14:paraId="252263EE" w14:textId="02B56A24" w:rsidR="54D9A765" w:rsidRDefault="54D9A765" w:rsidP="54D9A765">
            <w:pPr>
              <w:rPr>
                <w:rFonts w:eastAsia="Calibri" w:cs="Calibri"/>
                <w:sz w:val="24"/>
                <w:szCs w:val="24"/>
              </w:rPr>
            </w:pPr>
            <w:r w:rsidRPr="54D9A765">
              <w:rPr>
                <w:rFonts w:eastAsia="Calibri" w:cs="Calibri"/>
                <w:sz w:val="24"/>
                <w:szCs w:val="24"/>
              </w:rPr>
              <w:t>Commonly referred to as the Academic Leadership Team, Academic Affairs Cabinet, or Provost's Cabinet.</w:t>
            </w:r>
          </w:p>
        </w:tc>
        <w:tc>
          <w:tcPr>
            <w:tcW w:w="1954" w:type="dxa"/>
          </w:tcPr>
          <w:p w14:paraId="3503EA9C" w14:textId="3AA979BD" w:rsidR="54D9A765" w:rsidRDefault="54D9A765" w:rsidP="54D9A765">
            <w:pPr>
              <w:rPr>
                <w:rFonts w:eastAsia="Calibri" w:cs="Calibri"/>
                <w:sz w:val="24"/>
                <w:szCs w:val="24"/>
              </w:rPr>
            </w:pPr>
            <w:r w:rsidRPr="54D9A765">
              <w:rPr>
                <w:rFonts w:eastAsia="Calibri" w:cs="Calibri"/>
                <w:sz w:val="24"/>
                <w:szCs w:val="24"/>
              </w:rPr>
              <w:t>No prescribed term. Generally described as the institution's academic leadership or academic administration.</w:t>
            </w:r>
          </w:p>
        </w:tc>
        <w:tc>
          <w:tcPr>
            <w:tcW w:w="1954" w:type="dxa"/>
          </w:tcPr>
          <w:p w14:paraId="252E0AB0" w14:textId="661AC9B6" w:rsidR="54D9A765" w:rsidRDefault="54D9A765" w:rsidP="54D9A765">
            <w:pPr>
              <w:rPr>
                <w:rFonts w:eastAsia="Calibri" w:cs="Calibri"/>
                <w:sz w:val="24"/>
                <w:szCs w:val="24"/>
              </w:rPr>
            </w:pPr>
            <w:r w:rsidRPr="54D9A765">
              <w:rPr>
                <w:rFonts w:eastAsia="Calibri" w:cs="Calibri"/>
                <w:sz w:val="24"/>
                <w:szCs w:val="24"/>
              </w:rPr>
              <w:t>Distinguishes executive academic governance from college-wide Cabinet.</w:t>
            </w:r>
          </w:p>
          <w:p w14:paraId="6A8BB4CD" w14:textId="19755845" w:rsidR="54D9A765" w:rsidRDefault="54D9A765" w:rsidP="54D9A765">
            <w:pPr>
              <w:rPr>
                <w:rFonts w:eastAsia="Calibri" w:cs="Calibri"/>
                <w:sz w:val="24"/>
                <w:szCs w:val="24"/>
              </w:rPr>
            </w:pPr>
            <w:r w:rsidRPr="54D9A765">
              <w:rPr>
                <w:rFonts w:eastAsia="Calibri" w:cs="Calibri"/>
                <w:sz w:val="24"/>
                <w:szCs w:val="24"/>
              </w:rPr>
              <w:t xml:space="preserve"> </w:t>
            </w:r>
          </w:p>
        </w:tc>
      </w:tr>
      <w:tr w:rsidR="54D9A765" w14:paraId="44432021" w14:textId="77777777" w:rsidTr="449869CA">
        <w:trPr>
          <w:trHeight w:val="300"/>
        </w:trPr>
        <w:tc>
          <w:tcPr>
            <w:tcW w:w="1954" w:type="dxa"/>
          </w:tcPr>
          <w:p w14:paraId="2A51F6E5" w14:textId="7D80A308" w:rsidR="54D9A765" w:rsidRDefault="30A96AD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Academic</w:t>
            </w:r>
            <w:r w:rsidR="27E704AE" w:rsidRPr="449869CA">
              <w:rPr>
                <w:rFonts w:asciiTheme="majorHAnsi" w:eastAsiaTheme="majorEastAsia" w:hAnsiTheme="majorHAnsi" w:cstheme="majorBidi"/>
                <w:color w:val="000000" w:themeColor="text1"/>
                <w:sz w:val="24"/>
                <w:szCs w:val="24"/>
              </w:rPr>
              <w:t xml:space="preserve"> Affairs</w:t>
            </w:r>
            <w:r w:rsidR="3FECA5CC" w:rsidRPr="449869CA">
              <w:rPr>
                <w:rFonts w:asciiTheme="majorHAnsi" w:eastAsiaTheme="majorEastAsia" w:hAnsiTheme="majorHAnsi" w:cstheme="majorBidi"/>
                <w:color w:val="000000" w:themeColor="text1"/>
                <w:sz w:val="24"/>
                <w:szCs w:val="24"/>
              </w:rPr>
              <w:t xml:space="preserve"> </w:t>
            </w:r>
            <w:r w:rsidR="5892B2BB" w:rsidRPr="449869CA">
              <w:rPr>
                <w:rFonts w:asciiTheme="majorHAnsi" w:eastAsiaTheme="majorEastAsia" w:hAnsiTheme="majorHAnsi" w:cstheme="majorBidi"/>
                <w:color w:val="000000" w:themeColor="text1"/>
                <w:sz w:val="24"/>
                <w:szCs w:val="24"/>
              </w:rPr>
              <w:t>Operation</w:t>
            </w:r>
            <w:r w:rsidR="002549C1">
              <w:rPr>
                <w:rFonts w:asciiTheme="majorHAnsi" w:eastAsiaTheme="majorEastAsia" w:hAnsiTheme="majorHAnsi" w:cstheme="majorBidi"/>
                <w:color w:val="000000" w:themeColor="text1"/>
                <w:sz w:val="24"/>
                <w:szCs w:val="24"/>
              </w:rPr>
              <w:t>s</w:t>
            </w:r>
            <w:r w:rsidR="3FECA5CC" w:rsidRPr="449869CA">
              <w:rPr>
                <w:rFonts w:asciiTheme="majorHAnsi" w:eastAsiaTheme="majorEastAsia" w:hAnsiTheme="majorHAnsi" w:cstheme="majorBidi"/>
                <w:color w:val="000000" w:themeColor="text1"/>
                <w:sz w:val="24"/>
                <w:szCs w:val="24"/>
              </w:rPr>
              <w:t xml:space="preserve"> Team</w:t>
            </w:r>
          </w:p>
        </w:tc>
        <w:tc>
          <w:tcPr>
            <w:tcW w:w="1954" w:type="dxa"/>
          </w:tcPr>
          <w:p w14:paraId="319C2D28" w14:textId="2AF45C68" w:rsidR="54D9A765" w:rsidRDefault="75EEBBA7"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w:t>
            </w:r>
            <w:r w:rsidR="45D8000C" w:rsidRPr="449869CA">
              <w:rPr>
                <w:rFonts w:asciiTheme="majorHAnsi" w:eastAsiaTheme="majorEastAsia" w:hAnsiTheme="majorHAnsi" w:cstheme="majorBidi"/>
                <w:color w:val="000000" w:themeColor="text1"/>
                <w:sz w:val="24"/>
                <w:szCs w:val="24"/>
              </w:rPr>
              <w:t>Academic Affairs Operation</w:t>
            </w:r>
            <w:r w:rsidR="002549C1">
              <w:rPr>
                <w:rFonts w:asciiTheme="majorHAnsi" w:eastAsiaTheme="majorEastAsia" w:hAnsiTheme="majorHAnsi" w:cstheme="majorBidi"/>
                <w:color w:val="000000" w:themeColor="text1"/>
                <w:sz w:val="24"/>
                <w:szCs w:val="24"/>
              </w:rPr>
              <w:t>s</w:t>
            </w:r>
            <w:r w:rsidRPr="449869CA">
              <w:rPr>
                <w:rFonts w:asciiTheme="majorHAnsi" w:eastAsiaTheme="majorEastAsia" w:hAnsiTheme="majorHAnsi" w:cstheme="majorBidi"/>
                <w:color w:val="000000" w:themeColor="text1"/>
                <w:sz w:val="24"/>
                <w:szCs w:val="24"/>
              </w:rPr>
              <w:t xml:space="preserve"> Team for academic leadership body responsible for academic operations, planning, assessment, accreditation, and resource coordination within Academic Affairs. Membership</w:t>
            </w:r>
            <w:r w:rsidR="665887A6" w:rsidRPr="449869CA">
              <w:rPr>
                <w:rFonts w:asciiTheme="majorHAnsi" w:eastAsiaTheme="majorEastAsia" w:hAnsiTheme="majorHAnsi" w:cstheme="majorBidi"/>
                <w:color w:val="000000" w:themeColor="text1"/>
                <w:sz w:val="24"/>
                <w:szCs w:val="24"/>
              </w:rPr>
              <w:t xml:space="preserve"> may</w:t>
            </w:r>
            <w:r w:rsidRPr="449869CA">
              <w:rPr>
                <w:rFonts w:asciiTheme="majorHAnsi" w:eastAsiaTheme="majorEastAsia" w:hAnsiTheme="majorHAnsi" w:cstheme="majorBidi"/>
                <w:color w:val="000000" w:themeColor="text1"/>
                <w:sz w:val="24"/>
                <w:szCs w:val="24"/>
              </w:rPr>
              <w:t xml:space="preserve"> include the Provost, Director of the Office of the Provost, Vice Provost, </w:t>
            </w:r>
            <w:r w:rsidRPr="449869CA">
              <w:rPr>
                <w:rFonts w:asciiTheme="majorHAnsi" w:eastAsiaTheme="majorEastAsia" w:hAnsiTheme="majorHAnsi" w:cstheme="majorBidi"/>
                <w:color w:val="000000" w:themeColor="text1"/>
                <w:sz w:val="24"/>
                <w:szCs w:val="24"/>
              </w:rPr>
              <w:lastRenderedPageBreak/>
              <w:t xml:space="preserve">Executive Director of Institutional Effectiveness, </w:t>
            </w:r>
          </w:p>
          <w:p w14:paraId="100C85E6" w14:textId="5A5337F6" w:rsidR="54D9A765" w:rsidRDefault="26B1BC7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Deans, and direct reports to the leaders aforementioned</w:t>
            </w:r>
          </w:p>
          <w:p w14:paraId="333DF245" w14:textId="279BE41C" w:rsidR="54D9A765" w:rsidRDefault="54D9A765" w:rsidP="449869CA">
            <w:pPr>
              <w:rPr>
                <w:rFonts w:asciiTheme="majorHAnsi" w:eastAsiaTheme="majorEastAsia" w:hAnsiTheme="majorHAnsi" w:cstheme="majorBidi"/>
                <w:color w:val="000000" w:themeColor="text1"/>
                <w:sz w:val="24"/>
                <w:szCs w:val="24"/>
              </w:rPr>
            </w:pPr>
          </w:p>
        </w:tc>
        <w:tc>
          <w:tcPr>
            <w:tcW w:w="1954" w:type="dxa"/>
          </w:tcPr>
          <w:p w14:paraId="23DAD05A" w14:textId="625158AE"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No prescribed term. Commonly referred to as the Academic Affairs Leadership Team or Provost's Leadership Team.</w:t>
            </w:r>
          </w:p>
        </w:tc>
        <w:tc>
          <w:tcPr>
            <w:tcW w:w="1954" w:type="dxa"/>
          </w:tcPr>
          <w:p w14:paraId="032E2EE4" w14:textId="5515BEA5"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No prescribed organizational structure. NWCCU expects clearly defined academic leadership &amp; responsibilities but does not prescribe cabinet composition.</w:t>
            </w:r>
          </w:p>
        </w:tc>
        <w:tc>
          <w:tcPr>
            <w:tcW w:w="1954" w:type="dxa"/>
          </w:tcPr>
          <w:p w14:paraId="333DEB3C" w14:textId="02B56A24"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Commonly referred to as the Academic Leadership Team, Academic Affairs Cabinet, or Provost's Cabinet.</w:t>
            </w:r>
          </w:p>
        </w:tc>
        <w:tc>
          <w:tcPr>
            <w:tcW w:w="1954" w:type="dxa"/>
          </w:tcPr>
          <w:p w14:paraId="54FD7E84" w14:textId="3AA979BD"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No prescribed term. Generally described as the institution's academic leadership or academic administration.</w:t>
            </w:r>
          </w:p>
        </w:tc>
        <w:tc>
          <w:tcPr>
            <w:tcW w:w="1954" w:type="dxa"/>
          </w:tcPr>
          <w:p w14:paraId="07850F9C" w14:textId="2915F16F" w:rsidR="54D9A765" w:rsidRDefault="26B1BC73" w:rsidP="449869CA">
            <w:pPr>
              <w:rPr>
                <w:rFonts w:asciiTheme="majorHAnsi" w:eastAsiaTheme="majorEastAsia" w:hAnsiTheme="majorHAnsi" w:cstheme="majorBidi"/>
                <w:sz w:val="24"/>
                <w:szCs w:val="24"/>
              </w:rPr>
            </w:pPr>
            <w:proofErr w:type="gramStart"/>
            <w:r w:rsidRPr="449869CA">
              <w:rPr>
                <w:rFonts w:asciiTheme="majorHAnsi" w:eastAsiaTheme="majorEastAsia" w:hAnsiTheme="majorHAnsi" w:cstheme="majorBidi"/>
                <w:sz w:val="24"/>
                <w:szCs w:val="24"/>
              </w:rPr>
              <w:t>Distinguishes  academic</w:t>
            </w:r>
            <w:proofErr w:type="gramEnd"/>
            <w:r w:rsidRPr="449869CA">
              <w:rPr>
                <w:rFonts w:asciiTheme="majorHAnsi" w:eastAsiaTheme="majorEastAsia" w:hAnsiTheme="majorHAnsi" w:cstheme="majorBidi"/>
                <w:sz w:val="24"/>
                <w:szCs w:val="24"/>
              </w:rPr>
              <w:t xml:space="preserve"> governance.</w:t>
            </w:r>
          </w:p>
          <w:p w14:paraId="2F2E344C" w14:textId="19755845"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tc>
      </w:tr>
      <w:tr w:rsidR="54D9A765" w14:paraId="12EFC59C" w14:textId="77777777" w:rsidTr="449869CA">
        <w:trPr>
          <w:trHeight w:val="300"/>
        </w:trPr>
        <w:tc>
          <w:tcPr>
            <w:tcW w:w="1954" w:type="dxa"/>
          </w:tcPr>
          <w:p w14:paraId="11909397" w14:textId="5B2DA88C" w:rsidR="54D9A765" w:rsidRDefault="26B1BC7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School of</w:t>
            </w:r>
          </w:p>
          <w:p w14:paraId="1FE09B97" w14:textId="10769521"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p w14:paraId="48832BA4" w14:textId="11192425"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p w14:paraId="55240AE3" w14:textId="787CEDB0"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tc>
        <w:tc>
          <w:tcPr>
            <w:tcW w:w="1954" w:type="dxa"/>
          </w:tcPr>
          <w:p w14:paraId="3EFAF405" w14:textId="3ADE9A82" w:rsidR="54D9A765" w:rsidRDefault="75EEBBA7"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“School of” for a major disciplinary grouping within Academic Affairs that brings together related academic programs, departments, and faculty (e.g., Science, Arts &amp; Humanities, Social Science, H</w:t>
            </w:r>
            <w:r w:rsidR="258B49A5" w:rsidRPr="449869CA">
              <w:rPr>
                <w:rFonts w:asciiTheme="majorHAnsi" w:eastAsiaTheme="majorEastAsia" w:hAnsiTheme="majorHAnsi" w:cstheme="majorBidi"/>
                <w:color w:val="000000" w:themeColor="text1"/>
                <w:sz w:val="24"/>
                <w:szCs w:val="24"/>
              </w:rPr>
              <w:t>ealth Sciences Education and Wellness</w:t>
            </w:r>
            <w:r w:rsidRPr="449869CA">
              <w:rPr>
                <w:rFonts w:asciiTheme="majorHAnsi" w:eastAsiaTheme="majorEastAsia" w:hAnsiTheme="majorHAnsi" w:cstheme="majorBidi"/>
                <w:color w:val="000000" w:themeColor="text1"/>
                <w:sz w:val="24"/>
                <w:szCs w:val="24"/>
              </w:rPr>
              <w:t>).</w:t>
            </w:r>
          </w:p>
        </w:tc>
        <w:tc>
          <w:tcPr>
            <w:tcW w:w="1954" w:type="dxa"/>
          </w:tcPr>
          <w:p w14:paraId="05E1E323" w14:textId="6560A950"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Local organizational term; not standardized across the SBCTC system. Colleges may use divisions, schools, or academic units.  </w:t>
            </w:r>
          </w:p>
        </w:tc>
        <w:tc>
          <w:tcPr>
            <w:tcW w:w="1954" w:type="dxa"/>
          </w:tcPr>
          <w:p w14:paraId="4E11BC16" w14:textId="6BE606E8"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Organizational unit; academic unit; instructional unit depending on institutional structure. Neither SBCTC nor NWCCU prescribes a standard term. </w:t>
            </w:r>
          </w:p>
        </w:tc>
        <w:tc>
          <w:tcPr>
            <w:tcW w:w="1954" w:type="dxa"/>
          </w:tcPr>
          <w:p w14:paraId="5E0451A4" w14:textId="74DEC1E7"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unit; instructional division; disciplinary area depending on institutional practice.</w:t>
            </w:r>
          </w:p>
        </w:tc>
        <w:tc>
          <w:tcPr>
            <w:tcW w:w="1954" w:type="dxa"/>
          </w:tcPr>
          <w:p w14:paraId="6F65BD37" w14:textId="0C5FC252"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unit; disciplinary area; academic organization supporting curricula and learning outcomes.</w:t>
            </w:r>
          </w:p>
        </w:tc>
        <w:tc>
          <w:tcPr>
            <w:tcW w:w="1954" w:type="dxa"/>
          </w:tcPr>
          <w:p w14:paraId="0E852936" w14:textId="334ED837"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Bellevue should reserve Division for executive-level divisions and use “School of” for disciplinary groupings. This avoids confusion between executive divisions and academic organizational structures. </w:t>
            </w:r>
          </w:p>
        </w:tc>
      </w:tr>
      <w:tr w:rsidR="54D9A765" w14:paraId="1F127808" w14:textId="77777777" w:rsidTr="449869CA">
        <w:trPr>
          <w:trHeight w:val="300"/>
        </w:trPr>
        <w:tc>
          <w:tcPr>
            <w:tcW w:w="1954" w:type="dxa"/>
          </w:tcPr>
          <w:p w14:paraId="187945B8" w14:textId="607C7C9C" w:rsidR="54D9A765" w:rsidRDefault="26B1BC7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lastRenderedPageBreak/>
              <w:t>Academic Program</w:t>
            </w:r>
          </w:p>
        </w:tc>
        <w:tc>
          <w:tcPr>
            <w:tcW w:w="1954" w:type="dxa"/>
          </w:tcPr>
          <w:p w14:paraId="0FEAC467" w14:textId="3D27CF1A" w:rsidR="4680A0ED" w:rsidRDefault="5CB026D8"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Academic Program for an approved instructional curriculum that leads to a credential, transfer objective, employment outcome, or other recognized educational objective</w:t>
            </w:r>
            <w:r w:rsidR="75EEBBA7" w:rsidRPr="449869CA">
              <w:rPr>
                <w:rFonts w:asciiTheme="majorHAnsi" w:eastAsiaTheme="majorEastAsia" w:hAnsiTheme="majorHAnsi" w:cstheme="majorBidi"/>
                <w:color w:val="000000" w:themeColor="text1"/>
                <w:sz w:val="24"/>
                <w:szCs w:val="24"/>
              </w:rPr>
              <w:t>.</w:t>
            </w:r>
          </w:p>
        </w:tc>
        <w:tc>
          <w:tcPr>
            <w:tcW w:w="1954" w:type="dxa"/>
          </w:tcPr>
          <w:p w14:paraId="72E26FB8" w14:textId="6FF447E1"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Professional-technical degree/certificate programs must be approved before implementation; instructional program and course development language</w:t>
            </w:r>
          </w:p>
        </w:tc>
        <w:tc>
          <w:tcPr>
            <w:tcW w:w="1954" w:type="dxa"/>
          </w:tcPr>
          <w:p w14:paraId="29E81409" w14:textId="50B922CE"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Programs are mission-consistent and culminate in outcomes leading to degrees, certificates, credentials, employment, or transfer</w:t>
            </w:r>
          </w:p>
        </w:tc>
        <w:tc>
          <w:tcPr>
            <w:tcW w:w="1954" w:type="dxa"/>
          </w:tcPr>
          <w:p w14:paraId="76A3D8F5" w14:textId="3F95CF34"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Programs, career pathways, workforce programs, transfer programs, credentials</w:t>
            </w:r>
          </w:p>
        </w:tc>
        <w:tc>
          <w:tcPr>
            <w:tcW w:w="1954" w:type="dxa"/>
          </w:tcPr>
          <w:p w14:paraId="3D9CCE46" w14:textId="3797E940"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Programs and curricula that support essential learning outcomes</w:t>
            </w:r>
          </w:p>
        </w:tc>
        <w:tc>
          <w:tcPr>
            <w:tcW w:w="1954" w:type="dxa"/>
          </w:tcPr>
          <w:p w14:paraId="21446058" w14:textId="084AE043"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Preferred over 'program' alone.</w:t>
            </w:r>
          </w:p>
        </w:tc>
      </w:tr>
      <w:tr w:rsidR="54D9A765" w14:paraId="49F3B2AE" w14:textId="77777777" w:rsidTr="449869CA">
        <w:trPr>
          <w:trHeight w:val="300"/>
        </w:trPr>
        <w:tc>
          <w:tcPr>
            <w:tcW w:w="1954" w:type="dxa"/>
          </w:tcPr>
          <w:p w14:paraId="2B7A42CA" w14:textId="1811FE9D" w:rsidR="54D9A765" w:rsidRDefault="26B1BC7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Professional-Technical Program</w:t>
            </w:r>
          </w:p>
        </w:tc>
        <w:tc>
          <w:tcPr>
            <w:tcW w:w="1954" w:type="dxa"/>
          </w:tcPr>
          <w:p w14:paraId="17637A18" w14:textId="0B2C5A9A" w:rsidR="54D9A765" w:rsidRDefault="26B1BC7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'Professional-Technical Program' when referring to SBCTC-approved workforce/technical degree or certificate programs.</w:t>
            </w:r>
          </w:p>
        </w:tc>
        <w:tc>
          <w:tcPr>
            <w:tcW w:w="1954" w:type="dxa"/>
          </w:tcPr>
          <w:p w14:paraId="58FBBB64" w14:textId="44DCA0FC"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Formal SBCTC category requiring approval for degree/certificate implementation</w:t>
            </w:r>
          </w:p>
        </w:tc>
        <w:tc>
          <w:tcPr>
            <w:tcW w:w="1954" w:type="dxa"/>
          </w:tcPr>
          <w:p w14:paraId="1AD883EF" w14:textId="51546C7A"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Career/technical or professional program within institutional offerings</w:t>
            </w:r>
          </w:p>
        </w:tc>
        <w:tc>
          <w:tcPr>
            <w:tcW w:w="1954" w:type="dxa"/>
          </w:tcPr>
          <w:p w14:paraId="5636846B" w14:textId="34DA0267"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Workforce development, career and technical education, applied programs</w:t>
            </w:r>
          </w:p>
        </w:tc>
        <w:tc>
          <w:tcPr>
            <w:tcW w:w="1954" w:type="dxa"/>
          </w:tcPr>
          <w:p w14:paraId="5E2AA346" w14:textId="1610A9C2"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Professional, applied, or career-connected learning</w:t>
            </w:r>
          </w:p>
        </w:tc>
        <w:tc>
          <w:tcPr>
            <w:tcW w:w="1954" w:type="dxa"/>
          </w:tcPr>
          <w:p w14:paraId="68BBCB5F" w14:textId="08A4F894"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Do not substitute 'department' for this term.</w:t>
            </w:r>
          </w:p>
        </w:tc>
      </w:tr>
      <w:tr w:rsidR="54D9A765" w14:paraId="26D4DA8B" w14:textId="77777777" w:rsidTr="449869CA">
        <w:trPr>
          <w:trHeight w:val="300"/>
        </w:trPr>
        <w:tc>
          <w:tcPr>
            <w:tcW w:w="1954" w:type="dxa"/>
          </w:tcPr>
          <w:p w14:paraId="74144DAE" w14:textId="2CB1A675"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Applied Baccalaureate Program</w:t>
            </w:r>
          </w:p>
        </w:tc>
        <w:tc>
          <w:tcPr>
            <w:tcW w:w="1954" w:type="dxa"/>
          </w:tcPr>
          <w:p w14:paraId="76B53C57" w14:textId="522E693B"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 xml:space="preserve">Use 'Applied Baccalaureate Program' or 'BAS Program' for approved </w:t>
            </w:r>
            <w:r w:rsidRPr="54D9A765">
              <w:rPr>
                <w:rFonts w:eastAsia="Calibri" w:cs="Calibri"/>
                <w:color w:val="000000" w:themeColor="text1"/>
                <w:sz w:val="24"/>
                <w:szCs w:val="24"/>
              </w:rPr>
              <w:lastRenderedPageBreak/>
              <w:t>bachelor-level community college programs.</w:t>
            </w:r>
          </w:p>
        </w:tc>
        <w:tc>
          <w:tcPr>
            <w:tcW w:w="1954" w:type="dxa"/>
          </w:tcPr>
          <w:p w14:paraId="0E14B4C1" w14:textId="2B180F14" w:rsidR="54D9A765" w:rsidRDefault="54D9A765" w:rsidP="54D9A765">
            <w:pPr>
              <w:rPr>
                <w:rFonts w:eastAsia="Calibri" w:cs="Calibri"/>
                <w:sz w:val="24"/>
                <w:szCs w:val="24"/>
              </w:rPr>
            </w:pPr>
            <w:r w:rsidRPr="54D9A765">
              <w:rPr>
                <w:rFonts w:eastAsia="Calibri" w:cs="Calibri"/>
                <w:sz w:val="24"/>
                <w:szCs w:val="24"/>
              </w:rPr>
              <w:lastRenderedPageBreak/>
              <w:t xml:space="preserve">Applied baccalaureate degree program; coded in </w:t>
            </w:r>
            <w:r w:rsidRPr="54D9A765">
              <w:rPr>
                <w:rFonts w:eastAsia="Calibri" w:cs="Calibri"/>
                <w:sz w:val="24"/>
                <w:szCs w:val="24"/>
              </w:rPr>
              <w:lastRenderedPageBreak/>
              <w:t>SBCTC data systems</w:t>
            </w:r>
          </w:p>
        </w:tc>
        <w:tc>
          <w:tcPr>
            <w:tcW w:w="1954" w:type="dxa"/>
          </w:tcPr>
          <w:p w14:paraId="5A2012C6" w14:textId="56FF5D79" w:rsidR="54D9A765" w:rsidRDefault="54D9A765" w:rsidP="54D9A765">
            <w:pPr>
              <w:rPr>
                <w:rFonts w:eastAsia="Calibri" w:cs="Calibri"/>
                <w:sz w:val="24"/>
                <w:szCs w:val="24"/>
              </w:rPr>
            </w:pPr>
            <w:r w:rsidRPr="54D9A765">
              <w:rPr>
                <w:rFonts w:eastAsia="Calibri" w:cs="Calibri"/>
                <w:sz w:val="24"/>
                <w:szCs w:val="24"/>
              </w:rPr>
              <w:lastRenderedPageBreak/>
              <w:t>Baccalaureate program if included in institutional scope</w:t>
            </w:r>
          </w:p>
        </w:tc>
        <w:tc>
          <w:tcPr>
            <w:tcW w:w="1954" w:type="dxa"/>
          </w:tcPr>
          <w:p w14:paraId="2512B4CE" w14:textId="53C54C24" w:rsidR="54D9A765" w:rsidRDefault="54D9A765" w:rsidP="54D9A765">
            <w:pPr>
              <w:rPr>
                <w:rFonts w:eastAsia="Calibri" w:cs="Calibri"/>
                <w:sz w:val="24"/>
                <w:szCs w:val="24"/>
              </w:rPr>
            </w:pPr>
            <w:r w:rsidRPr="54D9A765">
              <w:rPr>
                <w:rFonts w:eastAsia="Calibri" w:cs="Calibri"/>
                <w:sz w:val="24"/>
                <w:szCs w:val="24"/>
              </w:rPr>
              <w:t xml:space="preserve">Community college baccalaureate / workforce </w:t>
            </w:r>
            <w:r w:rsidRPr="54D9A765">
              <w:rPr>
                <w:rFonts w:eastAsia="Calibri" w:cs="Calibri"/>
                <w:sz w:val="24"/>
                <w:szCs w:val="24"/>
              </w:rPr>
              <w:lastRenderedPageBreak/>
              <w:t>baccalaureate</w:t>
            </w:r>
          </w:p>
        </w:tc>
        <w:tc>
          <w:tcPr>
            <w:tcW w:w="1954" w:type="dxa"/>
          </w:tcPr>
          <w:p w14:paraId="5832DEED" w14:textId="40B55809" w:rsidR="54D9A765" w:rsidRDefault="54D9A765" w:rsidP="54D9A765">
            <w:pPr>
              <w:rPr>
                <w:rFonts w:eastAsia="Calibri" w:cs="Calibri"/>
                <w:sz w:val="24"/>
                <w:szCs w:val="24"/>
              </w:rPr>
            </w:pPr>
            <w:r w:rsidRPr="54D9A765">
              <w:rPr>
                <w:rFonts w:eastAsia="Calibri" w:cs="Calibri"/>
                <w:sz w:val="24"/>
                <w:szCs w:val="24"/>
              </w:rPr>
              <w:lastRenderedPageBreak/>
              <w:t xml:space="preserve">Baccalaureate education, liberal learning, </w:t>
            </w:r>
            <w:r w:rsidRPr="54D9A765">
              <w:rPr>
                <w:rFonts w:eastAsia="Calibri" w:cs="Calibri"/>
                <w:sz w:val="24"/>
                <w:szCs w:val="24"/>
              </w:rPr>
              <w:lastRenderedPageBreak/>
              <w:t>applied learning</w:t>
            </w:r>
          </w:p>
        </w:tc>
        <w:tc>
          <w:tcPr>
            <w:tcW w:w="1954" w:type="dxa"/>
          </w:tcPr>
          <w:p w14:paraId="5BD7A333" w14:textId="57711043" w:rsidR="54D9A765" w:rsidRDefault="54D9A765" w:rsidP="54D9A765">
            <w:pPr>
              <w:rPr>
                <w:rFonts w:eastAsia="Calibri" w:cs="Calibri"/>
                <w:sz w:val="24"/>
                <w:szCs w:val="24"/>
              </w:rPr>
            </w:pPr>
            <w:r w:rsidRPr="54D9A765">
              <w:rPr>
                <w:rFonts w:eastAsia="Calibri" w:cs="Calibri"/>
                <w:sz w:val="24"/>
                <w:szCs w:val="24"/>
              </w:rPr>
              <w:lastRenderedPageBreak/>
              <w:t>Requires attention to SBCTC, NWCCU, and specialized accreditation expectations.</w:t>
            </w:r>
          </w:p>
        </w:tc>
      </w:tr>
      <w:tr w:rsidR="54D9A765" w14:paraId="5672C0D7" w14:textId="77777777" w:rsidTr="449869CA">
        <w:trPr>
          <w:trHeight w:val="300"/>
        </w:trPr>
        <w:tc>
          <w:tcPr>
            <w:tcW w:w="1954" w:type="dxa"/>
          </w:tcPr>
          <w:p w14:paraId="5F7497E6" w14:textId="50E282CF"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Degree</w:t>
            </w:r>
          </w:p>
        </w:tc>
        <w:tc>
          <w:tcPr>
            <w:tcW w:w="1954" w:type="dxa"/>
          </w:tcPr>
          <w:p w14:paraId="5C73BE7F" w14:textId="0B2C79D9"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'Degree' for an academic award conferred after completion of approved requirements.</w:t>
            </w:r>
          </w:p>
        </w:tc>
        <w:tc>
          <w:tcPr>
            <w:tcW w:w="1954" w:type="dxa"/>
          </w:tcPr>
          <w:p w14:paraId="1B39FFE7" w14:textId="080C686E" w:rsidR="54D9A765" w:rsidRDefault="54D9A765" w:rsidP="54D9A765">
            <w:pPr>
              <w:rPr>
                <w:rFonts w:eastAsia="Calibri" w:cs="Calibri"/>
                <w:sz w:val="24"/>
                <w:szCs w:val="24"/>
              </w:rPr>
            </w:pPr>
            <w:r w:rsidRPr="54D9A765">
              <w:rPr>
                <w:rFonts w:eastAsia="Calibri" w:cs="Calibri"/>
                <w:sz w:val="24"/>
                <w:szCs w:val="24"/>
              </w:rPr>
              <w:t>Degree type approved/recorded through SBCTC structures</w:t>
            </w:r>
          </w:p>
        </w:tc>
        <w:tc>
          <w:tcPr>
            <w:tcW w:w="1954" w:type="dxa"/>
          </w:tcPr>
          <w:p w14:paraId="75046BE9" w14:textId="02B0D057" w:rsidR="54D9A765" w:rsidRDefault="54D9A765" w:rsidP="54D9A765">
            <w:pPr>
              <w:rPr>
                <w:rFonts w:eastAsia="Calibri" w:cs="Calibri"/>
                <w:sz w:val="24"/>
                <w:szCs w:val="24"/>
              </w:rPr>
            </w:pPr>
            <w:r w:rsidRPr="54D9A765">
              <w:rPr>
                <w:rFonts w:eastAsia="Calibri" w:cs="Calibri"/>
                <w:sz w:val="24"/>
                <w:szCs w:val="24"/>
              </w:rPr>
              <w:t>Degree as credential outcome</w:t>
            </w:r>
          </w:p>
        </w:tc>
        <w:tc>
          <w:tcPr>
            <w:tcW w:w="1954" w:type="dxa"/>
          </w:tcPr>
          <w:p w14:paraId="676B6CFC" w14:textId="03BED315" w:rsidR="54D9A765" w:rsidRDefault="54D9A765" w:rsidP="54D9A765">
            <w:pPr>
              <w:rPr>
                <w:rFonts w:eastAsia="Calibri" w:cs="Calibri"/>
                <w:sz w:val="24"/>
                <w:szCs w:val="24"/>
              </w:rPr>
            </w:pPr>
            <w:r w:rsidRPr="54D9A765">
              <w:rPr>
                <w:rFonts w:eastAsia="Calibri" w:cs="Calibri"/>
                <w:sz w:val="24"/>
                <w:szCs w:val="24"/>
              </w:rPr>
              <w:t xml:space="preserve">Associate degree, </w:t>
            </w:r>
            <w:proofErr w:type="gramStart"/>
            <w:r w:rsidRPr="54D9A765">
              <w:rPr>
                <w:rFonts w:eastAsia="Calibri" w:cs="Calibri"/>
                <w:sz w:val="24"/>
                <w:szCs w:val="24"/>
              </w:rPr>
              <w:t>bachelor</w:t>
            </w:r>
            <w:proofErr w:type="gramEnd"/>
            <w:r w:rsidRPr="54D9A765">
              <w:rPr>
                <w:rFonts w:eastAsia="Calibri" w:cs="Calibri"/>
                <w:sz w:val="24"/>
                <w:szCs w:val="24"/>
              </w:rPr>
              <w:t xml:space="preserve"> degree, transfer degree</w:t>
            </w:r>
          </w:p>
        </w:tc>
        <w:tc>
          <w:tcPr>
            <w:tcW w:w="1954" w:type="dxa"/>
          </w:tcPr>
          <w:p w14:paraId="0D741E9F" w14:textId="7BF4544F" w:rsidR="54D9A765" w:rsidRDefault="54D9A765" w:rsidP="54D9A765">
            <w:pPr>
              <w:rPr>
                <w:rFonts w:eastAsia="Calibri" w:cs="Calibri"/>
                <w:sz w:val="24"/>
                <w:szCs w:val="24"/>
              </w:rPr>
            </w:pPr>
            <w:r w:rsidRPr="54D9A765">
              <w:rPr>
                <w:rFonts w:eastAsia="Calibri" w:cs="Calibri"/>
                <w:sz w:val="24"/>
                <w:szCs w:val="24"/>
              </w:rPr>
              <w:t>Degree program, credential, general education outcomes</w:t>
            </w:r>
          </w:p>
        </w:tc>
        <w:tc>
          <w:tcPr>
            <w:tcW w:w="1954" w:type="dxa"/>
          </w:tcPr>
          <w:p w14:paraId="6ABB8C34" w14:textId="42879E5D" w:rsidR="54D9A765" w:rsidRDefault="54D9A765" w:rsidP="54D9A765">
            <w:pPr>
              <w:rPr>
                <w:rFonts w:eastAsia="Calibri" w:cs="Calibri"/>
                <w:sz w:val="24"/>
                <w:szCs w:val="24"/>
              </w:rPr>
            </w:pPr>
            <w:r w:rsidRPr="54D9A765">
              <w:rPr>
                <w:rFonts w:eastAsia="Calibri" w:cs="Calibri"/>
                <w:sz w:val="24"/>
                <w:szCs w:val="24"/>
              </w:rPr>
              <w:t>Can be part of an academic program but is not the same as department.</w:t>
            </w:r>
          </w:p>
        </w:tc>
      </w:tr>
      <w:tr w:rsidR="54D9A765" w14:paraId="7E99A939" w14:textId="77777777" w:rsidTr="449869CA">
        <w:trPr>
          <w:trHeight w:val="300"/>
        </w:trPr>
        <w:tc>
          <w:tcPr>
            <w:tcW w:w="1954" w:type="dxa"/>
          </w:tcPr>
          <w:p w14:paraId="6A29A495" w14:textId="127A65AC"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Certificate</w:t>
            </w:r>
          </w:p>
        </w:tc>
        <w:tc>
          <w:tcPr>
            <w:tcW w:w="1954" w:type="dxa"/>
          </w:tcPr>
          <w:p w14:paraId="04F9314E" w14:textId="3264DB5A"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'Certificate' for approved credit-bearing or recognized award below or alongside degree level.</w:t>
            </w:r>
          </w:p>
        </w:tc>
        <w:tc>
          <w:tcPr>
            <w:tcW w:w="1954" w:type="dxa"/>
          </w:tcPr>
          <w:p w14:paraId="7A26CCCA" w14:textId="3D348291" w:rsidR="54D9A765" w:rsidRDefault="54D9A765" w:rsidP="54D9A765">
            <w:pPr>
              <w:rPr>
                <w:rFonts w:eastAsia="Calibri" w:cs="Calibri"/>
                <w:sz w:val="24"/>
                <w:szCs w:val="24"/>
              </w:rPr>
            </w:pPr>
            <w:r w:rsidRPr="54D9A765">
              <w:rPr>
                <w:rFonts w:eastAsia="Calibri" w:cs="Calibri"/>
                <w:sz w:val="24"/>
                <w:szCs w:val="24"/>
              </w:rPr>
              <w:t>Certificate program/credential subject to SBCTC rules depending on type</w:t>
            </w:r>
          </w:p>
        </w:tc>
        <w:tc>
          <w:tcPr>
            <w:tcW w:w="1954" w:type="dxa"/>
          </w:tcPr>
          <w:p w14:paraId="20EFC9CE" w14:textId="3A0A3404" w:rsidR="54D9A765" w:rsidRDefault="54D9A765" w:rsidP="54D9A765">
            <w:pPr>
              <w:rPr>
                <w:rFonts w:eastAsia="Calibri" w:cs="Calibri"/>
                <w:sz w:val="24"/>
                <w:szCs w:val="24"/>
              </w:rPr>
            </w:pPr>
            <w:r w:rsidRPr="54D9A765">
              <w:rPr>
                <w:rFonts w:eastAsia="Calibri" w:cs="Calibri"/>
                <w:sz w:val="24"/>
                <w:szCs w:val="24"/>
              </w:rPr>
              <w:t>Certificate as credential outcome</w:t>
            </w:r>
          </w:p>
        </w:tc>
        <w:tc>
          <w:tcPr>
            <w:tcW w:w="1954" w:type="dxa"/>
          </w:tcPr>
          <w:p w14:paraId="0FF96DE3" w14:textId="0059183A" w:rsidR="54D9A765" w:rsidRDefault="54D9A765" w:rsidP="54D9A765">
            <w:pPr>
              <w:rPr>
                <w:rFonts w:eastAsia="Calibri" w:cs="Calibri"/>
                <w:sz w:val="24"/>
                <w:szCs w:val="24"/>
              </w:rPr>
            </w:pPr>
            <w:r w:rsidRPr="54D9A765">
              <w:rPr>
                <w:rFonts w:eastAsia="Calibri" w:cs="Calibri"/>
                <w:sz w:val="24"/>
                <w:szCs w:val="24"/>
              </w:rPr>
              <w:t>Short-term credential, certificate, workforce credential</w:t>
            </w:r>
          </w:p>
        </w:tc>
        <w:tc>
          <w:tcPr>
            <w:tcW w:w="1954" w:type="dxa"/>
          </w:tcPr>
          <w:p w14:paraId="442AA594" w14:textId="6D03AD34" w:rsidR="54D9A765" w:rsidRDefault="54D9A765" w:rsidP="54D9A765">
            <w:pPr>
              <w:rPr>
                <w:rFonts w:eastAsia="Calibri" w:cs="Calibri"/>
                <w:sz w:val="24"/>
                <w:szCs w:val="24"/>
              </w:rPr>
            </w:pPr>
            <w:r w:rsidRPr="54D9A765">
              <w:rPr>
                <w:rFonts w:eastAsia="Calibri" w:cs="Calibri"/>
                <w:sz w:val="24"/>
                <w:szCs w:val="24"/>
              </w:rPr>
              <w:t>Credential or evidence of learning</w:t>
            </w:r>
          </w:p>
        </w:tc>
        <w:tc>
          <w:tcPr>
            <w:tcW w:w="1954" w:type="dxa"/>
          </w:tcPr>
          <w:p w14:paraId="3910BB9D" w14:textId="214E22A5" w:rsidR="54D9A765" w:rsidRDefault="54D9A765" w:rsidP="54D9A765">
            <w:pPr>
              <w:rPr>
                <w:rFonts w:eastAsia="Calibri" w:cs="Calibri"/>
                <w:sz w:val="24"/>
                <w:szCs w:val="24"/>
              </w:rPr>
            </w:pPr>
            <w:r w:rsidRPr="54D9A765">
              <w:rPr>
                <w:rFonts w:eastAsia="Calibri" w:cs="Calibri"/>
                <w:sz w:val="24"/>
                <w:szCs w:val="24"/>
              </w:rPr>
              <w:t>Specify credit/noncredit where needed.</w:t>
            </w:r>
          </w:p>
        </w:tc>
      </w:tr>
      <w:tr w:rsidR="54D9A765" w14:paraId="0AF8F022" w14:textId="77777777" w:rsidTr="449869CA">
        <w:trPr>
          <w:trHeight w:val="300"/>
        </w:trPr>
        <w:tc>
          <w:tcPr>
            <w:tcW w:w="1954" w:type="dxa"/>
          </w:tcPr>
          <w:p w14:paraId="15FE3FB2" w14:textId="71DC9097"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Credential</w:t>
            </w:r>
          </w:p>
        </w:tc>
        <w:tc>
          <w:tcPr>
            <w:tcW w:w="1954" w:type="dxa"/>
          </w:tcPr>
          <w:p w14:paraId="6E7AA729" w14:textId="4C8F0CE1"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'Credential' as the umbrella term for degrees, certificates, and other approved academic awards.</w:t>
            </w:r>
          </w:p>
        </w:tc>
        <w:tc>
          <w:tcPr>
            <w:tcW w:w="1954" w:type="dxa"/>
          </w:tcPr>
          <w:p w14:paraId="0133AE87" w14:textId="5A5101A8" w:rsidR="54D9A765" w:rsidRDefault="54D9A765" w:rsidP="54D9A765">
            <w:pPr>
              <w:rPr>
                <w:rFonts w:eastAsia="Calibri" w:cs="Calibri"/>
                <w:sz w:val="24"/>
                <w:szCs w:val="24"/>
              </w:rPr>
            </w:pPr>
            <w:r w:rsidRPr="54D9A765">
              <w:rPr>
                <w:rFonts w:eastAsia="Calibri" w:cs="Calibri"/>
                <w:sz w:val="24"/>
                <w:szCs w:val="24"/>
              </w:rPr>
              <w:t xml:space="preserve">Degree, certificate, or </w:t>
            </w:r>
            <w:proofErr w:type="gramStart"/>
            <w:r w:rsidRPr="54D9A765">
              <w:rPr>
                <w:rFonts w:eastAsia="Calibri" w:cs="Calibri"/>
                <w:sz w:val="24"/>
                <w:szCs w:val="24"/>
              </w:rPr>
              <w:t>other</w:t>
            </w:r>
            <w:proofErr w:type="gramEnd"/>
            <w:r w:rsidRPr="54D9A765">
              <w:rPr>
                <w:rFonts w:eastAsia="Calibri" w:cs="Calibri"/>
                <w:sz w:val="24"/>
                <w:szCs w:val="24"/>
              </w:rPr>
              <w:t xml:space="preserve"> coded award</w:t>
            </w:r>
          </w:p>
        </w:tc>
        <w:tc>
          <w:tcPr>
            <w:tcW w:w="1954" w:type="dxa"/>
          </w:tcPr>
          <w:p w14:paraId="440F7155" w14:textId="264646AE" w:rsidR="54D9A765" w:rsidRDefault="54D9A765" w:rsidP="54D9A765">
            <w:pPr>
              <w:rPr>
                <w:rFonts w:eastAsia="Calibri" w:cs="Calibri"/>
                <w:sz w:val="24"/>
                <w:szCs w:val="24"/>
              </w:rPr>
            </w:pPr>
            <w:r w:rsidRPr="54D9A765">
              <w:rPr>
                <w:rFonts w:eastAsia="Calibri" w:cs="Calibri"/>
                <w:sz w:val="24"/>
                <w:szCs w:val="24"/>
              </w:rPr>
              <w:t>Degrees, certificates, credentials, employment, transfer</w:t>
            </w:r>
          </w:p>
        </w:tc>
        <w:tc>
          <w:tcPr>
            <w:tcW w:w="1954" w:type="dxa"/>
          </w:tcPr>
          <w:p w14:paraId="3B5D8A4E" w14:textId="76D8F9D3" w:rsidR="54D9A765" w:rsidRDefault="54D9A765" w:rsidP="54D9A765">
            <w:pPr>
              <w:rPr>
                <w:rFonts w:eastAsia="Calibri" w:cs="Calibri"/>
                <w:sz w:val="24"/>
                <w:szCs w:val="24"/>
              </w:rPr>
            </w:pPr>
            <w:r w:rsidRPr="54D9A765">
              <w:rPr>
                <w:rFonts w:eastAsia="Calibri" w:cs="Calibri"/>
                <w:sz w:val="24"/>
                <w:szCs w:val="24"/>
              </w:rPr>
              <w:t>Stackable credential, workforce credential, degree</w:t>
            </w:r>
          </w:p>
        </w:tc>
        <w:tc>
          <w:tcPr>
            <w:tcW w:w="1954" w:type="dxa"/>
          </w:tcPr>
          <w:p w14:paraId="4341A754" w14:textId="20DBFF63" w:rsidR="54D9A765" w:rsidRDefault="54D9A765" w:rsidP="54D9A765">
            <w:pPr>
              <w:rPr>
                <w:rFonts w:eastAsia="Calibri" w:cs="Calibri"/>
                <w:sz w:val="24"/>
                <w:szCs w:val="24"/>
              </w:rPr>
            </w:pPr>
            <w:r w:rsidRPr="54D9A765">
              <w:rPr>
                <w:rFonts w:eastAsia="Calibri" w:cs="Calibri"/>
                <w:sz w:val="24"/>
                <w:szCs w:val="24"/>
              </w:rPr>
              <w:t>Credential/learning outcome evidence</w:t>
            </w:r>
          </w:p>
        </w:tc>
        <w:tc>
          <w:tcPr>
            <w:tcW w:w="1954" w:type="dxa"/>
          </w:tcPr>
          <w:p w14:paraId="36D58CB3" w14:textId="373B6D80" w:rsidR="54D9A765" w:rsidRDefault="54D9A765" w:rsidP="54D9A765">
            <w:pPr>
              <w:rPr>
                <w:rFonts w:eastAsia="Calibri" w:cs="Calibri"/>
                <w:sz w:val="24"/>
                <w:szCs w:val="24"/>
              </w:rPr>
            </w:pPr>
            <w:r w:rsidRPr="54D9A765">
              <w:rPr>
                <w:rFonts w:eastAsia="Calibri" w:cs="Calibri"/>
                <w:sz w:val="24"/>
                <w:szCs w:val="24"/>
              </w:rPr>
              <w:t>Useful in external reporting and guided pathways.</w:t>
            </w:r>
          </w:p>
        </w:tc>
      </w:tr>
      <w:tr w:rsidR="54D9A765" w14:paraId="3D464E76" w14:textId="77777777" w:rsidTr="449869CA">
        <w:trPr>
          <w:trHeight w:val="300"/>
        </w:trPr>
        <w:tc>
          <w:tcPr>
            <w:tcW w:w="1954" w:type="dxa"/>
          </w:tcPr>
          <w:p w14:paraId="1C98E601" w14:textId="1B88C1C2"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lastRenderedPageBreak/>
              <w:t>Course</w:t>
            </w:r>
          </w:p>
        </w:tc>
        <w:tc>
          <w:tcPr>
            <w:tcW w:w="1954" w:type="dxa"/>
          </w:tcPr>
          <w:p w14:paraId="086637C7" w14:textId="5BAA1F5A"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'Course' for the approved instructional offering; use 'section' for a specific scheduled instance.</w:t>
            </w:r>
          </w:p>
        </w:tc>
        <w:tc>
          <w:tcPr>
            <w:tcW w:w="1954" w:type="dxa"/>
          </w:tcPr>
          <w:p w14:paraId="232D63FA" w14:textId="08B94467" w:rsidR="54D9A765" w:rsidRDefault="54D9A765" w:rsidP="54D9A765">
            <w:pPr>
              <w:rPr>
                <w:rFonts w:eastAsia="Calibri" w:cs="Calibri"/>
                <w:sz w:val="24"/>
                <w:szCs w:val="24"/>
              </w:rPr>
            </w:pPr>
            <w:r w:rsidRPr="54D9A765">
              <w:rPr>
                <w:rFonts w:eastAsia="Calibri" w:cs="Calibri"/>
                <w:sz w:val="24"/>
                <w:szCs w:val="24"/>
              </w:rPr>
              <w:t>Course development, course coding, credits/contact hours, enrollment reporting</w:t>
            </w:r>
          </w:p>
        </w:tc>
        <w:tc>
          <w:tcPr>
            <w:tcW w:w="1954" w:type="dxa"/>
          </w:tcPr>
          <w:p w14:paraId="1976504B" w14:textId="2CCF9333" w:rsidR="54D9A765" w:rsidRDefault="54D9A765" w:rsidP="54D9A765">
            <w:pPr>
              <w:rPr>
                <w:rFonts w:eastAsia="Calibri" w:cs="Calibri"/>
                <w:sz w:val="24"/>
                <w:szCs w:val="24"/>
              </w:rPr>
            </w:pPr>
            <w:r w:rsidRPr="54D9A765">
              <w:rPr>
                <w:rFonts w:eastAsia="Calibri" w:cs="Calibri"/>
                <w:sz w:val="24"/>
                <w:szCs w:val="24"/>
              </w:rPr>
              <w:t>Course-level learning experiences contributing to program outcomes</w:t>
            </w:r>
          </w:p>
        </w:tc>
        <w:tc>
          <w:tcPr>
            <w:tcW w:w="1954" w:type="dxa"/>
          </w:tcPr>
          <w:p w14:paraId="27B451DF" w14:textId="1BF05383" w:rsidR="54D9A765" w:rsidRDefault="54D9A765" w:rsidP="54D9A765">
            <w:pPr>
              <w:rPr>
                <w:rFonts w:eastAsia="Calibri" w:cs="Calibri"/>
                <w:sz w:val="24"/>
                <w:szCs w:val="24"/>
              </w:rPr>
            </w:pPr>
            <w:r w:rsidRPr="54D9A765">
              <w:rPr>
                <w:rFonts w:eastAsia="Calibri" w:cs="Calibri"/>
                <w:sz w:val="24"/>
                <w:szCs w:val="24"/>
              </w:rPr>
              <w:t>Course, class, training, noncredit course</w:t>
            </w:r>
          </w:p>
        </w:tc>
        <w:tc>
          <w:tcPr>
            <w:tcW w:w="1954" w:type="dxa"/>
          </w:tcPr>
          <w:p w14:paraId="65A2D5FD" w14:textId="650A7227" w:rsidR="54D9A765" w:rsidRDefault="54D9A765" w:rsidP="54D9A765">
            <w:pPr>
              <w:rPr>
                <w:rFonts w:eastAsia="Calibri" w:cs="Calibri"/>
                <w:sz w:val="24"/>
                <w:szCs w:val="24"/>
              </w:rPr>
            </w:pPr>
            <w:r w:rsidRPr="54D9A765">
              <w:rPr>
                <w:rFonts w:eastAsia="Calibri" w:cs="Calibri"/>
                <w:sz w:val="24"/>
                <w:szCs w:val="24"/>
              </w:rPr>
              <w:t>Coursework used for authentic assessment of student work</w:t>
            </w:r>
          </w:p>
        </w:tc>
        <w:tc>
          <w:tcPr>
            <w:tcW w:w="1954" w:type="dxa"/>
          </w:tcPr>
          <w:p w14:paraId="03035601" w14:textId="76F69B75" w:rsidR="54D9A765" w:rsidRDefault="54D9A765" w:rsidP="54D9A765">
            <w:pPr>
              <w:rPr>
                <w:rFonts w:eastAsia="Calibri" w:cs="Calibri"/>
                <w:sz w:val="24"/>
                <w:szCs w:val="24"/>
              </w:rPr>
            </w:pPr>
            <w:r w:rsidRPr="54D9A765">
              <w:rPr>
                <w:rFonts w:eastAsia="Calibri" w:cs="Calibri"/>
                <w:sz w:val="24"/>
                <w:szCs w:val="24"/>
              </w:rPr>
              <w:t>Avoid using class/course/section interchangeably in official documents.</w:t>
            </w:r>
          </w:p>
        </w:tc>
      </w:tr>
      <w:tr w:rsidR="54D9A765" w14:paraId="6DD2BF3E" w14:textId="77777777" w:rsidTr="449869CA">
        <w:trPr>
          <w:trHeight w:val="300"/>
        </w:trPr>
        <w:tc>
          <w:tcPr>
            <w:tcW w:w="1954" w:type="dxa"/>
          </w:tcPr>
          <w:p w14:paraId="2D5D3857" w14:textId="711B4CE2"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Section</w:t>
            </w:r>
          </w:p>
        </w:tc>
        <w:tc>
          <w:tcPr>
            <w:tcW w:w="1954" w:type="dxa"/>
          </w:tcPr>
          <w:p w14:paraId="13F91C4D" w14:textId="5019A339"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'Section' for a specific scheduled offering of a course in a term.</w:t>
            </w:r>
          </w:p>
        </w:tc>
        <w:tc>
          <w:tcPr>
            <w:tcW w:w="1954" w:type="dxa"/>
          </w:tcPr>
          <w:p w14:paraId="087DECEC" w14:textId="14F0427B" w:rsidR="54D9A765" w:rsidRDefault="54D9A765" w:rsidP="54D9A765">
            <w:pPr>
              <w:rPr>
                <w:rFonts w:eastAsia="Calibri" w:cs="Calibri"/>
                <w:sz w:val="24"/>
                <w:szCs w:val="24"/>
              </w:rPr>
            </w:pPr>
            <w:r w:rsidRPr="54D9A765">
              <w:rPr>
                <w:rFonts w:eastAsia="Calibri" w:cs="Calibri"/>
                <w:sz w:val="24"/>
                <w:szCs w:val="24"/>
              </w:rPr>
              <w:t>Enrollment and schedule reporting concept</w:t>
            </w:r>
          </w:p>
        </w:tc>
        <w:tc>
          <w:tcPr>
            <w:tcW w:w="1954" w:type="dxa"/>
          </w:tcPr>
          <w:p w14:paraId="65CD6A6C" w14:textId="662A2F4D" w:rsidR="54D9A765" w:rsidRDefault="54D9A765" w:rsidP="54D9A765">
            <w:pPr>
              <w:rPr>
                <w:rFonts w:eastAsia="Calibri" w:cs="Calibri"/>
                <w:sz w:val="24"/>
                <w:szCs w:val="24"/>
              </w:rPr>
            </w:pPr>
            <w:r w:rsidRPr="54D9A765">
              <w:rPr>
                <w:rFonts w:eastAsia="Calibri" w:cs="Calibri"/>
                <w:sz w:val="24"/>
                <w:szCs w:val="24"/>
              </w:rPr>
              <w:t>Specific course delivery instance where relevant</w:t>
            </w:r>
          </w:p>
        </w:tc>
        <w:tc>
          <w:tcPr>
            <w:tcW w:w="1954" w:type="dxa"/>
          </w:tcPr>
          <w:p w14:paraId="0A6408DF" w14:textId="655CFBDE" w:rsidR="54D9A765" w:rsidRDefault="54D9A765" w:rsidP="54D9A765">
            <w:pPr>
              <w:rPr>
                <w:rFonts w:eastAsia="Calibri" w:cs="Calibri"/>
                <w:sz w:val="24"/>
                <w:szCs w:val="24"/>
              </w:rPr>
            </w:pPr>
            <w:r w:rsidRPr="54D9A765">
              <w:rPr>
                <w:rFonts w:eastAsia="Calibri" w:cs="Calibri"/>
                <w:sz w:val="24"/>
                <w:szCs w:val="24"/>
              </w:rPr>
              <w:t>Class section / scheduled offering</w:t>
            </w:r>
          </w:p>
        </w:tc>
        <w:tc>
          <w:tcPr>
            <w:tcW w:w="1954" w:type="dxa"/>
          </w:tcPr>
          <w:p w14:paraId="57B951CD" w14:textId="6F9B3582" w:rsidR="54D9A765" w:rsidRDefault="54D9A765" w:rsidP="54D9A765">
            <w:pPr>
              <w:rPr>
                <w:rFonts w:eastAsia="Calibri" w:cs="Calibri"/>
                <w:sz w:val="24"/>
                <w:szCs w:val="24"/>
              </w:rPr>
            </w:pPr>
            <w:r w:rsidRPr="54D9A765">
              <w:rPr>
                <w:rFonts w:eastAsia="Calibri" w:cs="Calibri"/>
                <w:sz w:val="24"/>
                <w:szCs w:val="24"/>
              </w:rPr>
              <w:t>Course section when assessing student work</w:t>
            </w:r>
          </w:p>
        </w:tc>
        <w:tc>
          <w:tcPr>
            <w:tcW w:w="1954" w:type="dxa"/>
          </w:tcPr>
          <w:p w14:paraId="70F81E86" w14:textId="4442D0E3" w:rsidR="54D9A765" w:rsidRDefault="54D9A765" w:rsidP="54D9A765">
            <w:pPr>
              <w:rPr>
                <w:rFonts w:eastAsia="Calibri" w:cs="Calibri"/>
                <w:sz w:val="24"/>
                <w:szCs w:val="24"/>
              </w:rPr>
            </w:pPr>
            <w:r w:rsidRPr="54D9A765">
              <w:rPr>
                <w:rFonts w:eastAsia="Calibri" w:cs="Calibri"/>
                <w:sz w:val="24"/>
                <w:szCs w:val="24"/>
              </w:rPr>
              <w:t>Important for enrollment, workload, and modality reporting.</w:t>
            </w:r>
          </w:p>
        </w:tc>
      </w:tr>
      <w:tr w:rsidR="54D9A765" w14:paraId="1EF1DEB2" w14:textId="77777777" w:rsidTr="449869CA">
        <w:trPr>
          <w:trHeight w:val="300"/>
        </w:trPr>
        <w:tc>
          <w:tcPr>
            <w:tcW w:w="1954" w:type="dxa"/>
          </w:tcPr>
          <w:p w14:paraId="3D52A527" w14:textId="6871D9FD"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Class</w:t>
            </w:r>
          </w:p>
        </w:tc>
        <w:tc>
          <w:tcPr>
            <w:tcW w:w="1954" w:type="dxa"/>
          </w:tcPr>
          <w:p w14:paraId="00F0BE8E" w14:textId="0F037E80" w:rsidR="54D9A765" w:rsidRDefault="54D9A765" w:rsidP="54D9A765">
            <w:pPr>
              <w:rPr>
                <w:rFonts w:eastAsia="Calibri" w:cs="Calibri"/>
                <w:sz w:val="24"/>
                <w:szCs w:val="24"/>
              </w:rPr>
            </w:pPr>
            <w:proofErr w:type="gramStart"/>
            <w:r w:rsidRPr="54D9A765">
              <w:rPr>
                <w:rFonts w:eastAsia="Calibri" w:cs="Calibri"/>
                <w:sz w:val="24"/>
                <w:szCs w:val="24"/>
              </w:rPr>
              <w:t>Class</w:t>
            </w:r>
            <w:proofErr w:type="gramEnd"/>
            <w:r w:rsidRPr="54D9A765">
              <w:rPr>
                <w:rFonts w:eastAsia="Calibri" w:cs="Calibri"/>
                <w:sz w:val="24"/>
                <w:szCs w:val="24"/>
              </w:rPr>
              <w:t xml:space="preserve"> can be used to refer to a course, class or class section in </w:t>
            </w:r>
            <w:proofErr w:type="spellStart"/>
            <w:r w:rsidRPr="54D9A765">
              <w:rPr>
                <w:rFonts w:eastAsia="Calibri" w:cs="Calibri"/>
                <w:sz w:val="24"/>
                <w:szCs w:val="24"/>
              </w:rPr>
              <w:t>ctcLink</w:t>
            </w:r>
            <w:proofErr w:type="spellEnd"/>
            <w:r w:rsidRPr="54D9A765">
              <w:rPr>
                <w:rFonts w:eastAsia="Calibri" w:cs="Calibri"/>
                <w:sz w:val="24"/>
                <w:szCs w:val="24"/>
              </w:rPr>
              <w:t xml:space="preserve"> and enrollment reporting.</w:t>
            </w:r>
          </w:p>
          <w:p w14:paraId="44442CDF" w14:textId="1924E854" w:rsidR="54D9A765" w:rsidRDefault="54D9A765" w:rsidP="54D9A765">
            <w:pPr>
              <w:rPr>
                <w:rFonts w:eastAsia="Calibri" w:cs="Calibri"/>
                <w:color w:val="000000" w:themeColor="text1"/>
                <w:sz w:val="24"/>
                <w:szCs w:val="24"/>
              </w:rPr>
            </w:pPr>
          </w:p>
        </w:tc>
        <w:tc>
          <w:tcPr>
            <w:tcW w:w="1954" w:type="dxa"/>
          </w:tcPr>
          <w:p w14:paraId="46A80B88" w14:textId="5A96C63F" w:rsidR="54D9A765" w:rsidRDefault="54D9A765" w:rsidP="54D9A765">
            <w:pPr>
              <w:rPr>
                <w:rFonts w:eastAsia="Calibri" w:cs="Calibri"/>
                <w:sz w:val="24"/>
                <w:szCs w:val="24"/>
              </w:rPr>
            </w:pPr>
            <w:r w:rsidRPr="54D9A765">
              <w:rPr>
                <w:rFonts w:eastAsia="Calibri" w:cs="Calibri"/>
                <w:sz w:val="24"/>
                <w:szCs w:val="24"/>
              </w:rPr>
              <w:t xml:space="preserve">Often referred to as a class or class section in </w:t>
            </w:r>
            <w:proofErr w:type="spellStart"/>
            <w:r w:rsidRPr="54D9A765">
              <w:rPr>
                <w:rFonts w:eastAsia="Calibri" w:cs="Calibri"/>
                <w:sz w:val="24"/>
                <w:szCs w:val="24"/>
              </w:rPr>
              <w:t>ctcLink</w:t>
            </w:r>
            <w:proofErr w:type="spellEnd"/>
            <w:r w:rsidRPr="54D9A765">
              <w:rPr>
                <w:rFonts w:eastAsia="Calibri" w:cs="Calibri"/>
                <w:sz w:val="24"/>
                <w:szCs w:val="24"/>
              </w:rPr>
              <w:t xml:space="preserve"> and enrollment reporting.</w:t>
            </w:r>
          </w:p>
          <w:p w14:paraId="25573959" w14:textId="54C1D055" w:rsidR="54D9A765" w:rsidRDefault="54D9A765" w:rsidP="54D9A765">
            <w:pPr>
              <w:jc w:val="center"/>
              <w:rPr>
                <w:rFonts w:eastAsia="Calibri" w:cs="Calibri"/>
                <w:sz w:val="24"/>
                <w:szCs w:val="24"/>
              </w:rPr>
            </w:pPr>
            <w:r w:rsidRPr="54D9A765">
              <w:rPr>
                <w:rFonts w:eastAsia="Calibri" w:cs="Calibri"/>
                <w:sz w:val="24"/>
                <w:szCs w:val="24"/>
              </w:rPr>
              <w:t xml:space="preserve"> </w:t>
            </w:r>
          </w:p>
        </w:tc>
        <w:tc>
          <w:tcPr>
            <w:tcW w:w="1954" w:type="dxa"/>
          </w:tcPr>
          <w:p w14:paraId="40EE520C" w14:textId="5D856D9F" w:rsidR="54D9A765" w:rsidRDefault="54D9A765" w:rsidP="54D9A765">
            <w:pPr>
              <w:rPr>
                <w:rFonts w:eastAsia="Calibri" w:cs="Calibri"/>
                <w:sz w:val="24"/>
                <w:szCs w:val="24"/>
              </w:rPr>
            </w:pPr>
            <w:r w:rsidRPr="54D9A765">
              <w:rPr>
                <w:rFonts w:eastAsia="Calibri" w:cs="Calibri"/>
                <w:sz w:val="24"/>
                <w:szCs w:val="24"/>
              </w:rPr>
              <w:t>Generally referred to as a course offering or instructional offering; not formally defined.</w:t>
            </w:r>
          </w:p>
        </w:tc>
        <w:tc>
          <w:tcPr>
            <w:tcW w:w="1954" w:type="dxa"/>
          </w:tcPr>
          <w:p w14:paraId="0BC01F38" w14:textId="09C5256A" w:rsidR="54D9A765" w:rsidRDefault="54D9A765" w:rsidP="54D9A765">
            <w:pPr>
              <w:rPr>
                <w:rFonts w:eastAsia="Calibri" w:cs="Calibri"/>
                <w:sz w:val="24"/>
                <w:szCs w:val="24"/>
              </w:rPr>
            </w:pPr>
            <w:r w:rsidRPr="54D9A765">
              <w:rPr>
                <w:rFonts w:eastAsia="Calibri" w:cs="Calibri"/>
                <w:sz w:val="24"/>
                <w:szCs w:val="24"/>
              </w:rPr>
              <w:t>Commonly uses class, course section, or course offering.</w:t>
            </w:r>
          </w:p>
        </w:tc>
        <w:tc>
          <w:tcPr>
            <w:tcW w:w="1954" w:type="dxa"/>
          </w:tcPr>
          <w:p w14:paraId="0D8D7284" w14:textId="31D31524" w:rsidR="54D9A765" w:rsidRDefault="54D9A765" w:rsidP="54D9A765">
            <w:pPr>
              <w:rPr>
                <w:rFonts w:eastAsia="Calibri" w:cs="Calibri"/>
                <w:sz w:val="24"/>
                <w:szCs w:val="24"/>
              </w:rPr>
            </w:pPr>
            <w:r w:rsidRPr="54D9A765">
              <w:rPr>
                <w:rFonts w:eastAsia="Calibri" w:cs="Calibri"/>
                <w:sz w:val="24"/>
                <w:szCs w:val="24"/>
              </w:rPr>
              <w:t>Typically discusses courses rather than classes; "class" is used descriptively rather than as formal terminology.</w:t>
            </w:r>
          </w:p>
        </w:tc>
        <w:tc>
          <w:tcPr>
            <w:tcW w:w="1954" w:type="dxa"/>
          </w:tcPr>
          <w:p w14:paraId="757F9B34" w14:textId="2FD79457" w:rsidR="54D9A765" w:rsidRDefault="54D9A765" w:rsidP="54D9A765">
            <w:pPr>
              <w:rPr>
                <w:rFonts w:eastAsia="Calibri" w:cs="Calibri"/>
                <w:sz w:val="24"/>
                <w:szCs w:val="24"/>
              </w:rPr>
            </w:pPr>
            <w:r w:rsidRPr="54D9A765">
              <w:rPr>
                <w:rFonts w:eastAsia="Calibri" w:cs="Calibri"/>
                <w:sz w:val="24"/>
                <w:szCs w:val="24"/>
              </w:rPr>
              <w:t>Distinguishes the instructional event from the course (catalog record) and the section (administrative scheduling unit). Students enroll in a class (course section) during a specific term.</w:t>
            </w:r>
          </w:p>
        </w:tc>
      </w:tr>
      <w:tr w:rsidR="54D9A765" w14:paraId="3B2AA2D1" w14:textId="77777777" w:rsidTr="449869CA">
        <w:trPr>
          <w:trHeight w:val="300"/>
        </w:trPr>
        <w:tc>
          <w:tcPr>
            <w:tcW w:w="1954" w:type="dxa"/>
          </w:tcPr>
          <w:p w14:paraId="1D71C919" w14:textId="71B685C4"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Curriculum</w:t>
            </w:r>
          </w:p>
        </w:tc>
        <w:tc>
          <w:tcPr>
            <w:tcW w:w="1954" w:type="dxa"/>
          </w:tcPr>
          <w:p w14:paraId="2EB2F752" w14:textId="43DF160A"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 xml:space="preserve">Use 'Curriculum' for the organized course and learning experience </w:t>
            </w:r>
            <w:r w:rsidRPr="54D9A765">
              <w:rPr>
                <w:rFonts w:eastAsia="Calibri" w:cs="Calibri"/>
                <w:color w:val="000000" w:themeColor="text1"/>
                <w:sz w:val="24"/>
                <w:szCs w:val="24"/>
              </w:rPr>
              <w:lastRenderedPageBreak/>
              <w:t>structure of an academic program.</w:t>
            </w:r>
          </w:p>
        </w:tc>
        <w:tc>
          <w:tcPr>
            <w:tcW w:w="1954" w:type="dxa"/>
          </w:tcPr>
          <w:p w14:paraId="6443AA39" w14:textId="41AB65DD" w:rsidR="54D9A765" w:rsidRDefault="54D9A765" w:rsidP="54D9A765">
            <w:pPr>
              <w:rPr>
                <w:rFonts w:eastAsia="Calibri" w:cs="Calibri"/>
                <w:sz w:val="24"/>
                <w:szCs w:val="24"/>
              </w:rPr>
            </w:pPr>
            <w:r w:rsidRPr="54D9A765">
              <w:rPr>
                <w:rFonts w:eastAsia="Calibri" w:cs="Calibri"/>
                <w:sz w:val="24"/>
                <w:szCs w:val="24"/>
              </w:rPr>
              <w:lastRenderedPageBreak/>
              <w:t>Instructional program and course sequence</w:t>
            </w:r>
          </w:p>
        </w:tc>
        <w:tc>
          <w:tcPr>
            <w:tcW w:w="1954" w:type="dxa"/>
          </w:tcPr>
          <w:p w14:paraId="38E95EB1" w14:textId="05E51D25" w:rsidR="54D9A765" w:rsidRDefault="54D9A765" w:rsidP="54D9A765">
            <w:pPr>
              <w:rPr>
                <w:rFonts w:eastAsia="Calibri" w:cs="Calibri"/>
                <w:sz w:val="24"/>
                <w:szCs w:val="24"/>
              </w:rPr>
            </w:pPr>
            <w:r w:rsidRPr="54D9A765">
              <w:rPr>
                <w:rFonts w:eastAsia="Calibri" w:cs="Calibri"/>
                <w:sz w:val="24"/>
                <w:szCs w:val="24"/>
              </w:rPr>
              <w:t>Program curriculum aligned with outcomes</w:t>
            </w:r>
          </w:p>
        </w:tc>
        <w:tc>
          <w:tcPr>
            <w:tcW w:w="1954" w:type="dxa"/>
          </w:tcPr>
          <w:p w14:paraId="244C2E90" w14:textId="639D8269" w:rsidR="54D9A765" w:rsidRDefault="54D9A765" w:rsidP="54D9A765">
            <w:pPr>
              <w:rPr>
                <w:rFonts w:eastAsia="Calibri" w:cs="Calibri"/>
                <w:sz w:val="24"/>
                <w:szCs w:val="24"/>
              </w:rPr>
            </w:pPr>
            <w:r w:rsidRPr="54D9A765">
              <w:rPr>
                <w:rFonts w:eastAsia="Calibri" w:cs="Calibri"/>
                <w:sz w:val="24"/>
                <w:szCs w:val="24"/>
              </w:rPr>
              <w:t>Pathway, program map, course sequence</w:t>
            </w:r>
          </w:p>
        </w:tc>
        <w:tc>
          <w:tcPr>
            <w:tcW w:w="1954" w:type="dxa"/>
          </w:tcPr>
          <w:p w14:paraId="521A4458" w14:textId="1AFEADF5" w:rsidR="54D9A765" w:rsidRDefault="54D9A765" w:rsidP="54D9A765">
            <w:pPr>
              <w:rPr>
                <w:rFonts w:eastAsia="Calibri" w:cs="Calibri"/>
                <w:sz w:val="24"/>
                <w:szCs w:val="24"/>
              </w:rPr>
            </w:pPr>
            <w:r w:rsidRPr="54D9A765">
              <w:rPr>
                <w:rFonts w:eastAsia="Calibri" w:cs="Calibri"/>
                <w:sz w:val="24"/>
                <w:szCs w:val="24"/>
              </w:rPr>
              <w:t>Curriculum aligned with essential learning outcomes</w:t>
            </w:r>
          </w:p>
        </w:tc>
        <w:tc>
          <w:tcPr>
            <w:tcW w:w="1954" w:type="dxa"/>
          </w:tcPr>
          <w:p w14:paraId="177C441D" w14:textId="1357E1C7" w:rsidR="54D9A765" w:rsidRDefault="54D9A765" w:rsidP="54D9A765">
            <w:pPr>
              <w:rPr>
                <w:rFonts w:eastAsia="Calibri" w:cs="Calibri"/>
                <w:sz w:val="24"/>
                <w:szCs w:val="24"/>
              </w:rPr>
            </w:pPr>
            <w:r w:rsidRPr="54D9A765">
              <w:rPr>
                <w:rFonts w:eastAsia="Calibri" w:cs="Calibri"/>
                <w:sz w:val="24"/>
                <w:szCs w:val="24"/>
              </w:rPr>
              <w:t>Curriculum is designed; program is approved and administered.</w:t>
            </w:r>
          </w:p>
        </w:tc>
      </w:tr>
      <w:tr w:rsidR="54D9A765" w14:paraId="24F0701C" w14:textId="77777777" w:rsidTr="449869CA">
        <w:trPr>
          <w:trHeight w:val="300"/>
        </w:trPr>
        <w:tc>
          <w:tcPr>
            <w:tcW w:w="1954" w:type="dxa"/>
          </w:tcPr>
          <w:p w14:paraId="2C1690FB" w14:textId="1D2DF29B"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Pathway</w:t>
            </w:r>
          </w:p>
        </w:tc>
        <w:tc>
          <w:tcPr>
            <w:tcW w:w="1954" w:type="dxa"/>
          </w:tcPr>
          <w:p w14:paraId="65EC935A" w14:textId="26148B9D"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'Pathway' for a program of classes tailored to careers in one’s field of study.</w:t>
            </w:r>
          </w:p>
        </w:tc>
        <w:tc>
          <w:tcPr>
            <w:tcW w:w="1954" w:type="dxa"/>
          </w:tcPr>
          <w:p w14:paraId="56297D92" w14:textId="57C626D4" w:rsidR="54D9A765" w:rsidRDefault="54D9A765" w:rsidP="54D9A765">
            <w:pPr>
              <w:rPr>
                <w:rFonts w:eastAsia="Calibri" w:cs="Calibri"/>
                <w:sz w:val="24"/>
                <w:szCs w:val="24"/>
              </w:rPr>
            </w:pPr>
            <w:r w:rsidRPr="54D9A765">
              <w:rPr>
                <w:rFonts w:eastAsia="Calibri" w:cs="Calibri"/>
                <w:sz w:val="24"/>
                <w:szCs w:val="24"/>
              </w:rPr>
              <w:t xml:space="preserve">Educational </w:t>
            </w:r>
            <w:proofErr w:type="gramStart"/>
            <w:r w:rsidRPr="54D9A765">
              <w:rPr>
                <w:rFonts w:eastAsia="Calibri" w:cs="Calibri"/>
                <w:sz w:val="24"/>
                <w:szCs w:val="24"/>
              </w:rPr>
              <w:t>pathway</w:t>
            </w:r>
            <w:proofErr w:type="gramEnd"/>
            <w:r w:rsidRPr="54D9A765">
              <w:rPr>
                <w:rFonts w:eastAsia="Calibri" w:cs="Calibri"/>
                <w:sz w:val="24"/>
                <w:szCs w:val="24"/>
              </w:rPr>
              <w:t xml:space="preserve"> may be used locally; SBCTC uses program/coding structures</w:t>
            </w:r>
          </w:p>
        </w:tc>
        <w:tc>
          <w:tcPr>
            <w:tcW w:w="1954" w:type="dxa"/>
          </w:tcPr>
          <w:p w14:paraId="6367CEA8" w14:textId="627836F6" w:rsidR="54D9A765" w:rsidRDefault="54D9A765" w:rsidP="54D9A765">
            <w:pPr>
              <w:rPr>
                <w:rFonts w:eastAsia="Calibri" w:cs="Calibri"/>
                <w:sz w:val="24"/>
                <w:szCs w:val="24"/>
              </w:rPr>
            </w:pPr>
            <w:r w:rsidRPr="54D9A765">
              <w:rPr>
                <w:rFonts w:eastAsia="Calibri" w:cs="Calibri"/>
                <w:sz w:val="24"/>
                <w:szCs w:val="24"/>
              </w:rPr>
              <w:t>Transfer/employment pathway as program outcome</w:t>
            </w:r>
          </w:p>
        </w:tc>
        <w:tc>
          <w:tcPr>
            <w:tcW w:w="1954" w:type="dxa"/>
          </w:tcPr>
          <w:p w14:paraId="2848EC7D" w14:textId="1397D489" w:rsidR="54D9A765" w:rsidRDefault="54D9A765" w:rsidP="54D9A765">
            <w:pPr>
              <w:rPr>
                <w:rFonts w:eastAsia="Calibri" w:cs="Calibri"/>
                <w:sz w:val="24"/>
                <w:szCs w:val="24"/>
              </w:rPr>
            </w:pPr>
            <w:r w:rsidRPr="54D9A765">
              <w:rPr>
                <w:rFonts w:eastAsia="Calibri" w:cs="Calibri"/>
                <w:sz w:val="24"/>
                <w:szCs w:val="24"/>
              </w:rPr>
              <w:t>Guided pathways, academic and career pathways</w:t>
            </w:r>
          </w:p>
        </w:tc>
        <w:tc>
          <w:tcPr>
            <w:tcW w:w="1954" w:type="dxa"/>
          </w:tcPr>
          <w:p w14:paraId="53CAD050" w14:textId="1BFCC0C1" w:rsidR="54D9A765" w:rsidRDefault="54D9A765" w:rsidP="54D9A765">
            <w:pPr>
              <w:rPr>
                <w:rFonts w:eastAsia="Calibri" w:cs="Calibri"/>
                <w:sz w:val="24"/>
                <w:szCs w:val="24"/>
              </w:rPr>
            </w:pPr>
            <w:r w:rsidRPr="54D9A765">
              <w:rPr>
                <w:rFonts w:eastAsia="Calibri" w:cs="Calibri"/>
                <w:sz w:val="24"/>
                <w:szCs w:val="24"/>
              </w:rPr>
              <w:t>Learning pathway or general education pathway</w:t>
            </w:r>
          </w:p>
        </w:tc>
        <w:tc>
          <w:tcPr>
            <w:tcW w:w="1954" w:type="dxa"/>
          </w:tcPr>
          <w:p w14:paraId="67E27CEA" w14:textId="604649B3" w:rsidR="54D9A765" w:rsidRDefault="54D9A765" w:rsidP="54D9A765">
            <w:pPr>
              <w:rPr>
                <w:sz w:val="24"/>
                <w:szCs w:val="24"/>
              </w:rPr>
            </w:pPr>
            <w:r w:rsidRPr="54D9A765">
              <w:rPr>
                <w:rFonts w:eastAsia="Calibri" w:cs="Calibri"/>
                <w:sz w:val="24"/>
                <w:szCs w:val="24"/>
              </w:rPr>
              <w:t xml:space="preserve">Pathway may contain multiple programs or credentials, See </w:t>
            </w:r>
            <w:hyperlink r:id="rId13">
              <w:r w:rsidRPr="54D9A765">
                <w:rPr>
                  <w:rStyle w:val="Hyperlink"/>
                  <w:sz w:val="24"/>
                  <w:szCs w:val="24"/>
                </w:rPr>
                <w:t>https://www.bellevuecollege.edu/academics/bc-pathways/</w:t>
              </w:r>
            </w:hyperlink>
          </w:p>
        </w:tc>
      </w:tr>
      <w:tr w:rsidR="54D9A765" w14:paraId="6CCBE7D7" w14:textId="77777777" w:rsidTr="449869CA">
        <w:trPr>
          <w:trHeight w:val="300"/>
        </w:trPr>
        <w:tc>
          <w:tcPr>
            <w:tcW w:w="1954" w:type="dxa"/>
          </w:tcPr>
          <w:p w14:paraId="71A667ED" w14:textId="1380233A"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Gateway Course</w:t>
            </w:r>
          </w:p>
        </w:tc>
        <w:tc>
          <w:tcPr>
            <w:tcW w:w="1954" w:type="dxa"/>
          </w:tcPr>
          <w:p w14:paraId="6EE2629B" w14:textId="6A44BC87"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 xml:space="preserve">Gateway courses are entry-level, college-level, credit-bearing courses that students complete early in their academic pathway and that serve as foundational requirements for continued progress toward a degree, certificate, or transfer goal. These courses </w:t>
            </w:r>
            <w:r w:rsidRPr="54D9A765">
              <w:rPr>
                <w:rFonts w:eastAsia="Calibri" w:cs="Calibri"/>
                <w:color w:val="000000" w:themeColor="text1"/>
                <w:sz w:val="24"/>
                <w:szCs w:val="24"/>
              </w:rPr>
              <w:lastRenderedPageBreak/>
              <w:t xml:space="preserve">are </w:t>
            </w:r>
            <w:proofErr w:type="gramStart"/>
            <w:r w:rsidRPr="54D9A765">
              <w:rPr>
                <w:rFonts w:eastAsia="Calibri" w:cs="Calibri"/>
                <w:color w:val="000000" w:themeColor="text1"/>
                <w:sz w:val="24"/>
                <w:szCs w:val="24"/>
              </w:rPr>
              <w:t>most commonly defined</w:t>
            </w:r>
            <w:proofErr w:type="gramEnd"/>
            <w:r w:rsidRPr="54D9A765">
              <w:rPr>
                <w:rFonts w:eastAsia="Calibri" w:cs="Calibri"/>
                <w:color w:val="000000" w:themeColor="text1"/>
                <w:sz w:val="24"/>
                <w:szCs w:val="24"/>
              </w:rPr>
              <w:t xml:space="preserve"> in mathematics and English but may also include the first required course within a program or pathway sequence, such as chemistry for STEM students or biology for health science majors. Successful completion of gateway courses is an important indicator of student momentum and is closely associated with persistence, </w:t>
            </w:r>
            <w:r w:rsidRPr="54D9A765">
              <w:rPr>
                <w:rFonts w:eastAsia="Calibri" w:cs="Calibri"/>
                <w:color w:val="000000" w:themeColor="text1"/>
                <w:sz w:val="24"/>
                <w:szCs w:val="24"/>
              </w:rPr>
              <w:lastRenderedPageBreak/>
              <w:t>completion, and transfer</w:t>
            </w:r>
          </w:p>
        </w:tc>
        <w:tc>
          <w:tcPr>
            <w:tcW w:w="1954" w:type="dxa"/>
          </w:tcPr>
          <w:p w14:paraId="3DC39D2E" w14:textId="2AD80489" w:rsidR="54D9A765" w:rsidRDefault="54D9A765" w:rsidP="54D9A765">
            <w:pPr>
              <w:rPr>
                <w:rFonts w:eastAsia="Calibri" w:cs="Calibri"/>
                <w:sz w:val="24"/>
                <w:szCs w:val="24"/>
              </w:rPr>
            </w:pPr>
            <w:r w:rsidRPr="54D9A765">
              <w:rPr>
                <w:rFonts w:eastAsia="Calibri" w:cs="Calibri"/>
                <w:sz w:val="24"/>
                <w:szCs w:val="24"/>
              </w:rPr>
              <w:lastRenderedPageBreak/>
              <w:t>Not formally defined by SBCTC, but commonly referenced in student success, Guided Pathways, Basic Education for Adults (</w:t>
            </w:r>
            <w:proofErr w:type="spellStart"/>
            <w:r w:rsidRPr="54D9A765">
              <w:rPr>
                <w:rFonts w:eastAsia="Calibri" w:cs="Calibri"/>
                <w:sz w:val="24"/>
                <w:szCs w:val="24"/>
              </w:rPr>
              <w:t>BEdA</w:t>
            </w:r>
            <w:proofErr w:type="spellEnd"/>
            <w:r w:rsidRPr="54D9A765">
              <w:rPr>
                <w:rFonts w:eastAsia="Calibri" w:cs="Calibri"/>
                <w:sz w:val="24"/>
                <w:szCs w:val="24"/>
              </w:rPr>
              <w:t>) transitions, and momentum metrics. Often associated with first-year English and mathematics completion.</w:t>
            </w:r>
          </w:p>
        </w:tc>
        <w:tc>
          <w:tcPr>
            <w:tcW w:w="1954" w:type="dxa"/>
          </w:tcPr>
          <w:p w14:paraId="7FC7753D" w14:textId="6C6A8DDC" w:rsidR="54D9A765" w:rsidRDefault="54D9A765" w:rsidP="54D9A765">
            <w:pPr>
              <w:rPr>
                <w:rFonts w:eastAsia="Calibri" w:cs="Calibri"/>
                <w:sz w:val="24"/>
                <w:szCs w:val="24"/>
              </w:rPr>
            </w:pPr>
            <w:r w:rsidRPr="54D9A765">
              <w:rPr>
                <w:rFonts w:eastAsia="Calibri" w:cs="Calibri"/>
                <w:sz w:val="24"/>
                <w:szCs w:val="24"/>
              </w:rPr>
              <w:t>Not formally defined. Consistent with NWCCU expectations for student achievement, student progression, retention, and evidence of educational effectiveness through early academic success measures.</w:t>
            </w:r>
          </w:p>
        </w:tc>
        <w:tc>
          <w:tcPr>
            <w:tcW w:w="1954" w:type="dxa"/>
          </w:tcPr>
          <w:p w14:paraId="0A2B68EC" w14:textId="04F0A8FB" w:rsidR="54D9A765" w:rsidRDefault="54D9A765" w:rsidP="54D9A765">
            <w:pPr>
              <w:rPr>
                <w:rFonts w:eastAsia="Calibri" w:cs="Calibri"/>
                <w:sz w:val="24"/>
                <w:szCs w:val="24"/>
              </w:rPr>
            </w:pPr>
            <w:r w:rsidRPr="54D9A765">
              <w:rPr>
                <w:rFonts w:eastAsia="Calibri" w:cs="Calibri"/>
                <w:sz w:val="24"/>
                <w:szCs w:val="24"/>
              </w:rPr>
              <w:t>Widely used in Guided Pathways, student success, and completion initiatives to describe foundational courses that improve student momentum, retention, and credential attainment.</w:t>
            </w:r>
          </w:p>
        </w:tc>
        <w:tc>
          <w:tcPr>
            <w:tcW w:w="1954" w:type="dxa"/>
          </w:tcPr>
          <w:p w14:paraId="648D933E" w14:textId="0E107357" w:rsidR="54D9A765" w:rsidRDefault="54D9A765" w:rsidP="54D9A765">
            <w:pPr>
              <w:rPr>
                <w:rFonts w:eastAsia="Calibri" w:cs="Calibri"/>
                <w:sz w:val="24"/>
                <w:szCs w:val="24"/>
              </w:rPr>
            </w:pPr>
            <w:r w:rsidRPr="54D9A765">
              <w:rPr>
                <w:rFonts w:eastAsia="Calibri" w:cs="Calibri"/>
                <w:sz w:val="24"/>
                <w:szCs w:val="24"/>
              </w:rPr>
              <w:t>Frequently referenced in discussions of student success, equitable learning pathways, high-impact educational practices, and foundational learning experiences that support progression toward essential learning outcomes.</w:t>
            </w:r>
          </w:p>
        </w:tc>
        <w:tc>
          <w:tcPr>
            <w:tcW w:w="1954" w:type="dxa"/>
          </w:tcPr>
          <w:p w14:paraId="7A5D8316" w14:textId="00F321CE" w:rsidR="54D9A765" w:rsidRDefault="54D9A765" w:rsidP="54D9A765">
            <w:pPr>
              <w:rPr>
                <w:rFonts w:eastAsia="Calibri" w:cs="Calibri"/>
                <w:sz w:val="24"/>
                <w:szCs w:val="24"/>
              </w:rPr>
            </w:pPr>
            <w:r w:rsidRPr="54D9A765">
              <w:rPr>
                <w:rFonts w:eastAsia="Calibri" w:cs="Calibri"/>
                <w:sz w:val="24"/>
                <w:szCs w:val="24"/>
              </w:rPr>
              <w:t xml:space="preserve"> </w:t>
            </w:r>
          </w:p>
        </w:tc>
      </w:tr>
      <w:tr w:rsidR="54D9A765" w14:paraId="5B936F92" w14:textId="77777777" w:rsidTr="449869CA">
        <w:trPr>
          <w:trHeight w:val="300"/>
        </w:trPr>
        <w:tc>
          <w:tcPr>
            <w:tcW w:w="1954" w:type="dxa"/>
          </w:tcPr>
          <w:p w14:paraId="39EE5978" w14:textId="028134D0"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lastRenderedPageBreak/>
              <w:t>Concentration</w:t>
            </w:r>
          </w:p>
        </w:tc>
        <w:tc>
          <w:tcPr>
            <w:tcW w:w="1954" w:type="dxa"/>
          </w:tcPr>
          <w:p w14:paraId="579B1AAB" w14:textId="38BA1AC9"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Use “Concentration” for a formally defined area of focused study within an academic program. A concentration consists of a specified set of courses or requirements that allows students to develop additional depth in a particular discipline, specialty, or area of emphasis while completing the requirements of the broader degree or credential.</w:t>
            </w:r>
          </w:p>
        </w:tc>
        <w:tc>
          <w:tcPr>
            <w:tcW w:w="1954" w:type="dxa"/>
          </w:tcPr>
          <w:p w14:paraId="79ABEAAD" w14:textId="47C2789C" w:rsidR="54D9A765" w:rsidRDefault="54D9A765" w:rsidP="54D9A765">
            <w:pPr>
              <w:rPr>
                <w:rFonts w:eastAsia="Calibri" w:cs="Calibri"/>
                <w:sz w:val="24"/>
                <w:szCs w:val="24"/>
              </w:rPr>
            </w:pPr>
            <w:r w:rsidRPr="54D9A765">
              <w:rPr>
                <w:rFonts w:eastAsia="Calibri" w:cs="Calibri"/>
                <w:sz w:val="24"/>
                <w:szCs w:val="24"/>
              </w:rPr>
              <w:t>No single prescribed systemwide definition. May be represented as an option, emphasis, specialization, or other structured area within an approved program, subject to applicable SBCTC program approval, coding, and reporting requirements.</w:t>
            </w:r>
          </w:p>
        </w:tc>
        <w:tc>
          <w:tcPr>
            <w:tcW w:w="1954" w:type="dxa"/>
          </w:tcPr>
          <w:p w14:paraId="5173DC77" w14:textId="31367711" w:rsidR="54D9A765" w:rsidRDefault="54D9A765" w:rsidP="54D9A765">
            <w:pPr>
              <w:rPr>
                <w:rFonts w:eastAsia="Calibri" w:cs="Calibri"/>
                <w:sz w:val="24"/>
                <w:szCs w:val="24"/>
              </w:rPr>
            </w:pPr>
            <w:r w:rsidRPr="54D9A765">
              <w:rPr>
                <w:rFonts w:eastAsia="Calibri" w:cs="Calibri"/>
                <w:sz w:val="24"/>
                <w:szCs w:val="24"/>
              </w:rPr>
              <w:t>No prescribed term. Generally treated as a curricular component, emphasis, specialization, or area of study within an academic program. NWCCU's primary concern is that program requirements and learning outcomes are clearly defined and appropriately assessed.</w:t>
            </w:r>
          </w:p>
        </w:tc>
        <w:tc>
          <w:tcPr>
            <w:tcW w:w="1954" w:type="dxa"/>
          </w:tcPr>
          <w:p w14:paraId="612401B6" w14:textId="58B488E6" w:rsidR="54D9A765" w:rsidRDefault="54D9A765" w:rsidP="54D9A765">
            <w:pPr>
              <w:rPr>
                <w:rFonts w:eastAsia="Calibri" w:cs="Calibri"/>
                <w:sz w:val="24"/>
                <w:szCs w:val="24"/>
              </w:rPr>
            </w:pPr>
            <w:r w:rsidRPr="54D9A765">
              <w:rPr>
                <w:rFonts w:eastAsia="Calibri" w:cs="Calibri"/>
                <w:sz w:val="24"/>
                <w:szCs w:val="24"/>
              </w:rPr>
              <w:t xml:space="preserve">Commonly described as </w:t>
            </w:r>
            <w:proofErr w:type="gramStart"/>
            <w:r w:rsidRPr="54D9A765">
              <w:rPr>
                <w:rFonts w:eastAsia="Calibri" w:cs="Calibri"/>
                <w:sz w:val="24"/>
                <w:szCs w:val="24"/>
              </w:rPr>
              <w:t>a concentration</w:t>
            </w:r>
            <w:proofErr w:type="gramEnd"/>
            <w:r w:rsidRPr="54D9A765">
              <w:rPr>
                <w:rFonts w:eastAsia="Calibri" w:cs="Calibri"/>
                <w:sz w:val="24"/>
                <w:szCs w:val="24"/>
              </w:rPr>
              <w:t>, specialization, emphasis, focus area, or pathway within a degree program.</w:t>
            </w:r>
          </w:p>
        </w:tc>
        <w:tc>
          <w:tcPr>
            <w:tcW w:w="1954" w:type="dxa"/>
          </w:tcPr>
          <w:p w14:paraId="23E4C89D" w14:textId="4311DD07" w:rsidR="54D9A765" w:rsidRDefault="54D9A765" w:rsidP="54D9A765">
            <w:pPr>
              <w:rPr>
                <w:rFonts w:eastAsia="Calibri" w:cs="Calibri"/>
                <w:sz w:val="24"/>
                <w:szCs w:val="24"/>
              </w:rPr>
            </w:pPr>
            <w:r w:rsidRPr="54D9A765">
              <w:rPr>
                <w:rFonts w:eastAsia="Calibri" w:cs="Calibri"/>
                <w:sz w:val="24"/>
                <w:szCs w:val="24"/>
              </w:rPr>
              <w:t xml:space="preserve">Commonly described as </w:t>
            </w:r>
            <w:proofErr w:type="gramStart"/>
            <w:r w:rsidRPr="54D9A765">
              <w:rPr>
                <w:rFonts w:eastAsia="Calibri" w:cs="Calibri"/>
                <w:sz w:val="24"/>
                <w:szCs w:val="24"/>
              </w:rPr>
              <w:t>a concentration</w:t>
            </w:r>
            <w:proofErr w:type="gramEnd"/>
            <w:r w:rsidRPr="54D9A765">
              <w:rPr>
                <w:rFonts w:eastAsia="Calibri" w:cs="Calibri"/>
                <w:sz w:val="24"/>
                <w:szCs w:val="24"/>
              </w:rPr>
              <w:t>, specialization, field of study, or curricular emphasis supporting focused learning within the broader educational experience.</w:t>
            </w:r>
          </w:p>
        </w:tc>
        <w:tc>
          <w:tcPr>
            <w:tcW w:w="1954" w:type="dxa"/>
          </w:tcPr>
          <w:p w14:paraId="70B2BDAE" w14:textId="2105C733" w:rsidR="54D9A765" w:rsidRDefault="54D9A765" w:rsidP="54D9A765">
            <w:pPr>
              <w:rPr>
                <w:rFonts w:eastAsia="Calibri" w:cs="Calibri"/>
                <w:sz w:val="24"/>
                <w:szCs w:val="24"/>
              </w:rPr>
            </w:pPr>
            <w:proofErr w:type="gramStart"/>
            <w:r w:rsidRPr="54D9A765">
              <w:rPr>
                <w:rFonts w:eastAsia="Calibri" w:cs="Calibri"/>
                <w:sz w:val="24"/>
                <w:szCs w:val="24"/>
              </w:rPr>
              <w:t>A concentration</w:t>
            </w:r>
            <w:proofErr w:type="gramEnd"/>
            <w:r w:rsidRPr="54D9A765">
              <w:rPr>
                <w:rFonts w:eastAsia="Calibri" w:cs="Calibri"/>
                <w:sz w:val="24"/>
                <w:szCs w:val="24"/>
              </w:rPr>
              <w:t xml:space="preserve"> is part of an academic program, not synonymous with the program itself. Use only when there is a formally defined set of curricular requirements. Do </w:t>
            </w:r>
            <w:proofErr w:type="gramStart"/>
            <w:r w:rsidRPr="54D9A765">
              <w:rPr>
                <w:rFonts w:eastAsia="Calibri" w:cs="Calibri"/>
                <w:sz w:val="24"/>
                <w:szCs w:val="24"/>
              </w:rPr>
              <w:t>not use</w:t>
            </w:r>
            <w:proofErr w:type="gramEnd"/>
            <w:r w:rsidRPr="54D9A765">
              <w:rPr>
                <w:rFonts w:eastAsia="Calibri" w:cs="Calibri"/>
                <w:sz w:val="24"/>
                <w:szCs w:val="24"/>
              </w:rPr>
              <w:t xml:space="preserve"> interchangeably with degree, certificate, pathway, department, or informal student interest area.</w:t>
            </w:r>
          </w:p>
        </w:tc>
      </w:tr>
      <w:tr w:rsidR="54D9A765" w14:paraId="2A484710" w14:textId="77777777" w:rsidTr="449869CA">
        <w:trPr>
          <w:trHeight w:val="300"/>
        </w:trPr>
        <w:tc>
          <w:tcPr>
            <w:tcW w:w="1954" w:type="dxa"/>
          </w:tcPr>
          <w:p w14:paraId="422ADE0C" w14:textId="3E8F739B"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lastRenderedPageBreak/>
              <w:t>Curricular</w:t>
            </w:r>
          </w:p>
        </w:tc>
        <w:tc>
          <w:tcPr>
            <w:tcW w:w="1954" w:type="dxa"/>
          </w:tcPr>
          <w:p w14:paraId="6542E7D9" w14:textId="304833AB" w:rsidR="54D9A765" w:rsidRDefault="54D9A765" w:rsidP="54D9A765">
            <w:pPr>
              <w:rPr>
                <w:rFonts w:eastAsia="Calibri" w:cs="Calibri"/>
                <w:color w:val="000000" w:themeColor="text1"/>
                <w:sz w:val="24"/>
                <w:szCs w:val="24"/>
              </w:rPr>
            </w:pPr>
            <w:r w:rsidRPr="54D9A765">
              <w:rPr>
                <w:rFonts w:eastAsia="Calibri" w:cs="Calibri"/>
                <w:color w:val="000000" w:themeColor="text1"/>
                <w:sz w:val="24"/>
                <w:szCs w:val="24"/>
              </w:rPr>
              <w:t xml:space="preserve">Use “Curricular” as an adjective to describe matters directly related to the curriculum, including courses, program requirements, learning outcomes, course sequencing, prerequisites, degree requirements, and the design or modification of academic programs. Examples include </w:t>
            </w:r>
            <w:r w:rsidRPr="54D9A765">
              <w:rPr>
                <w:rFonts w:eastAsia="Calibri" w:cs="Calibri"/>
                <w:i/>
                <w:iCs/>
                <w:color w:val="000000" w:themeColor="text1"/>
                <w:sz w:val="24"/>
                <w:szCs w:val="24"/>
              </w:rPr>
              <w:t>curricular change, curricular review,</w:t>
            </w:r>
            <w:r w:rsidRPr="54D9A765">
              <w:rPr>
                <w:rFonts w:eastAsia="Calibri" w:cs="Calibri"/>
                <w:color w:val="000000" w:themeColor="text1"/>
                <w:sz w:val="24"/>
                <w:szCs w:val="24"/>
              </w:rPr>
              <w:t xml:space="preserve"> and </w:t>
            </w:r>
            <w:r w:rsidRPr="54D9A765">
              <w:rPr>
                <w:rFonts w:eastAsia="Calibri" w:cs="Calibri"/>
                <w:i/>
                <w:iCs/>
                <w:color w:val="000000" w:themeColor="text1"/>
                <w:sz w:val="24"/>
                <w:szCs w:val="24"/>
              </w:rPr>
              <w:t>curricular requirements</w:t>
            </w:r>
            <w:r w:rsidRPr="54D9A765">
              <w:rPr>
                <w:rFonts w:eastAsia="Calibri" w:cs="Calibri"/>
                <w:color w:val="000000" w:themeColor="text1"/>
                <w:sz w:val="24"/>
                <w:szCs w:val="24"/>
              </w:rPr>
              <w:t>.</w:t>
            </w:r>
          </w:p>
        </w:tc>
        <w:tc>
          <w:tcPr>
            <w:tcW w:w="1954" w:type="dxa"/>
          </w:tcPr>
          <w:p w14:paraId="0396C99A" w14:textId="7175A482" w:rsidR="54D9A765" w:rsidRDefault="54D9A765" w:rsidP="54D9A765">
            <w:pPr>
              <w:rPr>
                <w:rFonts w:eastAsia="Calibri" w:cs="Calibri"/>
                <w:sz w:val="24"/>
                <w:szCs w:val="24"/>
              </w:rPr>
            </w:pPr>
            <w:r w:rsidRPr="54D9A765">
              <w:rPr>
                <w:rFonts w:eastAsia="Calibri" w:cs="Calibri"/>
                <w:sz w:val="24"/>
                <w:szCs w:val="24"/>
              </w:rPr>
              <w:t>Commonly used descriptively for curriculum development, course and program approval, instructional requirements, and changes to approved programs or courses. SBCTC requirements may apply depending on the nature and scope of the curricular change.</w:t>
            </w:r>
          </w:p>
        </w:tc>
        <w:tc>
          <w:tcPr>
            <w:tcW w:w="1954" w:type="dxa"/>
          </w:tcPr>
          <w:p w14:paraId="74072976" w14:textId="39401932" w:rsidR="54D9A765" w:rsidRDefault="54D9A765" w:rsidP="54D9A765">
            <w:pPr>
              <w:rPr>
                <w:rFonts w:eastAsia="Calibri" w:cs="Calibri"/>
                <w:sz w:val="24"/>
                <w:szCs w:val="24"/>
              </w:rPr>
            </w:pPr>
            <w:r w:rsidRPr="54D9A765">
              <w:rPr>
                <w:rFonts w:eastAsia="Calibri" w:cs="Calibri"/>
                <w:sz w:val="24"/>
                <w:szCs w:val="24"/>
              </w:rPr>
              <w:t>Commonly used to describe curriculum, educational programs, learning outcomes, and academic requirements. NWCCU expects institutions to maintain appropriate processes for the design, approval, delivery, evaluation, and improvement of educational offerings</w:t>
            </w:r>
          </w:p>
        </w:tc>
        <w:tc>
          <w:tcPr>
            <w:tcW w:w="1954" w:type="dxa"/>
          </w:tcPr>
          <w:p w14:paraId="5BB28948" w14:textId="658E34A8" w:rsidR="54D9A765" w:rsidRDefault="54D9A765" w:rsidP="54D9A765">
            <w:pPr>
              <w:rPr>
                <w:rFonts w:eastAsia="Calibri" w:cs="Calibri"/>
                <w:sz w:val="24"/>
                <w:szCs w:val="24"/>
              </w:rPr>
            </w:pPr>
            <w:r w:rsidRPr="54D9A765">
              <w:rPr>
                <w:rFonts w:eastAsia="Calibri" w:cs="Calibri"/>
                <w:sz w:val="24"/>
                <w:szCs w:val="24"/>
              </w:rPr>
              <w:t>Commonly used in discussions of curriculum development, academic programs, pathways, general education, and teaching and learning.</w:t>
            </w:r>
          </w:p>
        </w:tc>
        <w:tc>
          <w:tcPr>
            <w:tcW w:w="1954" w:type="dxa"/>
          </w:tcPr>
          <w:p w14:paraId="29A2841F" w14:textId="79CAACC3" w:rsidR="54D9A765" w:rsidRDefault="54D9A765" w:rsidP="54D9A765">
            <w:pPr>
              <w:rPr>
                <w:rFonts w:eastAsia="Calibri" w:cs="Calibri"/>
                <w:sz w:val="24"/>
                <w:szCs w:val="24"/>
              </w:rPr>
            </w:pPr>
            <w:r w:rsidRPr="54D9A765">
              <w:rPr>
                <w:rFonts w:eastAsia="Calibri" w:cs="Calibri"/>
                <w:sz w:val="24"/>
                <w:szCs w:val="24"/>
              </w:rPr>
              <w:t>Frequently used in relation to curriculum design, curricular pathways, general education, learning outcomes, high-impact practices, and integrative learning.</w:t>
            </w:r>
          </w:p>
        </w:tc>
        <w:tc>
          <w:tcPr>
            <w:tcW w:w="1954" w:type="dxa"/>
          </w:tcPr>
          <w:p w14:paraId="6616A15B" w14:textId="11D17EEF" w:rsidR="54D9A765" w:rsidRDefault="54D9A765" w:rsidP="54D9A765">
            <w:pPr>
              <w:rPr>
                <w:rFonts w:eastAsia="Calibri" w:cs="Calibri"/>
                <w:sz w:val="24"/>
                <w:szCs w:val="24"/>
              </w:rPr>
            </w:pPr>
            <w:r w:rsidRPr="54D9A765">
              <w:rPr>
                <w:rFonts w:eastAsia="Calibri" w:cs="Calibri"/>
                <w:sz w:val="24"/>
                <w:szCs w:val="24"/>
              </w:rPr>
              <w:t>Curricular means “related to curriculum”; curriculum is the noun. Distinguish curricular matters from co-curricular activities, which complement students' formal academic learning, and extra-curricular activities, which occur outside the formal curriculum.</w:t>
            </w:r>
          </w:p>
        </w:tc>
      </w:tr>
    </w:tbl>
    <w:p w14:paraId="459B8D80" w14:textId="5A4FE37B" w:rsidR="54D9A765" w:rsidRDefault="54D9A765" w:rsidP="54D9A765"/>
    <w:p w14:paraId="2643FFFB" w14:textId="23FAEB3B"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lastRenderedPageBreak/>
        <w:t xml:space="preserve">Crosswalk Table C: Student Affairs and Student Services </w:t>
      </w:r>
    </w:p>
    <w:tbl>
      <w:tblPr>
        <w:tblStyle w:val="TableGrid"/>
        <w:tblW w:w="0" w:type="auto"/>
        <w:tblLook w:val="04A0" w:firstRow="1" w:lastRow="0" w:firstColumn="1" w:lastColumn="0" w:noHBand="0" w:noVBand="1"/>
      </w:tblPr>
      <w:tblGrid>
        <w:gridCol w:w="1608"/>
        <w:gridCol w:w="1605"/>
        <w:gridCol w:w="1728"/>
        <w:gridCol w:w="1728"/>
        <w:gridCol w:w="1869"/>
        <w:gridCol w:w="1728"/>
        <w:gridCol w:w="3394"/>
      </w:tblGrid>
      <w:tr w:rsidR="7FFD18F3" w14:paraId="7A0FF474"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633023E0" w14:textId="483E9E2E"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Term</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1651BB8" w14:textId="49F7825E"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Preferred Usage</w:t>
            </w:r>
          </w:p>
        </w:tc>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5275BE5" w14:textId="1F373465"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SBCTC Equivalent/Usage</w:t>
            </w:r>
          </w:p>
        </w:tc>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11F150A" w14:textId="16EB64C1"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NWCCU Equivalent/Usage</w:t>
            </w:r>
          </w:p>
        </w:tc>
        <w:tc>
          <w:tcPr>
            <w:tcW w:w="14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8E211EE" w14:textId="7E93568B"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AACC Equivalent/Usage</w:t>
            </w:r>
          </w:p>
        </w:tc>
        <w:tc>
          <w:tcPr>
            <w:tcW w:w="171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D40C2AE" w14:textId="67A0CA92"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AAC&amp;U Equivalent/Usage</w:t>
            </w:r>
          </w:p>
        </w:tc>
        <w:tc>
          <w:tcPr>
            <w:tcW w:w="189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C59C63D" w14:textId="3814F89F"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Notes</w:t>
            </w:r>
          </w:p>
        </w:tc>
      </w:tr>
      <w:tr w:rsidR="7FFD18F3" w14:paraId="4D60F0C6"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074EA1D9" w14:textId="3ABF157A"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Student Affairs</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294F395C" w14:textId="12380986"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w:t>
            </w:r>
            <w:r w:rsidR="31D49D1A" w:rsidRPr="449869CA">
              <w:rPr>
                <w:rFonts w:asciiTheme="majorHAnsi" w:eastAsiaTheme="majorEastAsia" w:hAnsiTheme="majorHAnsi" w:cstheme="majorBidi"/>
                <w:color w:val="000000" w:themeColor="text1"/>
                <w:sz w:val="24"/>
                <w:szCs w:val="24"/>
              </w:rPr>
              <w:t>S</w:t>
            </w:r>
            <w:r w:rsidRPr="449869CA">
              <w:rPr>
                <w:rFonts w:asciiTheme="majorHAnsi" w:eastAsiaTheme="majorEastAsia" w:hAnsiTheme="majorHAnsi" w:cstheme="majorBidi"/>
                <w:color w:val="000000" w:themeColor="text1"/>
                <w:sz w:val="24"/>
                <w:szCs w:val="24"/>
              </w:rPr>
              <w:t>tudent Affairs for the Division responsible for student support, access, engagement, well-being, persistence, and completion.</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89CE0DF" w14:textId="37D11A5A"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services and student-related activities policies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3ED9CF9D" w14:textId="09A661F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 achievement, access, belonging, support structures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0BD01650" w14:textId="27D6920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affairs, student success, student services, support systems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E742F09" w14:textId="7427E5D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 inclusive excellence, high-impact practices context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AFE594F" w14:textId="08AB583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Division names may vary, but functions should be described consistently.</w:t>
            </w:r>
          </w:p>
        </w:tc>
      </w:tr>
      <w:tr w:rsidR="7FFD18F3" w14:paraId="7E290726"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29151422" w14:textId="2DA5532F"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Student Affairs Leadership Team</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25EFBD72" w14:textId="54A49D91" w:rsidR="7FFD18F3" w:rsidRDefault="58F0F067"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Use Student Affairs Leadership Team for the senior leadership team that provides strategic direction, operation</w:t>
            </w:r>
            <w:r w:rsidR="002549C1">
              <w:rPr>
                <w:rFonts w:asciiTheme="majorHAnsi" w:eastAsiaTheme="majorEastAsia" w:hAnsiTheme="majorHAnsi" w:cstheme="majorBidi"/>
                <w:sz w:val="24"/>
                <w:szCs w:val="24"/>
              </w:rPr>
              <w:t>s</w:t>
            </w:r>
            <w:r w:rsidRPr="449869CA">
              <w:rPr>
                <w:rFonts w:asciiTheme="majorHAnsi" w:eastAsiaTheme="majorEastAsia" w:hAnsiTheme="majorHAnsi" w:cstheme="majorBidi"/>
                <w:sz w:val="24"/>
                <w:szCs w:val="24"/>
              </w:rPr>
              <w:t xml:space="preserve"> coordination, and decision-making for the Division </w:t>
            </w:r>
            <w:r w:rsidRPr="449869CA">
              <w:rPr>
                <w:rFonts w:asciiTheme="majorHAnsi" w:eastAsiaTheme="majorEastAsia" w:hAnsiTheme="majorHAnsi" w:cstheme="majorBidi"/>
                <w:sz w:val="24"/>
                <w:szCs w:val="24"/>
              </w:rPr>
              <w:lastRenderedPageBreak/>
              <w:t>of Student Affairs. Membership may include the Vice President of Student Affairs and Student Affairs Deans.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84149BA" w14:textId="276E682A"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No prescribed term. Commonly referred to as the Student Affairs Leadership Team or Vice President's Leadership Team.</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62A69E37" w14:textId="4DB351DE"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No prescribed organizational structure. NWCCU expects clearly defined leadership, governance, and administrative responsibility for student support functions.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548B689D" w14:textId="45C8649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Commonly referred to as the Student Affairs Leadership Team</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405B3DC3" w14:textId="3BA9F5C6"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No prescribed term. Generally described as the institution's student affairs leadership or student affairs administration.</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4C53EE6D" w14:textId="1A01C17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Institutional counterpart to the Provost Planning Team.</w:t>
            </w:r>
          </w:p>
        </w:tc>
      </w:tr>
      <w:tr w:rsidR="0193FE03" w14:paraId="038D0F64"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78F3BF32" w14:textId="7BD6CED8" w:rsidR="2D906DBB" w:rsidRDefault="4713D503"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Student Affairs </w:t>
            </w:r>
            <w:proofErr w:type="spellStart"/>
            <w:r w:rsidR="50B27CE0" w:rsidRPr="449869CA">
              <w:rPr>
                <w:rFonts w:asciiTheme="majorHAnsi" w:eastAsiaTheme="majorEastAsia" w:hAnsiTheme="majorHAnsi" w:cstheme="majorBidi"/>
                <w:color w:val="000000" w:themeColor="text1"/>
                <w:sz w:val="24"/>
                <w:szCs w:val="24"/>
              </w:rPr>
              <w:t>Operation</w:t>
            </w:r>
            <w:r w:rsidR="002549C1">
              <w:rPr>
                <w:rFonts w:asciiTheme="majorHAnsi" w:eastAsiaTheme="majorEastAsia" w:hAnsiTheme="majorHAnsi" w:cstheme="majorBidi"/>
                <w:color w:val="000000" w:themeColor="text1"/>
                <w:sz w:val="24"/>
                <w:szCs w:val="24"/>
              </w:rPr>
              <w:t>s</w:t>
            </w:r>
            <w:r w:rsidRPr="449869CA">
              <w:rPr>
                <w:rFonts w:asciiTheme="majorHAnsi" w:eastAsiaTheme="majorEastAsia" w:hAnsiTheme="majorHAnsi" w:cstheme="majorBidi"/>
                <w:color w:val="000000" w:themeColor="text1"/>
                <w:sz w:val="24"/>
                <w:szCs w:val="24"/>
              </w:rPr>
              <w:t>Team</w:t>
            </w:r>
            <w:proofErr w:type="spellEnd"/>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E7BFC38" w14:textId="04E492D4" w:rsidR="23B23289" w:rsidRDefault="02AADF7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May include t</w:t>
            </w:r>
            <w:r w:rsidR="178B80EC" w:rsidRPr="449869CA">
              <w:rPr>
                <w:rFonts w:asciiTheme="majorHAnsi" w:eastAsiaTheme="majorEastAsia" w:hAnsiTheme="majorHAnsi" w:cstheme="majorBidi"/>
                <w:color w:val="000000" w:themeColor="text1"/>
                <w:sz w:val="24"/>
                <w:szCs w:val="24"/>
              </w:rPr>
              <w:t>he Vice President of Student Affairs, Deans, and Director</w:t>
            </w:r>
            <w:r w:rsidR="76964200" w:rsidRPr="449869CA">
              <w:rPr>
                <w:rFonts w:asciiTheme="majorHAnsi" w:eastAsiaTheme="majorEastAsia" w:hAnsiTheme="majorHAnsi" w:cstheme="majorBidi"/>
                <w:color w:val="000000" w:themeColor="text1"/>
                <w:sz w:val="24"/>
                <w:szCs w:val="24"/>
              </w:rPr>
              <w:t xml:space="preserve">s and other </w:t>
            </w:r>
            <w:r w:rsidR="178B80EC" w:rsidRPr="449869CA">
              <w:rPr>
                <w:rFonts w:asciiTheme="majorHAnsi" w:eastAsiaTheme="majorEastAsia" w:hAnsiTheme="majorHAnsi" w:cstheme="majorBidi"/>
                <w:color w:val="000000" w:themeColor="text1"/>
                <w:sz w:val="24"/>
                <w:szCs w:val="24"/>
              </w:rPr>
              <w:t>leadership in Student affairs</w:t>
            </w:r>
            <w:r w:rsidR="1C7D4377" w:rsidRPr="449869CA">
              <w:rPr>
                <w:rFonts w:asciiTheme="majorHAnsi" w:eastAsiaTheme="majorEastAsia" w:hAnsiTheme="majorHAnsi" w:cstheme="majorBidi"/>
                <w:color w:val="000000" w:themeColor="text1"/>
                <w:sz w:val="24"/>
                <w:szCs w:val="24"/>
              </w:rPr>
              <w: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09670BC" w14:textId="2354A711" w:rsidR="0193FE03" w:rsidRDefault="0193FE03" w:rsidP="449869CA">
            <w:pPr>
              <w:rPr>
                <w:rFonts w:asciiTheme="majorHAnsi" w:eastAsiaTheme="majorEastAsia" w:hAnsiTheme="majorHAnsi" w:cstheme="majorBidi"/>
                <w:sz w:val="24"/>
                <w:szCs w:val="24"/>
              </w:rPr>
            </w:pP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335EF077" w14:textId="0D2A0126" w:rsidR="0193FE03" w:rsidRDefault="0193FE03" w:rsidP="449869CA">
            <w:pPr>
              <w:rPr>
                <w:rFonts w:asciiTheme="majorHAnsi" w:eastAsiaTheme="majorEastAsia" w:hAnsiTheme="majorHAnsi" w:cstheme="majorBidi"/>
                <w:sz w:val="24"/>
                <w:szCs w:val="24"/>
              </w:rPr>
            </w:pP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5F237C1B" w14:textId="7CC106B1" w:rsidR="0193FE03" w:rsidRDefault="0193FE03" w:rsidP="449869CA">
            <w:pPr>
              <w:rPr>
                <w:rFonts w:asciiTheme="majorHAnsi" w:eastAsiaTheme="majorEastAsia" w:hAnsiTheme="majorHAnsi" w:cstheme="majorBidi"/>
                <w:sz w:val="24"/>
                <w:szCs w:val="24"/>
              </w:rPr>
            </w:pP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1CE350D4" w14:textId="08AA0B12" w:rsidR="0193FE03" w:rsidRDefault="0193FE03" w:rsidP="449869CA">
            <w:pPr>
              <w:rPr>
                <w:rFonts w:asciiTheme="majorHAnsi" w:eastAsiaTheme="majorEastAsia" w:hAnsiTheme="majorHAnsi" w:cstheme="majorBidi"/>
                <w:sz w:val="24"/>
                <w:szCs w:val="24"/>
              </w:rPr>
            </w:pP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104ADC4" w14:textId="31C5E498" w:rsidR="0193FE03" w:rsidRDefault="0193FE03" w:rsidP="449869CA">
            <w:pPr>
              <w:rPr>
                <w:rFonts w:asciiTheme="majorHAnsi" w:eastAsiaTheme="majorEastAsia" w:hAnsiTheme="majorHAnsi" w:cstheme="majorBidi"/>
                <w:sz w:val="24"/>
                <w:szCs w:val="24"/>
              </w:rPr>
            </w:pPr>
          </w:p>
        </w:tc>
      </w:tr>
      <w:tr w:rsidR="7FFD18F3" w14:paraId="079D4A29"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55475ACA" w14:textId="448DF317"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Student Affairs</w:t>
            </w:r>
            <w:r w:rsidR="58B7B3D2" w:rsidRPr="449869CA">
              <w:rPr>
                <w:rFonts w:asciiTheme="majorHAnsi" w:eastAsiaTheme="majorEastAsia" w:hAnsiTheme="majorHAnsi" w:cstheme="majorBidi"/>
                <w:color w:val="000000" w:themeColor="text1"/>
                <w:sz w:val="24"/>
                <w:szCs w:val="24"/>
              </w:rPr>
              <w:t xml:space="preserve"> or Student</w:t>
            </w:r>
            <w:r w:rsidRPr="449869CA">
              <w:rPr>
                <w:rFonts w:asciiTheme="majorHAnsi" w:eastAsiaTheme="majorEastAsia" w:hAnsiTheme="majorHAnsi" w:cstheme="majorBidi"/>
                <w:color w:val="000000" w:themeColor="text1"/>
                <w:sz w:val="24"/>
                <w:szCs w:val="24"/>
              </w:rPr>
              <w:t xml:space="preserve"> Services</w:t>
            </w:r>
            <w:r w:rsidR="2D690DBE" w:rsidRPr="449869CA">
              <w:rPr>
                <w:rFonts w:asciiTheme="majorHAnsi" w:eastAsiaTheme="majorEastAsia" w:hAnsiTheme="majorHAnsi" w:cstheme="majorBidi"/>
                <w:color w:val="000000" w:themeColor="text1"/>
                <w:sz w:val="24"/>
                <w:szCs w:val="24"/>
              </w:rPr>
              <w:t xml:space="preserve"> </w:t>
            </w:r>
            <w:r w:rsidRPr="449869CA">
              <w:rPr>
                <w:rFonts w:asciiTheme="majorHAnsi" w:eastAsiaTheme="majorEastAsia" w:hAnsiTheme="majorHAnsi" w:cstheme="majorBidi"/>
                <w:color w:val="000000" w:themeColor="text1"/>
                <w:sz w:val="24"/>
                <w:szCs w:val="24"/>
              </w:rPr>
              <w:t>Program</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A3C237A" w14:textId="78448B08"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Student </w:t>
            </w:r>
            <w:r w:rsidR="713A62A9" w:rsidRPr="449869CA">
              <w:rPr>
                <w:rFonts w:asciiTheme="majorHAnsi" w:eastAsiaTheme="majorEastAsia" w:hAnsiTheme="majorHAnsi" w:cstheme="majorBidi"/>
                <w:color w:val="000000" w:themeColor="text1"/>
                <w:sz w:val="24"/>
                <w:szCs w:val="24"/>
              </w:rPr>
              <w:t xml:space="preserve">Affairs or Student </w:t>
            </w:r>
            <w:r w:rsidRPr="449869CA">
              <w:rPr>
                <w:rFonts w:asciiTheme="majorHAnsi" w:eastAsiaTheme="majorEastAsia" w:hAnsiTheme="majorHAnsi" w:cstheme="majorBidi"/>
                <w:color w:val="000000" w:themeColor="text1"/>
                <w:sz w:val="24"/>
                <w:szCs w:val="24"/>
              </w:rPr>
              <w:t xml:space="preserve">Services Program for organized, ongoing services that support students </w:t>
            </w:r>
            <w:r w:rsidRPr="449869CA">
              <w:rPr>
                <w:rFonts w:asciiTheme="majorHAnsi" w:eastAsiaTheme="majorEastAsia" w:hAnsiTheme="majorHAnsi" w:cstheme="majorBidi"/>
                <w:color w:val="000000" w:themeColor="text1"/>
                <w:sz w:val="24"/>
                <w:szCs w:val="24"/>
              </w:rPr>
              <w:lastRenderedPageBreak/>
              <w:t>outside or alongside instruction.</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4D59EED" w14:textId="0FDDF995"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Support services and student-related activities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3C45F4C1" w14:textId="6A011922"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 and support practices contributing to achievement and equity</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636E7A33" w14:textId="63E2CD5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support services, student success initiatives, intake and support systems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F85CF21" w14:textId="642A176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support for equitable learning and completion</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6C368A60" w14:textId="765A344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Examples: Advising, Financial Aid, Counseling, Disability Resources, TRIO, Running Start, Student Life.</w:t>
            </w:r>
          </w:p>
        </w:tc>
      </w:tr>
      <w:tr w:rsidR="7FFD18F3" w14:paraId="3E0E2518"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135F6268" w14:textId="0BA810E6" w:rsidR="7FFD18F3" w:rsidRDefault="071FA8A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Student</w:t>
            </w:r>
            <w:r w:rsidR="2553CEA6" w:rsidRPr="449869CA">
              <w:rPr>
                <w:rFonts w:asciiTheme="majorHAnsi" w:eastAsiaTheme="majorEastAsia" w:hAnsiTheme="majorHAnsi" w:cstheme="majorBidi"/>
                <w:color w:val="000000" w:themeColor="text1"/>
                <w:sz w:val="24"/>
                <w:szCs w:val="24"/>
              </w:rPr>
              <w:t xml:space="preserve"> Support Service</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645D4F8" w14:textId="4F7505A9" w:rsidR="5AC05821" w:rsidRDefault="0A1449EA"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w:t>
            </w:r>
            <w:r w:rsidR="35052B0B" w:rsidRPr="449869CA">
              <w:rPr>
                <w:rFonts w:asciiTheme="majorHAnsi" w:eastAsiaTheme="majorEastAsia" w:hAnsiTheme="majorHAnsi" w:cstheme="majorBidi"/>
                <w:color w:val="000000" w:themeColor="text1"/>
                <w:sz w:val="24"/>
                <w:szCs w:val="24"/>
              </w:rPr>
              <w:t>Student</w:t>
            </w:r>
            <w:r w:rsidRPr="449869CA">
              <w:rPr>
                <w:rFonts w:asciiTheme="majorHAnsi" w:eastAsiaTheme="majorEastAsia" w:hAnsiTheme="majorHAnsi" w:cstheme="majorBidi"/>
                <w:color w:val="000000" w:themeColor="text1"/>
                <w:sz w:val="24"/>
                <w:szCs w:val="24"/>
              </w:rPr>
              <w:t xml:space="preserve"> Support Service for services that directly support student learning, academic achievement, and educational progression regardless of organizational reporting structure. Areas outside Student Affairs that provide this type of support include the Academic Success Center, Science Study </w:t>
            </w:r>
            <w:r w:rsidRPr="449869CA">
              <w:rPr>
                <w:rFonts w:asciiTheme="majorHAnsi" w:eastAsiaTheme="majorEastAsia" w:hAnsiTheme="majorHAnsi" w:cstheme="majorBidi"/>
                <w:color w:val="000000" w:themeColor="text1"/>
                <w:sz w:val="24"/>
                <w:szCs w:val="24"/>
              </w:rPr>
              <w:lastRenderedPageBreak/>
              <w:t>Center, and similar academic support centers.</w:t>
            </w:r>
          </w:p>
          <w:p w14:paraId="1E78CABC" w14:textId="257CA13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E7401D3" w14:textId="2A3EF182"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May be student service or instructional support depending on local structure</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F1AA83F" w14:textId="4B2489DB"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Support for student learning and success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5E84B1EB" w14:textId="45DD6B76"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advising, tutoring, library, testing, transfer services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4DA0F46E" w14:textId="1D91C10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Supports learning outcomes and student achievement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42C8408C" w14:textId="311CD946"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May report to Academic Affairs or Student Affairs; define by function, not reporting line. This is governance neutral.</w:t>
            </w:r>
          </w:p>
        </w:tc>
      </w:tr>
      <w:tr w:rsidR="7FFD18F3" w14:paraId="0A29FE51"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288F56B8" w14:textId="20288650"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Academic Advising</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549B62B" w14:textId="2DBC8EC8"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"Academic Advising" for structured guidance helping students select courses, understand requirements, progress toward goals, create educational plans, and navigate resources to support student well-being. </w:t>
            </w:r>
          </w:p>
          <w:p w14:paraId="7212FEEE" w14:textId="5A6B8BB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2899DBA" w14:textId="0EADF40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service / enrollment support depending on structure</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AA37F1C" w14:textId="0792412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Support for student achievement and completion</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7097D6B9" w14:textId="7D1E88A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advising and student success support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53AB898A" w14:textId="131A174B"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Advising as support for learning pathways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7BA7D216" w14:textId="4778361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Avoid calling advising an academic program unless it is a curricular program.</w:t>
            </w:r>
          </w:p>
        </w:tc>
      </w:tr>
      <w:tr w:rsidR="7FFD18F3" w14:paraId="1FD17408"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5E80275B" w14:textId="42B73FB1"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Student Success</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4E95CAC" w14:textId="3404E4A8"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'Student Success' as an umbrella </w:t>
            </w:r>
            <w:r w:rsidRPr="449869CA">
              <w:rPr>
                <w:rFonts w:asciiTheme="majorHAnsi" w:eastAsiaTheme="majorEastAsia" w:hAnsiTheme="majorHAnsi" w:cstheme="majorBidi"/>
                <w:color w:val="000000" w:themeColor="text1"/>
                <w:sz w:val="24"/>
                <w:szCs w:val="24"/>
              </w:rPr>
              <w:lastRenderedPageBreak/>
              <w:t>outcome area including access, learning, persistence, completion, transfer, employment, and equitable outcomes.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7C7A41ED" w14:textId="4A96AEF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 xml:space="preserve">System goal and institutional </w:t>
            </w:r>
            <w:r w:rsidRPr="449869CA">
              <w:rPr>
                <w:rFonts w:asciiTheme="majorHAnsi" w:eastAsiaTheme="majorEastAsia" w:hAnsiTheme="majorHAnsi" w:cstheme="majorBidi"/>
                <w:sz w:val="24"/>
                <w:szCs w:val="24"/>
              </w:rPr>
              <w:lastRenderedPageBreak/>
              <w:t>outcome language</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DB1CF72" w14:textId="5B0B7E68"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 xml:space="preserve">Central accreditation concept </w:t>
            </w:r>
            <w:r w:rsidRPr="449869CA">
              <w:rPr>
                <w:rFonts w:asciiTheme="majorHAnsi" w:eastAsiaTheme="majorEastAsia" w:hAnsiTheme="majorHAnsi" w:cstheme="majorBidi"/>
                <w:sz w:val="24"/>
                <w:szCs w:val="24"/>
              </w:rPr>
              <w:lastRenderedPageBreak/>
              <w:t>connected to learning, achievement, equity, and mission</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72559D99" w14:textId="5140B982"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Core AACC community college priority</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0039D5DC" w14:textId="0664F5C5"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Connected to inclusive excellence and </w:t>
            </w:r>
            <w:r w:rsidRPr="449869CA">
              <w:rPr>
                <w:rFonts w:asciiTheme="majorHAnsi" w:eastAsiaTheme="majorEastAsia" w:hAnsiTheme="majorHAnsi" w:cstheme="majorBidi"/>
                <w:sz w:val="24"/>
                <w:szCs w:val="24"/>
              </w:rPr>
              <w:lastRenderedPageBreak/>
              <w:t>learning outcomes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6B0AEF9" w14:textId="0C1AB73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Define metrics locally.</w:t>
            </w:r>
          </w:p>
        </w:tc>
      </w:tr>
      <w:tr w:rsidR="7FFD18F3" w14:paraId="2DF1FFE0"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29E02DCA" w14:textId="6BE85DB3"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Retention/</w:t>
            </w:r>
          </w:p>
          <w:p w14:paraId="7A0B141E" w14:textId="275F2D57"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Persistence</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05F41093" w14:textId="38A23A1A" w:rsidR="7FFD18F3" w:rsidRDefault="4A59B3DF"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'Retention' for continued enrollment from one period to another at Bellevue College; Use ‘Persistence’ for continued enrollment from one period to another at BC or elsewhere (based on Clearinghouse data)</w:t>
            </w:r>
            <w:r w:rsidR="607497AF" w:rsidRPr="449869CA">
              <w:rPr>
                <w:rFonts w:asciiTheme="majorHAnsi" w:eastAsiaTheme="majorEastAsia" w:hAnsiTheme="majorHAnsi" w:cstheme="majorBidi"/>
                <w:color w:val="000000" w:themeColor="text1"/>
                <w:sz w:val="24"/>
                <w:szCs w:val="24"/>
              </w:rPr>
              <w: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7285FE91" w14:textId="3C663D8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Enrollment reporting and student progression concepts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6F4328E" w14:textId="0B7C531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achievement indicators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4513FBEB" w14:textId="1FED7FA2"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success/completion metrics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1D710172" w14:textId="17CB550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 outcome</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71386F98" w14:textId="10DDCAF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Use consistently </w:t>
            </w:r>
            <w:proofErr w:type="gramStart"/>
            <w:r w:rsidRPr="449869CA">
              <w:rPr>
                <w:rFonts w:asciiTheme="majorHAnsi" w:eastAsiaTheme="majorEastAsia" w:hAnsiTheme="majorHAnsi" w:cstheme="majorBidi"/>
                <w:sz w:val="24"/>
                <w:szCs w:val="24"/>
              </w:rPr>
              <w:t>in</w:t>
            </w:r>
            <w:proofErr w:type="gramEnd"/>
            <w:r w:rsidRPr="449869CA">
              <w:rPr>
                <w:rFonts w:asciiTheme="majorHAnsi" w:eastAsiaTheme="majorEastAsia" w:hAnsiTheme="majorHAnsi" w:cstheme="majorBidi"/>
                <w:sz w:val="24"/>
                <w:szCs w:val="24"/>
              </w:rPr>
              <w:t xml:space="preserve"> dashboards.</w:t>
            </w:r>
          </w:p>
        </w:tc>
      </w:tr>
      <w:tr w:rsidR="7FFD18F3" w14:paraId="0A259496"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10E701A8" w14:textId="5FF35B3E"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lastRenderedPageBreak/>
              <w:t>Completion</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4F53E25" w14:textId="659EB514"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'Completion' for credential attainment or other formally defined educational goal completion.</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EDF3ED4" w14:textId="76AFB7B3"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Credential/award completion and reporting</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990C9E5" w14:textId="21989E8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achievement measure</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4B1BD2F2" w14:textId="69D5E12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success and completion agenda</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53A68A85" w14:textId="7D36EA9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Learning and credential attainment outcome</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1143FE1" w14:textId="266D8C0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Specify degree/certificate/transfer/workforce completion as needed.</w:t>
            </w:r>
          </w:p>
        </w:tc>
      </w:tr>
      <w:tr w:rsidR="7FFD18F3" w14:paraId="4BDAFBE7"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5041CDC3" w14:textId="605478AB"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Instructional Support Program Review</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02049CC5" w14:textId="0FEF40B8" w:rsidR="7FFD18F3" w:rsidRDefault="677A6455"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Instructional Support Program Review for </w:t>
            </w:r>
            <w:proofErr w:type="gramStart"/>
            <w:r w:rsidRPr="449869CA">
              <w:rPr>
                <w:rFonts w:asciiTheme="majorHAnsi" w:eastAsiaTheme="majorEastAsia" w:hAnsiTheme="majorHAnsi" w:cstheme="majorBidi"/>
                <w:color w:val="000000" w:themeColor="text1"/>
                <w:sz w:val="24"/>
                <w:szCs w:val="24"/>
              </w:rPr>
              <w:t>scheduled,</w:t>
            </w:r>
            <w:proofErr w:type="gramEnd"/>
            <w:r w:rsidRPr="449869CA">
              <w:rPr>
                <w:rFonts w:asciiTheme="majorHAnsi" w:eastAsiaTheme="majorEastAsia" w:hAnsiTheme="majorHAnsi" w:cstheme="majorBidi"/>
                <w:color w:val="000000" w:themeColor="text1"/>
                <w:sz w:val="24"/>
                <w:szCs w:val="24"/>
              </w:rPr>
              <w:t xml:space="preserve"> evidence-based review of instructional support services or programs that support teaching, learning, and student academic progress. Academic Program </w:t>
            </w:r>
            <w:r w:rsidRPr="449869CA">
              <w:rPr>
                <w:rFonts w:asciiTheme="majorHAnsi" w:eastAsiaTheme="majorEastAsia" w:hAnsiTheme="majorHAnsi" w:cstheme="majorBidi"/>
                <w:color w:val="000000" w:themeColor="text1"/>
                <w:sz w:val="24"/>
                <w:szCs w:val="24"/>
              </w:rPr>
              <w:lastRenderedPageBreak/>
              <w:t>Review is similar but focuses on credential-bearing academic programs.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A5C3DF5" w14:textId="592BD0C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May relate to instructional program viability, approval, or reporting</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61890D9" w14:textId="780E1FE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Systematic assessment of programs for currency, quality, outcomes, and improvement</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16F2BB77" w14:textId="11040F35"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Program-by-program accountability and outcomes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11562390" w14:textId="7A5AD5D8"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Program-level learning outcomes and improvement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3CE5AB09" w14:textId="556A0E5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Differentiate from program viability, specialized accreditation, and annual planning. </w:t>
            </w:r>
            <w:proofErr w:type="spellStart"/>
            <w:r w:rsidRPr="449869CA">
              <w:rPr>
                <w:rFonts w:asciiTheme="majorHAnsi" w:eastAsiaTheme="majorEastAsia" w:hAnsiTheme="majorHAnsi" w:cstheme="majorBidi"/>
                <w:sz w:val="24"/>
                <w:szCs w:val="24"/>
              </w:rPr>
              <w:t>Aplies</w:t>
            </w:r>
            <w:proofErr w:type="spellEnd"/>
            <w:r w:rsidRPr="449869CA">
              <w:rPr>
                <w:rFonts w:asciiTheme="majorHAnsi" w:eastAsiaTheme="majorEastAsia" w:hAnsiTheme="majorHAnsi" w:cstheme="majorBidi"/>
                <w:sz w:val="24"/>
                <w:szCs w:val="24"/>
              </w:rPr>
              <w:t xml:space="preserve"> equally to academic, student affairs, administrative, and operation</w:t>
            </w:r>
            <w:r w:rsidR="002549C1">
              <w:rPr>
                <w:rFonts w:asciiTheme="majorHAnsi" w:eastAsiaTheme="majorEastAsia" w:hAnsiTheme="majorHAnsi" w:cstheme="majorBidi"/>
                <w:sz w:val="24"/>
                <w:szCs w:val="24"/>
              </w:rPr>
              <w:t>s</w:t>
            </w:r>
            <w:r w:rsidRPr="449869CA">
              <w:rPr>
                <w:rFonts w:asciiTheme="majorHAnsi" w:eastAsiaTheme="majorEastAsia" w:hAnsiTheme="majorHAnsi" w:cstheme="majorBidi"/>
                <w:sz w:val="24"/>
                <w:szCs w:val="24"/>
              </w:rPr>
              <w:t xml:space="preserve"> programs.</w:t>
            </w:r>
          </w:p>
        </w:tc>
      </w:tr>
      <w:tr w:rsidR="7FFD18F3" w14:paraId="76B4433B"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497E1F0D" w14:textId="104F4030"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Extracurricular</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0C2A0C2" w14:textId="2BD93122"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Use "Extracurricular" for student activities and experiences that occur outside the formal educational program and are not intentionally connected to stated learning outcomes.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B47CF49" w14:textId="19A3803B"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activities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9BF95C1" w14:textId="6307F342"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Student engagement </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494170CA" w14:textId="0EFEABB3"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life activities</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A1D9720" w14:textId="3B83382E"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engagement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D385108" w14:textId="53FA8410"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Examples include clubs, recreation, social events, and optional activities that are not designed as educational experiences.</w:t>
            </w:r>
          </w:p>
        </w:tc>
      </w:tr>
      <w:tr w:rsidR="7FFD18F3" w14:paraId="39928230"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703FD67B" w14:textId="53C52896"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Co-curricular</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84A1B8F" w14:textId="0AF29934"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"Co-curricular" for structured educational experiences that complement </w:t>
            </w:r>
            <w:r w:rsidRPr="449869CA">
              <w:rPr>
                <w:rFonts w:asciiTheme="majorHAnsi" w:eastAsiaTheme="majorEastAsia" w:hAnsiTheme="majorHAnsi" w:cstheme="majorBidi"/>
                <w:color w:val="000000" w:themeColor="text1"/>
                <w:sz w:val="24"/>
                <w:szCs w:val="24"/>
              </w:rPr>
              <w:lastRenderedPageBreak/>
              <w:t>the curriculum and intentionally contribute to student learning, development, engagement, or institutional learning outcomes outside the classroom.</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78DCE622" w14:textId="7DDF5A2A"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Student engagement and support activities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B165A5E" w14:textId="494D173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learning experiences contributing to mission fulfillment</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2DEE66AA" w14:textId="0FFA0101"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High-impact educational practices, leadership development, student engagement</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3D719180" w14:textId="14B489B5"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High-impact practices, integrative learning, civic engagement, student development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79ABE701" w14:textId="35CACC0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Examples include service learning, leadership programs, undergraduate research, learning communities, peer mentoring, orientation, and activities intentionally aligned </w:t>
            </w:r>
            <w:r w:rsidRPr="449869CA">
              <w:rPr>
                <w:rFonts w:asciiTheme="majorHAnsi" w:eastAsiaTheme="majorEastAsia" w:hAnsiTheme="majorHAnsi" w:cstheme="majorBidi"/>
                <w:sz w:val="24"/>
                <w:szCs w:val="24"/>
              </w:rPr>
              <w:lastRenderedPageBreak/>
              <w:t>with institutional learning outcomes.</w:t>
            </w:r>
          </w:p>
        </w:tc>
      </w:tr>
      <w:tr w:rsidR="7FFD18F3" w14:paraId="1DEEBA81"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2397CFB9" w14:textId="1193C1FC"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lastRenderedPageBreak/>
              <w:t>Education Plan</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B463D07" w14:textId="030D0804" w:rsidR="7FFD18F3" w:rsidRDefault="2553CEA6"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 xml:space="preserve">Use “Education Plan” for a documented, individualized plan identifying a student’s educational goal and the courses, requirements, milestones, and sequence needed to progress </w:t>
            </w:r>
            <w:r w:rsidRPr="449869CA">
              <w:rPr>
                <w:rFonts w:asciiTheme="majorHAnsi" w:eastAsiaTheme="majorEastAsia" w:hAnsiTheme="majorHAnsi" w:cstheme="majorBidi"/>
                <w:color w:val="000000" w:themeColor="text1"/>
                <w:sz w:val="24"/>
                <w:szCs w:val="24"/>
              </w:rPr>
              <w:lastRenderedPageBreak/>
              <w:t>toward that goal. Education Plans are generally developed with an academic advisor and may be updated as a student’s goals or circumstances change.</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A973019" w14:textId="5415893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 xml:space="preserve">Commonly associated with academic advising, Guided Pathways, student educational planning, degree requirements, and student progression. Terminology may vary by college and </w:t>
            </w:r>
            <w:proofErr w:type="spellStart"/>
            <w:r w:rsidRPr="449869CA">
              <w:rPr>
                <w:rFonts w:asciiTheme="majorHAnsi" w:eastAsiaTheme="majorEastAsia" w:hAnsiTheme="majorHAnsi" w:cstheme="majorBidi"/>
                <w:sz w:val="24"/>
                <w:szCs w:val="24"/>
              </w:rPr>
              <w:lastRenderedPageBreak/>
              <w:t>ctcLink</w:t>
            </w:r>
            <w:proofErr w:type="spellEnd"/>
            <w:r w:rsidRPr="449869CA">
              <w:rPr>
                <w:rFonts w:asciiTheme="majorHAnsi" w:eastAsiaTheme="majorEastAsia" w:hAnsiTheme="majorHAnsi" w:cstheme="majorBidi"/>
                <w:sz w:val="24"/>
                <w:szCs w:val="24"/>
              </w:rPr>
              <w:t xml:space="preserve"> process.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94C0056" w14:textId="10A7F0B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lastRenderedPageBreak/>
              <w:t>Student planning and advising practices that support student achievement, progression, completion, and attainment of educational goals.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1493B84B" w14:textId="648CBDCA"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Academic advising, educational planning, guided pathways, degree planning, and student success planning.</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7065D973" w14:textId="506BA7F8"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Educational planning and </w:t>
            </w:r>
            <w:proofErr w:type="gramStart"/>
            <w:r w:rsidRPr="449869CA">
              <w:rPr>
                <w:rFonts w:asciiTheme="majorHAnsi" w:eastAsiaTheme="majorEastAsia" w:hAnsiTheme="majorHAnsi" w:cstheme="majorBidi"/>
                <w:sz w:val="24"/>
                <w:szCs w:val="24"/>
              </w:rPr>
              <w:t>advising that</w:t>
            </w:r>
            <w:proofErr w:type="gramEnd"/>
            <w:r w:rsidRPr="449869CA">
              <w:rPr>
                <w:rFonts w:asciiTheme="majorHAnsi" w:eastAsiaTheme="majorEastAsia" w:hAnsiTheme="majorHAnsi" w:cstheme="majorBidi"/>
                <w:sz w:val="24"/>
                <w:szCs w:val="24"/>
              </w:rPr>
              <w:t xml:space="preserve"> support intentional learning pathways, student agency, and progress toward educational goals.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B7505E3" w14:textId="7B69687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Distinguish the Education Plan from the academic program or pathway itself. The plan is individualized to the student and identifies how the student intends to complete applicable academic requirements and achieve their educational goal.</w:t>
            </w:r>
          </w:p>
        </w:tc>
      </w:tr>
      <w:tr w:rsidR="7FFD18F3" w14:paraId="0C861C19"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7FB36A66" w14:textId="34F5E3D8"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Student-Centered</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6FD55FA" w14:textId="7179B6AF"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“Student-Centered” to describe policies, practices, services, learning environments, and institutional decisions intentionally designed around student learning, </w:t>
            </w:r>
            <w:r w:rsidRPr="0193FE03">
              <w:rPr>
                <w:rFonts w:eastAsia="Calibri" w:cs="Calibri"/>
                <w:color w:val="000000" w:themeColor="text1"/>
                <w:sz w:val="24"/>
                <w:szCs w:val="24"/>
              </w:rPr>
              <w:lastRenderedPageBreak/>
              <w:t>needs, experiences, goals, and success. A student-centered approach considers barriers to access and success and uses evidence about student experiences and outcomes to inform improvement.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3DC9AC5" w14:textId="1332CBFD" w:rsidR="7FFD18F3" w:rsidRDefault="6F9DACFC" w:rsidP="0193FE03">
            <w:pPr>
              <w:rPr>
                <w:rFonts w:eastAsia="Calibri" w:cs="Calibri"/>
                <w:sz w:val="24"/>
                <w:szCs w:val="24"/>
              </w:rPr>
            </w:pPr>
            <w:r w:rsidRPr="0193FE03">
              <w:rPr>
                <w:rFonts w:eastAsia="Calibri" w:cs="Calibri"/>
                <w:sz w:val="24"/>
                <w:szCs w:val="24"/>
              </w:rPr>
              <w:lastRenderedPageBreak/>
              <w:t>Consistent with system priorities related to student success, Guided Pathways, access, equity, completion, and responsive student services.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539C24F8" w14:textId="609DD8F2" w:rsidR="7FFD18F3" w:rsidRDefault="6F9DACFC" w:rsidP="0193FE03">
            <w:pPr>
              <w:rPr>
                <w:rFonts w:eastAsia="Calibri" w:cs="Calibri"/>
                <w:sz w:val="24"/>
                <w:szCs w:val="24"/>
              </w:rPr>
            </w:pPr>
            <w:r w:rsidRPr="0193FE03">
              <w:rPr>
                <w:rFonts w:eastAsia="Calibri" w:cs="Calibri"/>
                <w:sz w:val="24"/>
                <w:szCs w:val="24"/>
              </w:rPr>
              <w:t>Consistent with expectations for student learning and achievement, equitable student success, mission fulfillment, and institutional improvement informed by student needs and outcomes.</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2E6573E4" w14:textId="1F849772" w:rsidR="7FFD18F3" w:rsidRDefault="6F9DACFC" w:rsidP="0193FE03">
            <w:pPr>
              <w:rPr>
                <w:rFonts w:eastAsia="Calibri" w:cs="Calibri"/>
                <w:sz w:val="24"/>
                <w:szCs w:val="24"/>
              </w:rPr>
            </w:pPr>
            <w:r w:rsidRPr="0193FE03">
              <w:rPr>
                <w:rFonts w:eastAsia="Calibri" w:cs="Calibri"/>
                <w:sz w:val="24"/>
                <w:szCs w:val="24"/>
              </w:rPr>
              <w:t>Commonly used to describe institutions, practices, and policies organized around student success, access, completion, belonging, and the student experience.</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5327C46C" w14:textId="5E9A3BBA" w:rsidR="7FFD18F3" w:rsidRDefault="6F9DACFC" w:rsidP="0193FE03">
            <w:pPr>
              <w:rPr>
                <w:rFonts w:eastAsia="Calibri" w:cs="Calibri"/>
                <w:sz w:val="24"/>
                <w:szCs w:val="24"/>
              </w:rPr>
            </w:pPr>
            <w:r w:rsidRPr="0193FE03">
              <w:rPr>
                <w:rFonts w:eastAsia="Calibri" w:cs="Calibri"/>
                <w:sz w:val="24"/>
                <w:szCs w:val="24"/>
              </w:rPr>
              <w:t>Learner-centered education; inclusive excellence; equitable learning; student agency; high-impact educational practices.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B1032F1" w14:textId="2AFE1844" w:rsidR="7FFD18F3" w:rsidRDefault="6F9DACFC" w:rsidP="0193FE03">
            <w:pPr>
              <w:rPr>
                <w:rFonts w:eastAsia="Calibri" w:cs="Calibri"/>
                <w:sz w:val="24"/>
                <w:szCs w:val="24"/>
              </w:rPr>
            </w:pPr>
            <w:r w:rsidRPr="0193FE03">
              <w:rPr>
                <w:rFonts w:eastAsia="Calibri" w:cs="Calibri"/>
                <w:sz w:val="24"/>
                <w:szCs w:val="24"/>
              </w:rPr>
              <w:t>Student-centered does not mean student preference determines every institutional decision. It means student learning, success, experience, and equitable outcomes are intentionally considered in the design and evaluation of institutional practices and decisions.</w:t>
            </w:r>
          </w:p>
        </w:tc>
      </w:tr>
      <w:tr w:rsidR="7FFD18F3" w14:paraId="2D519599" w14:textId="77777777" w:rsidTr="449869CA">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0D2D5390" w14:textId="4CF3C1AB"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Study Abroad</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CFD97E1" w14:textId="4E29FE8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“Study Abroad” for an organized educational experience in which Bellevue College students undertake academic study or other </w:t>
            </w:r>
            <w:r w:rsidRPr="0193FE03">
              <w:rPr>
                <w:rFonts w:eastAsia="Calibri" w:cs="Calibri"/>
                <w:color w:val="000000" w:themeColor="text1"/>
                <w:sz w:val="24"/>
                <w:szCs w:val="24"/>
              </w:rPr>
              <w:lastRenderedPageBreak/>
              <w:t>intentionally designed learning experiences outside the United States. Study Abroad may include credit-bearing coursework and other educational experiences connected to defined learning objectives.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E30D4F0" w14:textId="1B1EBED7" w:rsidR="7FFD18F3" w:rsidRDefault="6F9DACFC" w:rsidP="0193FE03">
            <w:pPr>
              <w:rPr>
                <w:rFonts w:eastAsia="Calibri" w:cs="Calibri"/>
                <w:sz w:val="24"/>
                <w:szCs w:val="24"/>
              </w:rPr>
            </w:pPr>
            <w:r w:rsidRPr="0193FE03">
              <w:rPr>
                <w:rFonts w:eastAsia="Calibri" w:cs="Calibri"/>
                <w:sz w:val="24"/>
                <w:szCs w:val="24"/>
              </w:rPr>
              <w:lastRenderedPageBreak/>
              <w:t xml:space="preserve">International education/study abroad activity; specific terminology and administrative requirements may vary depending on program structure, </w:t>
            </w:r>
            <w:r w:rsidRPr="0193FE03">
              <w:rPr>
                <w:rFonts w:eastAsia="Calibri" w:cs="Calibri"/>
                <w:sz w:val="24"/>
                <w:szCs w:val="24"/>
              </w:rPr>
              <w:lastRenderedPageBreak/>
              <w:t>credit, partnerships, and funding.</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699BEF09" w14:textId="6D22183F" w:rsidR="7FFD18F3" w:rsidRDefault="6F9DACFC" w:rsidP="0193FE03">
            <w:pPr>
              <w:rPr>
                <w:rFonts w:eastAsia="Calibri" w:cs="Calibri"/>
                <w:sz w:val="24"/>
                <w:szCs w:val="24"/>
              </w:rPr>
            </w:pPr>
            <w:r w:rsidRPr="0193FE03">
              <w:rPr>
                <w:rFonts w:eastAsia="Calibri" w:cs="Calibri"/>
                <w:sz w:val="24"/>
                <w:szCs w:val="24"/>
              </w:rPr>
              <w:lastRenderedPageBreak/>
              <w:t xml:space="preserve">Educational offering or learning experience conducted internationally. Institutional oversight should ensure appropriate academic quality, student </w:t>
            </w:r>
            <w:r w:rsidRPr="0193FE03">
              <w:rPr>
                <w:rFonts w:eastAsia="Calibri" w:cs="Calibri"/>
                <w:sz w:val="24"/>
                <w:szCs w:val="24"/>
              </w:rPr>
              <w:lastRenderedPageBreak/>
              <w:t>support, learning outcomes, and applicable policies regardless of instructional location.</w:t>
            </w:r>
          </w:p>
        </w:tc>
        <w:tc>
          <w:tcPr>
            <w:tcW w:w="1440" w:type="dxa"/>
            <w:tcBorders>
              <w:top w:val="single" w:sz="8" w:space="0" w:color="auto"/>
              <w:left w:val="single" w:sz="8" w:space="0" w:color="auto"/>
              <w:bottom w:val="single" w:sz="8" w:space="0" w:color="auto"/>
              <w:right w:val="single" w:sz="8" w:space="0" w:color="auto"/>
            </w:tcBorders>
            <w:tcMar>
              <w:left w:w="108" w:type="dxa"/>
              <w:right w:w="108" w:type="dxa"/>
            </w:tcMar>
          </w:tcPr>
          <w:p w14:paraId="7552D548" w14:textId="3D039EFA" w:rsidR="7FFD18F3" w:rsidRDefault="6F9DACFC" w:rsidP="0193FE03">
            <w:pPr>
              <w:rPr>
                <w:rFonts w:eastAsia="Calibri" w:cs="Calibri"/>
                <w:sz w:val="24"/>
                <w:szCs w:val="24"/>
              </w:rPr>
            </w:pPr>
            <w:r w:rsidRPr="0193FE03">
              <w:rPr>
                <w:rFonts w:eastAsia="Calibri" w:cs="Calibri"/>
                <w:sz w:val="24"/>
                <w:szCs w:val="24"/>
              </w:rPr>
              <w:lastRenderedPageBreak/>
              <w:t xml:space="preserve">Study abroad, international education, global education, global learning, and international learning experiences. </w:t>
            </w:r>
          </w:p>
        </w:tc>
        <w:tc>
          <w:tcPr>
            <w:tcW w:w="1710" w:type="dxa"/>
            <w:tcBorders>
              <w:top w:val="single" w:sz="8" w:space="0" w:color="auto"/>
              <w:left w:val="single" w:sz="8" w:space="0" w:color="auto"/>
              <w:bottom w:val="single" w:sz="8" w:space="0" w:color="auto"/>
              <w:right w:val="single" w:sz="8" w:space="0" w:color="auto"/>
            </w:tcBorders>
            <w:tcMar>
              <w:left w:w="108" w:type="dxa"/>
              <w:right w:w="108" w:type="dxa"/>
            </w:tcMar>
          </w:tcPr>
          <w:p w14:paraId="046290C8" w14:textId="24F1769C" w:rsidR="7FFD18F3" w:rsidRDefault="6F9DACFC" w:rsidP="0193FE03">
            <w:pPr>
              <w:rPr>
                <w:rFonts w:eastAsia="Calibri" w:cs="Calibri"/>
                <w:sz w:val="24"/>
                <w:szCs w:val="24"/>
              </w:rPr>
            </w:pPr>
            <w:r w:rsidRPr="0193FE03">
              <w:rPr>
                <w:rFonts w:eastAsia="Calibri" w:cs="Calibri"/>
                <w:sz w:val="24"/>
                <w:szCs w:val="24"/>
              </w:rPr>
              <w:t>Global learning, global education, intercultural learning, study abroad, and experiential learning.</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AFE1A56" w14:textId="0A08DDC7" w:rsidR="7FFD18F3" w:rsidRDefault="6F9DACFC" w:rsidP="0193FE03">
            <w:pPr>
              <w:rPr>
                <w:rFonts w:eastAsia="Calibri" w:cs="Calibri"/>
                <w:sz w:val="24"/>
                <w:szCs w:val="24"/>
              </w:rPr>
            </w:pPr>
            <w:r w:rsidRPr="0193FE03">
              <w:rPr>
                <w:rFonts w:eastAsia="Calibri" w:cs="Calibri"/>
                <w:sz w:val="24"/>
                <w:szCs w:val="24"/>
              </w:rPr>
              <w:t>Study Abroad describes the educational experience rather than an academic program unless it meets Bellevue’s definition of an Academic Program. Credit-bearing Study Abroad is curricular; intentionally designed non-course experiences may be co-curricular. Distinguish Study Abroad from international student services and international enrollment.</w:t>
            </w:r>
          </w:p>
        </w:tc>
      </w:tr>
    </w:tbl>
    <w:p w14:paraId="3F98CC71" w14:textId="0C41F64E"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t>Crosswalk Table D: Planning, Assessment, and Institutional Effectiveness</w:t>
      </w:r>
    </w:p>
    <w:tbl>
      <w:tblPr>
        <w:tblStyle w:val="TableGrid"/>
        <w:tblW w:w="0" w:type="auto"/>
        <w:tblLook w:val="04A0" w:firstRow="1" w:lastRow="0" w:firstColumn="1" w:lastColumn="0" w:noHBand="0" w:noVBand="1"/>
      </w:tblPr>
      <w:tblGrid>
        <w:gridCol w:w="1414"/>
        <w:gridCol w:w="1514"/>
        <w:gridCol w:w="2784"/>
        <w:gridCol w:w="1866"/>
        <w:gridCol w:w="2310"/>
        <w:gridCol w:w="1866"/>
        <w:gridCol w:w="1906"/>
      </w:tblGrid>
      <w:tr w:rsidR="7FFD18F3" w14:paraId="3174031A"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B722C56" w14:textId="4F644996"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Bellevue Term</w:t>
            </w:r>
          </w:p>
        </w:tc>
        <w:tc>
          <w:tcPr>
            <w:tcW w:w="414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1520EDA" w14:textId="47E715CB"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Bellevue Preferred Usage</w:t>
            </w:r>
          </w:p>
        </w:tc>
        <w:tc>
          <w:tcPr>
            <w:tcW w:w="18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1664175" w14:textId="5286907F"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SBCTC Equivalent/Usage</w:t>
            </w:r>
          </w:p>
        </w:tc>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9467AC4" w14:textId="7E1D37A8"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NWCCU Equivalent/Usage</w:t>
            </w:r>
          </w:p>
        </w:tc>
        <w:tc>
          <w:tcPr>
            <w:tcW w:w="148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6095B03" w14:textId="403191B2"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AACC Equivalent/Usage</w:t>
            </w:r>
          </w:p>
        </w:tc>
        <w:tc>
          <w:tcPr>
            <w:tcW w:w="145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88F1133" w14:textId="4E59345E"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AAC&amp;U Equivalent/Usage</w:t>
            </w:r>
          </w:p>
        </w:tc>
        <w:tc>
          <w:tcPr>
            <w:tcW w:w="189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99A3E45" w14:textId="3E43CC64"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Notes</w:t>
            </w:r>
          </w:p>
        </w:tc>
      </w:tr>
      <w:tr w:rsidR="7FFD18F3" w14:paraId="41ACDC42"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12674480" w14:textId="0D4FBE4F"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Institutional Effectiveness</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D7E948D" w14:textId="503E5F0F"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'Institutional Effectiveness' for the integrated system linking mission, planning, </w:t>
            </w:r>
            <w:r w:rsidRPr="0193FE03">
              <w:rPr>
                <w:rFonts w:eastAsia="Calibri" w:cs="Calibri"/>
                <w:color w:val="000000" w:themeColor="text1"/>
                <w:sz w:val="24"/>
                <w:szCs w:val="24"/>
              </w:rPr>
              <w:lastRenderedPageBreak/>
              <w:t>assessment, resource allocation, evaluation, and improvement.</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720FA35A" w14:textId="02F7118F" w:rsidR="7FFD18F3" w:rsidRDefault="6F9DACFC" w:rsidP="0193FE03">
            <w:pPr>
              <w:rPr>
                <w:rFonts w:eastAsia="Calibri" w:cs="Calibri"/>
                <w:sz w:val="24"/>
                <w:szCs w:val="24"/>
              </w:rPr>
            </w:pPr>
            <w:r w:rsidRPr="0193FE03">
              <w:rPr>
                <w:rFonts w:eastAsia="Calibri" w:cs="Calibri"/>
                <w:sz w:val="24"/>
                <w:szCs w:val="24"/>
              </w:rPr>
              <w:lastRenderedPageBreak/>
              <w:t>Not always standardized; relates to planning, data, performance, and accountability</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9934C4E" w14:textId="4762778F" w:rsidR="7FFD18F3" w:rsidRDefault="6F9DACFC" w:rsidP="0193FE03">
            <w:pPr>
              <w:rPr>
                <w:rFonts w:eastAsia="Calibri" w:cs="Calibri"/>
                <w:sz w:val="24"/>
                <w:szCs w:val="24"/>
              </w:rPr>
            </w:pPr>
            <w:r w:rsidRPr="0193FE03">
              <w:rPr>
                <w:rFonts w:eastAsia="Calibri" w:cs="Calibri"/>
                <w:sz w:val="24"/>
                <w:szCs w:val="24"/>
              </w:rPr>
              <w:t xml:space="preserve">Core accreditation concept tied to mission fulfillment, planning, assessment, student achievement, </w:t>
            </w:r>
            <w:r w:rsidRPr="0193FE03">
              <w:rPr>
                <w:rFonts w:eastAsia="Calibri" w:cs="Calibri"/>
                <w:sz w:val="24"/>
                <w:szCs w:val="24"/>
              </w:rPr>
              <w:lastRenderedPageBreak/>
              <w:t>and improvement</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4B2E0911" w14:textId="0F9011AD" w:rsidR="7FFD18F3" w:rsidRDefault="6F9DACFC" w:rsidP="0193FE03">
            <w:pPr>
              <w:rPr>
                <w:rFonts w:eastAsia="Calibri" w:cs="Calibri"/>
                <w:sz w:val="24"/>
                <w:szCs w:val="24"/>
              </w:rPr>
            </w:pPr>
            <w:r w:rsidRPr="0193FE03">
              <w:rPr>
                <w:rFonts w:eastAsia="Calibri" w:cs="Calibri"/>
                <w:sz w:val="24"/>
                <w:szCs w:val="24"/>
              </w:rPr>
              <w:lastRenderedPageBreak/>
              <w:t>Institutional transformation, accountability, student success agenda</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71681B7E" w14:textId="296D1CAB" w:rsidR="7FFD18F3" w:rsidRDefault="6F9DACFC" w:rsidP="0193FE03">
            <w:pPr>
              <w:rPr>
                <w:rFonts w:eastAsia="Calibri" w:cs="Calibri"/>
                <w:sz w:val="24"/>
                <w:szCs w:val="24"/>
              </w:rPr>
            </w:pPr>
            <w:r w:rsidRPr="0193FE03">
              <w:rPr>
                <w:rFonts w:eastAsia="Calibri" w:cs="Calibri"/>
                <w:sz w:val="24"/>
                <w:szCs w:val="24"/>
              </w:rPr>
              <w:t>Evidence-based learning improvement, assessment, outcomes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317DD5B" w14:textId="0E6BB6EF" w:rsidR="7FFD18F3" w:rsidRDefault="6F9DACFC" w:rsidP="0193FE03">
            <w:pPr>
              <w:rPr>
                <w:rFonts w:eastAsia="Calibri" w:cs="Calibri"/>
                <w:sz w:val="24"/>
                <w:szCs w:val="24"/>
              </w:rPr>
            </w:pPr>
            <w:r w:rsidRPr="0193FE03">
              <w:rPr>
                <w:rFonts w:eastAsia="Calibri" w:cs="Calibri"/>
                <w:sz w:val="24"/>
                <w:szCs w:val="24"/>
              </w:rPr>
              <w:t>This should be Bellevue's umbrella term for NWCCU Recommendation-related systems work.</w:t>
            </w:r>
          </w:p>
        </w:tc>
      </w:tr>
      <w:tr w:rsidR="7FFD18F3" w14:paraId="0596F363"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340E0B77" w14:textId="45EB8F05"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Mission Fulfillment</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305DEDE" w14:textId="10A3D82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'Mission Fulfillment' when discussing NWCCU accreditation and Bellevue's indicators of institutional effectiveness.</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340BC65E" w14:textId="01991171" w:rsidR="7FFD18F3" w:rsidRDefault="6F9DACFC" w:rsidP="0193FE03">
            <w:pPr>
              <w:rPr>
                <w:rFonts w:eastAsia="Calibri" w:cs="Calibri"/>
                <w:sz w:val="24"/>
                <w:szCs w:val="24"/>
              </w:rPr>
            </w:pPr>
            <w:r w:rsidRPr="0193FE03">
              <w:rPr>
                <w:rFonts w:eastAsia="Calibri" w:cs="Calibri"/>
                <w:sz w:val="24"/>
                <w:szCs w:val="24"/>
              </w:rPr>
              <w:t>Institutional mission within system context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0B6182C" w14:textId="563EDA20" w:rsidR="7FFD18F3" w:rsidRDefault="6F9DACFC" w:rsidP="0193FE03">
            <w:pPr>
              <w:rPr>
                <w:rFonts w:eastAsia="Calibri" w:cs="Calibri"/>
                <w:sz w:val="24"/>
                <w:szCs w:val="24"/>
              </w:rPr>
            </w:pPr>
            <w:r w:rsidRPr="0193FE03">
              <w:rPr>
                <w:rFonts w:eastAsia="Calibri" w:cs="Calibri"/>
                <w:sz w:val="24"/>
                <w:szCs w:val="24"/>
              </w:rPr>
              <w:t>Formal NWCCU concept requiring meaningful indicators, thresholds, and evidence</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21FBC37A" w14:textId="00DB5A5C" w:rsidR="7FFD18F3" w:rsidRDefault="6F9DACFC" w:rsidP="0193FE03">
            <w:pPr>
              <w:rPr>
                <w:rFonts w:eastAsia="Calibri" w:cs="Calibri"/>
                <w:sz w:val="24"/>
                <w:szCs w:val="24"/>
              </w:rPr>
            </w:pPr>
            <w:r w:rsidRPr="0193FE03">
              <w:rPr>
                <w:rFonts w:eastAsia="Calibri" w:cs="Calibri"/>
                <w:sz w:val="24"/>
                <w:szCs w:val="24"/>
              </w:rPr>
              <w:t>Community college mission and student success</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1F4596E" w14:textId="41CF5811" w:rsidR="7FFD18F3" w:rsidRDefault="6F9DACFC" w:rsidP="0193FE03">
            <w:pPr>
              <w:rPr>
                <w:rFonts w:eastAsia="Calibri" w:cs="Calibri"/>
                <w:sz w:val="24"/>
                <w:szCs w:val="24"/>
              </w:rPr>
            </w:pPr>
            <w:r w:rsidRPr="0193FE03">
              <w:rPr>
                <w:rFonts w:eastAsia="Calibri" w:cs="Calibri"/>
                <w:sz w:val="24"/>
                <w:szCs w:val="24"/>
              </w:rPr>
              <w:t>Institutional mission connected to liberal learning and student outcomes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2235FABC" w14:textId="10299D7F" w:rsidR="7FFD18F3" w:rsidRDefault="6F9DACFC" w:rsidP="0193FE03">
            <w:pPr>
              <w:rPr>
                <w:rFonts w:eastAsia="Calibri" w:cs="Calibri"/>
                <w:sz w:val="24"/>
                <w:szCs w:val="24"/>
              </w:rPr>
            </w:pPr>
            <w:r w:rsidRPr="0193FE03">
              <w:rPr>
                <w:rFonts w:eastAsia="Calibri" w:cs="Calibri"/>
                <w:sz w:val="24"/>
                <w:szCs w:val="24"/>
              </w:rPr>
              <w:t xml:space="preserve">Do not </w:t>
            </w:r>
            <w:proofErr w:type="gramStart"/>
            <w:r w:rsidRPr="0193FE03">
              <w:rPr>
                <w:rFonts w:eastAsia="Calibri" w:cs="Calibri"/>
                <w:sz w:val="24"/>
                <w:szCs w:val="24"/>
              </w:rPr>
              <w:t>use</w:t>
            </w:r>
            <w:proofErr w:type="gramEnd"/>
            <w:r w:rsidRPr="0193FE03">
              <w:rPr>
                <w:rFonts w:eastAsia="Calibri" w:cs="Calibri"/>
                <w:sz w:val="24"/>
                <w:szCs w:val="24"/>
              </w:rPr>
              <w:t xml:space="preserve"> as a generic synonym for good performance.</w:t>
            </w:r>
          </w:p>
        </w:tc>
      </w:tr>
      <w:tr w:rsidR="7FFD18F3" w14:paraId="26E27BFC"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285C07A3" w14:textId="57DDB814"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Strategic Goal</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4B293A8" w14:textId="60331E3D"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'Strategic Goal' for broad, long-term institutional priorities in the strategic plan.</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19863207" w14:textId="7F99C429" w:rsidR="7FFD18F3" w:rsidRDefault="6F9DACFC" w:rsidP="0193FE03">
            <w:pPr>
              <w:rPr>
                <w:rFonts w:eastAsia="Calibri" w:cs="Calibri"/>
                <w:sz w:val="24"/>
                <w:szCs w:val="24"/>
              </w:rPr>
            </w:pPr>
            <w:r w:rsidRPr="0193FE03">
              <w:rPr>
                <w:rFonts w:eastAsia="Calibri" w:cs="Calibri"/>
                <w:sz w:val="24"/>
                <w:szCs w:val="24"/>
              </w:rPr>
              <w:t>Strategic priorities may be local/system aligned</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64A9040E" w14:textId="687C9A98" w:rsidR="7FFD18F3" w:rsidRDefault="6F9DACFC" w:rsidP="0193FE03">
            <w:pPr>
              <w:rPr>
                <w:rFonts w:eastAsia="Calibri" w:cs="Calibri"/>
                <w:sz w:val="24"/>
                <w:szCs w:val="24"/>
              </w:rPr>
            </w:pPr>
            <w:r w:rsidRPr="0193FE03">
              <w:rPr>
                <w:rFonts w:eastAsia="Calibri" w:cs="Calibri"/>
                <w:sz w:val="24"/>
                <w:szCs w:val="24"/>
              </w:rPr>
              <w:t>Planning and mission effectiveness concept</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5C781434" w14:textId="015A4FA6" w:rsidR="7FFD18F3" w:rsidRDefault="6F9DACFC" w:rsidP="0193FE03">
            <w:pPr>
              <w:rPr>
                <w:rFonts w:eastAsia="Calibri" w:cs="Calibri"/>
                <w:sz w:val="24"/>
                <w:szCs w:val="24"/>
              </w:rPr>
            </w:pPr>
            <w:r w:rsidRPr="0193FE03">
              <w:rPr>
                <w:rFonts w:eastAsia="Calibri" w:cs="Calibri"/>
                <w:sz w:val="24"/>
                <w:szCs w:val="24"/>
              </w:rPr>
              <w:t>Student success, workforce, access, institutional transformation goals</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2A771DB5" w14:textId="64A4520B" w:rsidR="7FFD18F3" w:rsidRDefault="6F9DACFC" w:rsidP="0193FE03">
            <w:pPr>
              <w:rPr>
                <w:rFonts w:eastAsia="Calibri" w:cs="Calibri"/>
                <w:sz w:val="24"/>
                <w:szCs w:val="24"/>
              </w:rPr>
            </w:pPr>
            <w:r w:rsidRPr="0193FE03">
              <w:rPr>
                <w:rFonts w:eastAsia="Calibri" w:cs="Calibri"/>
                <w:sz w:val="24"/>
                <w:szCs w:val="24"/>
              </w:rPr>
              <w:t>Inclusive excellence and liberal education goals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6BC3578D" w14:textId="42FA420C" w:rsidR="7FFD18F3" w:rsidRDefault="6F9DACFC" w:rsidP="0193FE03">
            <w:pPr>
              <w:rPr>
                <w:rFonts w:eastAsia="Calibri" w:cs="Calibri"/>
                <w:sz w:val="24"/>
                <w:szCs w:val="24"/>
              </w:rPr>
            </w:pPr>
            <w:r w:rsidRPr="0193FE03">
              <w:rPr>
                <w:rFonts w:eastAsia="Calibri" w:cs="Calibri"/>
                <w:sz w:val="24"/>
                <w:szCs w:val="24"/>
              </w:rPr>
              <w:t>Goals should connect to measurable objectives and indicators.</w:t>
            </w:r>
          </w:p>
        </w:tc>
      </w:tr>
      <w:tr w:rsidR="7FFD18F3" w14:paraId="3272708D"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37BFD4A4" w14:textId="6EEC835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Objective</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BF09E6C" w14:textId="1496F346"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'Objective' for a specific </w:t>
            </w:r>
            <w:r w:rsidRPr="0193FE03">
              <w:rPr>
                <w:rFonts w:eastAsia="Calibri" w:cs="Calibri"/>
                <w:color w:val="000000" w:themeColor="text1"/>
                <w:sz w:val="24"/>
                <w:szCs w:val="24"/>
              </w:rPr>
              <w:lastRenderedPageBreak/>
              <w:t>intended result that advances a strategic goal.</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2F8EDB91" w14:textId="64EE844E" w:rsidR="7FFD18F3" w:rsidRDefault="6F9DACFC" w:rsidP="0193FE03">
            <w:pPr>
              <w:rPr>
                <w:rFonts w:eastAsia="Calibri" w:cs="Calibri"/>
                <w:sz w:val="24"/>
                <w:szCs w:val="24"/>
              </w:rPr>
            </w:pPr>
            <w:r w:rsidRPr="0193FE03">
              <w:rPr>
                <w:rFonts w:eastAsia="Calibri" w:cs="Calibri"/>
                <w:sz w:val="24"/>
                <w:szCs w:val="24"/>
              </w:rPr>
              <w:lastRenderedPageBreak/>
              <w:t>Local planning term</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E670615" w14:textId="5BBF0795" w:rsidR="7FFD18F3" w:rsidRDefault="6F9DACFC" w:rsidP="0193FE03">
            <w:pPr>
              <w:rPr>
                <w:rFonts w:eastAsia="Calibri" w:cs="Calibri"/>
                <w:sz w:val="24"/>
                <w:szCs w:val="24"/>
              </w:rPr>
            </w:pPr>
            <w:r w:rsidRPr="0193FE03">
              <w:rPr>
                <w:rFonts w:eastAsia="Calibri" w:cs="Calibri"/>
                <w:sz w:val="24"/>
                <w:szCs w:val="24"/>
              </w:rPr>
              <w:t>Planning target or intended result</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5E196FF6" w14:textId="1341F5A3" w:rsidR="7FFD18F3" w:rsidRDefault="6F9DACFC" w:rsidP="0193FE03">
            <w:pPr>
              <w:rPr>
                <w:rFonts w:eastAsia="Calibri" w:cs="Calibri"/>
                <w:sz w:val="24"/>
                <w:szCs w:val="24"/>
              </w:rPr>
            </w:pPr>
            <w:r w:rsidRPr="0193FE03">
              <w:rPr>
                <w:rFonts w:eastAsia="Calibri" w:cs="Calibri"/>
                <w:sz w:val="24"/>
                <w:szCs w:val="24"/>
              </w:rPr>
              <w:t>Implementation or student success objective</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5490A476" w14:textId="647A7646" w:rsidR="7FFD18F3" w:rsidRDefault="6F9DACFC" w:rsidP="0193FE03">
            <w:pPr>
              <w:rPr>
                <w:rFonts w:eastAsia="Calibri" w:cs="Calibri"/>
                <w:sz w:val="24"/>
                <w:szCs w:val="24"/>
              </w:rPr>
            </w:pPr>
            <w:r w:rsidRPr="0193FE03">
              <w:rPr>
                <w:rFonts w:eastAsia="Calibri" w:cs="Calibri"/>
                <w:sz w:val="24"/>
                <w:szCs w:val="24"/>
              </w:rPr>
              <w:t>Outcome/goal depending on context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37922019" w14:textId="51582232" w:rsidR="7FFD18F3" w:rsidRDefault="6F9DACFC" w:rsidP="0193FE03">
            <w:pPr>
              <w:rPr>
                <w:rFonts w:eastAsia="Calibri" w:cs="Calibri"/>
                <w:sz w:val="24"/>
                <w:szCs w:val="24"/>
              </w:rPr>
            </w:pPr>
            <w:r w:rsidRPr="0193FE03">
              <w:rPr>
                <w:rFonts w:eastAsia="Calibri" w:cs="Calibri"/>
                <w:sz w:val="24"/>
                <w:szCs w:val="24"/>
              </w:rPr>
              <w:t xml:space="preserve">Objectives should be </w:t>
            </w:r>
            <w:r w:rsidRPr="0193FE03">
              <w:rPr>
                <w:rFonts w:eastAsia="Calibri" w:cs="Calibri"/>
                <w:sz w:val="24"/>
                <w:szCs w:val="24"/>
              </w:rPr>
              <w:lastRenderedPageBreak/>
              <w:t>measurable or evaluable.</w:t>
            </w:r>
          </w:p>
        </w:tc>
      </w:tr>
      <w:tr w:rsidR="7FFD18F3" w14:paraId="11BE5E46"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533A17FC" w14:textId="741D6FE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lastRenderedPageBreak/>
              <w:t>Initiative</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67B379E" w14:textId="3493BB68"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'Initiative' for a significant coordinated effort tied to a strategic goal.</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4171FDA3" w14:textId="436ECFBB" w:rsidR="7FFD18F3" w:rsidRDefault="6F9DACFC" w:rsidP="0193FE03">
            <w:pPr>
              <w:rPr>
                <w:rFonts w:eastAsia="Calibri" w:cs="Calibri"/>
                <w:sz w:val="24"/>
                <w:szCs w:val="24"/>
              </w:rPr>
            </w:pPr>
            <w:r w:rsidRPr="0193FE03">
              <w:rPr>
                <w:rFonts w:eastAsia="Calibri" w:cs="Calibri"/>
                <w:sz w:val="24"/>
                <w:szCs w:val="24"/>
              </w:rPr>
              <w:t>Local term; sometimes used for system efforts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18C75F7" w14:textId="0D6C11F2" w:rsidR="7FFD18F3" w:rsidRDefault="6F9DACFC" w:rsidP="0193FE03">
            <w:pPr>
              <w:rPr>
                <w:rFonts w:eastAsia="Calibri" w:cs="Calibri"/>
                <w:sz w:val="24"/>
                <w:szCs w:val="24"/>
              </w:rPr>
            </w:pPr>
            <w:r w:rsidRPr="0193FE03">
              <w:rPr>
                <w:rFonts w:eastAsia="Calibri" w:cs="Calibri"/>
                <w:sz w:val="24"/>
                <w:szCs w:val="24"/>
              </w:rPr>
              <w:t>Planned action or improvement strategy</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4724B9AE" w14:textId="2167BDCE" w:rsidR="7FFD18F3" w:rsidRDefault="6F9DACFC" w:rsidP="0193FE03">
            <w:pPr>
              <w:rPr>
                <w:rFonts w:eastAsia="Calibri" w:cs="Calibri"/>
                <w:sz w:val="24"/>
                <w:szCs w:val="24"/>
              </w:rPr>
            </w:pPr>
            <w:r w:rsidRPr="0193FE03">
              <w:rPr>
                <w:rFonts w:eastAsia="Calibri" w:cs="Calibri"/>
                <w:sz w:val="24"/>
                <w:szCs w:val="24"/>
              </w:rPr>
              <w:t>Student success initiative, workforce initiative</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1606AE85" w14:textId="75BCF587" w:rsidR="7FFD18F3" w:rsidRDefault="6F9DACFC" w:rsidP="0193FE03">
            <w:pPr>
              <w:rPr>
                <w:rFonts w:eastAsia="Calibri" w:cs="Calibri"/>
                <w:sz w:val="24"/>
                <w:szCs w:val="24"/>
              </w:rPr>
            </w:pPr>
            <w:r w:rsidRPr="0193FE03">
              <w:rPr>
                <w:rFonts w:eastAsia="Calibri" w:cs="Calibri"/>
                <w:sz w:val="24"/>
                <w:szCs w:val="24"/>
              </w:rPr>
              <w:t>Campus initiative around learning outcomes or equity</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5C1EDF4" w14:textId="474AD510" w:rsidR="7FFD18F3" w:rsidRDefault="6F9DACFC" w:rsidP="0193FE03">
            <w:pPr>
              <w:rPr>
                <w:rFonts w:eastAsia="Calibri" w:cs="Calibri"/>
                <w:sz w:val="24"/>
                <w:szCs w:val="24"/>
              </w:rPr>
            </w:pPr>
            <w:proofErr w:type="gramStart"/>
            <w:r w:rsidRPr="0193FE03">
              <w:rPr>
                <w:rFonts w:eastAsia="Calibri" w:cs="Calibri"/>
                <w:sz w:val="24"/>
                <w:szCs w:val="24"/>
              </w:rPr>
              <w:t>Longer-term</w:t>
            </w:r>
            <w:proofErr w:type="gramEnd"/>
            <w:r w:rsidRPr="0193FE03">
              <w:rPr>
                <w:rFonts w:eastAsia="Calibri" w:cs="Calibri"/>
                <w:sz w:val="24"/>
                <w:szCs w:val="24"/>
              </w:rPr>
              <w:t xml:space="preserve"> than a project; may include multiple projects.</w:t>
            </w:r>
          </w:p>
        </w:tc>
      </w:tr>
      <w:tr w:rsidR="7FFD18F3" w14:paraId="1DD0A321"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3C8FC07A" w14:textId="6FFCA720"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Project</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7EDF3A9A" w14:textId="3CA2E553"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'Project' for temporary work with defined deliverables, timeline, and endpoint.</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5F354F84" w14:textId="159F1655" w:rsidR="7FFD18F3" w:rsidRDefault="6F9DACFC" w:rsidP="0193FE03">
            <w:pPr>
              <w:rPr>
                <w:rFonts w:eastAsia="Calibri" w:cs="Calibri"/>
                <w:sz w:val="24"/>
                <w:szCs w:val="24"/>
              </w:rPr>
            </w:pPr>
            <w:r w:rsidRPr="0193FE03">
              <w:rPr>
                <w:rFonts w:eastAsia="Calibri" w:cs="Calibri"/>
                <w:sz w:val="24"/>
                <w:szCs w:val="24"/>
              </w:rPr>
              <w:t>Local operational term</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4EA6ABD" w14:textId="60D6FFBA" w:rsidR="7FFD18F3" w:rsidRDefault="6F9DACFC" w:rsidP="0193FE03">
            <w:pPr>
              <w:rPr>
                <w:rFonts w:eastAsia="Calibri" w:cs="Calibri"/>
                <w:sz w:val="24"/>
                <w:szCs w:val="24"/>
              </w:rPr>
            </w:pPr>
            <w:r w:rsidRPr="0193FE03">
              <w:rPr>
                <w:rFonts w:eastAsia="Calibri" w:cs="Calibri"/>
                <w:sz w:val="24"/>
                <w:szCs w:val="24"/>
              </w:rPr>
              <w:t>Temporary implementation activity</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5CE79F42" w14:textId="358A82DD" w:rsidR="7FFD18F3" w:rsidRDefault="6F9DACFC" w:rsidP="0193FE03">
            <w:pPr>
              <w:rPr>
                <w:rFonts w:eastAsia="Calibri" w:cs="Calibri"/>
                <w:sz w:val="24"/>
                <w:szCs w:val="24"/>
              </w:rPr>
            </w:pPr>
            <w:r w:rsidRPr="0193FE03">
              <w:rPr>
                <w:rFonts w:eastAsia="Calibri" w:cs="Calibri"/>
                <w:sz w:val="24"/>
                <w:szCs w:val="24"/>
              </w:rPr>
              <w:t>Project or partnership</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94DB6B9" w14:textId="607181C8" w:rsidR="7FFD18F3" w:rsidRDefault="6F9DACFC" w:rsidP="0193FE03">
            <w:pPr>
              <w:rPr>
                <w:rFonts w:eastAsia="Calibri" w:cs="Calibri"/>
                <w:sz w:val="24"/>
                <w:szCs w:val="24"/>
              </w:rPr>
            </w:pPr>
            <w:r w:rsidRPr="0193FE03">
              <w:rPr>
                <w:rFonts w:eastAsia="Calibri" w:cs="Calibri"/>
                <w:sz w:val="24"/>
                <w:szCs w:val="24"/>
              </w:rPr>
              <w:t>Project or initiative</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238D6EE1" w14:textId="03FC701B" w:rsidR="7FFD18F3" w:rsidRDefault="6F9DACFC" w:rsidP="0193FE03">
            <w:pPr>
              <w:rPr>
                <w:rFonts w:eastAsia="Calibri" w:cs="Calibri"/>
                <w:sz w:val="24"/>
                <w:szCs w:val="24"/>
              </w:rPr>
            </w:pPr>
            <w:r w:rsidRPr="0193FE03">
              <w:rPr>
                <w:rFonts w:eastAsia="Calibri" w:cs="Calibri"/>
                <w:sz w:val="24"/>
                <w:szCs w:val="24"/>
              </w:rPr>
              <w:t xml:space="preserve">Avoid using </w:t>
            </w:r>
            <w:proofErr w:type="gramStart"/>
            <w:r w:rsidRPr="0193FE03">
              <w:rPr>
                <w:rFonts w:eastAsia="Calibri" w:cs="Calibri"/>
                <w:sz w:val="24"/>
                <w:szCs w:val="24"/>
              </w:rPr>
              <w:t>project</w:t>
            </w:r>
            <w:proofErr w:type="gramEnd"/>
            <w:r w:rsidRPr="0193FE03">
              <w:rPr>
                <w:rFonts w:eastAsia="Calibri" w:cs="Calibri"/>
                <w:sz w:val="24"/>
                <w:szCs w:val="24"/>
              </w:rPr>
              <w:t xml:space="preserve"> for standing programs.</w:t>
            </w:r>
          </w:p>
        </w:tc>
      </w:tr>
      <w:tr w:rsidR="7FFD18F3" w14:paraId="2ECC072E"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67F629C6" w14:textId="01181C8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Metric</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66E33D93" w14:textId="5DDE90D9"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'Metric' for a specific quantitative or qualitative measure.</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3E4BBF0C" w14:textId="74C9B8C8" w:rsidR="7FFD18F3" w:rsidRDefault="6F9DACFC" w:rsidP="0193FE03">
            <w:pPr>
              <w:rPr>
                <w:rFonts w:eastAsia="Calibri" w:cs="Calibri"/>
                <w:sz w:val="24"/>
                <w:szCs w:val="24"/>
              </w:rPr>
            </w:pPr>
            <w:r w:rsidRPr="0193FE03">
              <w:rPr>
                <w:rFonts w:eastAsia="Calibri" w:cs="Calibri"/>
                <w:sz w:val="24"/>
                <w:szCs w:val="24"/>
              </w:rPr>
              <w:t>Data element, reporting measure</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B36AF40" w14:textId="60FBD798" w:rsidR="7FFD18F3" w:rsidRDefault="6F9DACFC" w:rsidP="0193FE03">
            <w:pPr>
              <w:rPr>
                <w:rFonts w:eastAsia="Calibri" w:cs="Calibri"/>
                <w:sz w:val="24"/>
                <w:szCs w:val="24"/>
              </w:rPr>
            </w:pPr>
            <w:r w:rsidRPr="0193FE03">
              <w:rPr>
                <w:rFonts w:eastAsia="Calibri" w:cs="Calibri"/>
                <w:sz w:val="24"/>
                <w:szCs w:val="24"/>
              </w:rPr>
              <w:t>Meaningful indicator, benchmark, threshold, measure</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76D29BCF" w14:textId="37C43A8B" w:rsidR="7FFD18F3" w:rsidRDefault="6F9DACFC" w:rsidP="0193FE03">
            <w:pPr>
              <w:rPr>
                <w:rFonts w:eastAsia="Calibri" w:cs="Calibri"/>
                <w:sz w:val="24"/>
                <w:szCs w:val="24"/>
              </w:rPr>
            </w:pPr>
            <w:r w:rsidRPr="0193FE03">
              <w:rPr>
                <w:rFonts w:eastAsia="Calibri" w:cs="Calibri"/>
                <w:sz w:val="24"/>
                <w:szCs w:val="24"/>
              </w:rPr>
              <w:t>Accountability/student success measure</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68A6453A" w14:textId="614EFD00" w:rsidR="7FFD18F3" w:rsidRDefault="6F9DACFC" w:rsidP="0193FE03">
            <w:pPr>
              <w:rPr>
                <w:rFonts w:eastAsia="Calibri" w:cs="Calibri"/>
                <w:sz w:val="24"/>
                <w:szCs w:val="24"/>
              </w:rPr>
            </w:pPr>
            <w:r w:rsidRPr="0193FE03">
              <w:rPr>
                <w:rFonts w:eastAsia="Calibri" w:cs="Calibri"/>
                <w:sz w:val="24"/>
                <w:szCs w:val="24"/>
              </w:rPr>
              <w:t>Assessment evidence or measure</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3D23B419" w14:textId="23C1B30F" w:rsidR="7FFD18F3" w:rsidRDefault="6F9DACFC" w:rsidP="0193FE03">
            <w:pPr>
              <w:rPr>
                <w:rFonts w:eastAsia="Calibri" w:cs="Calibri"/>
                <w:sz w:val="24"/>
                <w:szCs w:val="24"/>
              </w:rPr>
            </w:pPr>
            <w:r w:rsidRPr="0193FE03">
              <w:rPr>
                <w:rFonts w:eastAsia="Calibri" w:cs="Calibri"/>
                <w:sz w:val="24"/>
                <w:szCs w:val="24"/>
              </w:rPr>
              <w:t>A metric is not automatically a KPI.</w:t>
            </w:r>
          </w:p>
        </w:tc>
      </w:tr>
      <w:tr w:rsidR="7FFD18F3" w14:paraId="219B8562"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37692E45" w14:textId="2775BB34"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Outcome</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4083CB61" w14:textId="2FF8904B"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'Outcome' for the result students, </w:t>
            </w:r>
            <w:r w:rsidRPr="0193FE03">
              <w:rPr>
                <w:rFonts w:eastAsia="Calibri" w:cs="Calibri"/>
                <w:color w:val="000000" w:themeColor="text1"/>
                <w:sz w:val="24"/>
                <w:szCs w:val="24"/>
              </w:rPr>
              <w:lastRenderedPageBreak/>
              <w:t>programs, or the institution intend to achieve.</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45CBF2DA" w14:textId="6D776E47" w:rsidR="7FFD18F3" w:rsidRDefault="6F9DACFC" w:rsidP="0193FE03">
            <w:pPr>
              <w:rPr>
                <w:rFonts w:eastAsia="Calibri" w:cs="Calibri"/>
                <w:sz w:val="24"/>
                <w:szCs w:val="24"/>
              </w:rPr>
            </w:pPr>
            <w:r w:rsidRPr="0193FE03">
              <w:rPr>
                <w:rFonts w:eastAsia="Calibri" w:cs="Calibri"/>
                <w:sz w:val="24"/>
                <w:szCs w:val="24"/>
              </w:rPr>
              <w:lastRenderedPageBreak/>
              <w:t>Instructional, program, or student outcome depending on context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22DD0E70" w14:textId="130E4059" w:rsidR="7FFD18F3" w:rsidRDefault="6F9DACFC" w:rsidP="0193FE03">
            <w:pPr>
              <w:rPr>
                <w:rFonts w:eastAsia="Calibri" w:cs="Calibri"/>
                <w:sz w:val="24"/>
                <w:szCs w:val="24"/>
              </w:rPr>
            </w:pPr>
            <w:r w:rsidRPr="0193FE03">
              <w:rPr>
                <w:rFonts w:eastAsia="Calibri" w:cs="Calibri"/>
                <w:sz w:val="24"/>
                <w:szCs w:val="24"/>
              </w:rPr>
              <w:t xml:space="preserve">Student learning outcomes, student achievement </w:t>
            </w:r>
            <w:r w:rsidRPr="0193FE03">
              <w:rPr>
                <w:rFonts w:eastAsia="Calibri" w:cs="Calibri"/>
                <w:sz w:val="24"/>
                <w:szCs w:val="24"/>
              </w:rPr>
              <w:lastRenderedPageBreak/>
              <w:t>outcomes, mission outcomes</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5A740970" w14:textId="4210E3C1" w:rsidR="7FFD18F3" w:rsidRDefault="6F9DACFC" w:rsidP="0193FE03">
            <w:pPr>
              <w:rPr>
                <w:rFonts w:eastAsia="Calibri" w:cs="Calibri"/>
                <w:sz w:val="24"/>
                <w:szCs w:val="24"/>
              </w:rPr>
            </w:pPr>
            <w:r w:rsidRPr="0193FE03">
              <w:rPr>
                <w:rFonts w:eastAsia="Calibri" w:cs="Calibri"/>
                <w:sz w:val="24"/>
                <w:szCs w:val="24"/>
              </w:rPr>
              <w:lastRenderedPageBreak/>
              <w:t>Student success and workforce outcomes</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2D970DEA" w14:textId="0862D948" w:rsidR="7FFD18F3" w:rsidRDefault="6F9DACFC" w:rsidP="0193FE03">
            <w:pPr>
              <w:rPr>
                <w:rFonts w:eastAsia="Calibri" w:cs="Calibri"/>
                <w:sz w:val="24"/>
                <w:szCs w:val="24"/>
              </w:rPr>
            </w:pPr>
            <w:r w:rsidRPr="0193FE03">
              <w:rPr>
                <w:rFonts w:eastAsia="Calibri" w:cs="Calibri"/>
                <w:sz w:val="24"/>
                <w:szCs w:val="24"/>
              </w:rPr>
              <w:t xml:space="preserve">Essential learning outcomes and </w:t>
            </w:r>
            <w:r w:rsidRPr="0193FE03">
              <w:rPr>
                <w:rFonts w:eastAsia="Calibri" w:cs="Calibri"/>
                <w:sz w:val="24"/>
                <w:szCs w:val="24"/>
              </w:rPr>
              <w:lastRenderedPageBreak/>
              <w:t>VALUE outcomes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03B6D288" w14:textId="12F11716" w:rsidR="7FFD18F3" w:rsidRDefault="6F9DACFC" w:rsidP="0193FE03">
            <w:pPr>
              <w:rPr>
                <w:rFonts w:eastAsia="Calibri" w:cs="Calibri"/>
                <w:sz w:val="24"/>
                <w:szCs w:val="24"/>
              </w:rPr>
            </w:pPr>
            <w:r w:rsidRPr="0193FE03">
              <w:rPr>
                <w:rFonts w:eastAsia="Calibri" w:cs="Calibri"/>
                <w:sz w:val="24"/>
                <w:szCs w:val="24"/>
              </w:rPr>
              <w:lastRenderedPageBreak/>
              <w:t xml:space="preserve">Specify student learning, program, service, </w:t>
            </w:r>
            <w:r w:rsidRPr="0193FE03">
              <w:rPr>
                <w:rFonts w:eastAsia="Calibri" w:cs="Calibri"/>
                <w:sz w:val="24"/>
                <w:szCs w:val="24"/>
              </w:rPr>
              <w:lastRenderedPageBreak/>
              <w:t>administrative, or institutional outcome.</w:t>
            </w:r>
          </w:p>
        </w:tc>
      </w:tr>
      <w:tr w:rsidR="7FFD18F3" w14:paraId="1A12C7B8"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3AA3B051" w14:textId="2886556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lastRenderedPageBreak/>
              <w:t>Assessment</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AD29572" w14:textId="7A9D1E93"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'Assessment' for systematic collection, analysis, and use of evidence to improve student learning, programs, services, or institutional effectiveness.</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7DA67AEE" w14:textId="22B9B345" w:rsidR="7FFD18F3" w:rsidRDefault="6F9DACFC" w:rsidP="0193FE03">
            <w:pPr>
              <w:rPr>
                <w:rFonts w:eastAsia="Calibri" w:cs="Calibri"/>
                <w:sz w:val="24"/>
                <w:szCs w:val="24"/>
              </w:rPr>
            </w:pPr>
            <w:r w:rsidRPr="0193FE03">
              <w:rPr>
                <w:rFonts w:eastAsia="Calibri" w:cs="Calibri"/>
                <w:sz w:val="24"/>
                <w:szCs w:val="24"/>
              </w:rPr>
              <w:t>May appear in program/course contexts</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1DDEC14B" w14:textId="4BED1457" w:rsidR="7FFD18F3" w:rsidRDefault="6F9DACFC" w:rsidP="0193FE03">
            <w:pPr>
              <w:rPr>
                <w:rFonts w:eastAsia="Calibri" w:cs="Calibri"/>
                <w:sz w:val="24"/>
                <w:szCs w:val="24"/>
              </w:rPr>
            </w:pPr>
            <w:r w:rsidRPr="0193FE03">
              <w:rPr>
                <w:rFonts w:eastAsia="Calibri" w:cs="Calibri"/>
                <w:sz w:val="24"/>
                <w:szCs w:val="24"/>
              </w:rPr>
              <w:t>Systematic process for student learning and institutional improvement</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02FE672D" w14:textId="6D730148" w:rsidR="7FFD18F3" w:rsidRDefault="6F9DACFC" w:rsidP="0193FE03">
            <w:pPr>
              <w:rPr>
                <w:rFonts w:eastAsia="Calibri" w:cs="Calibri"/>
                <w:sz w:val="24"/>
                <w:szCs w:val="24"/>
              </w:rPr>
            </w:pPr>
            <w:r w:rsidRPr="0193FE03">
              <w:rPr>
                <w:rFonts w:eastAsia="Calibri" w:cs="Calibri"/>
                <w:sz w:val="24"/>
                <w:szCs w:val="24"/>
              </w:rPr>
              <w:t>Evidence-informed improvement and student success work</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B35E44D" w14:textId="08EE742A" w:rsidR="7FFD18F3" w:rsidRDefault="6F9DACFC" w:rsidP="0193FE03">
            <w:pPr>
              <w:rPr>
                <w:rFonts w:eastAsia="Calibri" w:cs="Calibri"/>
                <w:sz w:val="24"/>
                <w:szCs w:val="24"/>
              </w:rPr>
            </w:pPr>
            <w:r w:rsidRPr="0193FE03">
              <w:rPr>
                <w:rFonts w:eastAsia="Calibri" w:cs="Calibri"/>
                <w:sz w:val="24"/>
                <w:szCs w:val="24"/>
              </w:rPr>
              <w:t>Authentic assessment of student work; VALUE rubrics</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538C6428" w14:textId="7FD1DB37" w:rsidR="7FFD18F3" w:rsidRDefault="6F9DACFC" w:rsidP="0193FE03">
            <w:pPr>
              <w:rPr>
                <w:rFonts w:eastAsia="Calibri" w:cs="Calibri"/>
                <w:sz w:val="24"/>
                <w:szCs w:val="24"/>
              </w:rPr>
            </w:pPr>
            <w:proofErr w:type="gramStart"/>
            <w:r w:rsidRPr="0193FE03">
              <w:rPr>
                <w:rFonts w:eastAsia="Calibri" w:cs="Calibri"/>
                <w:sz w:val="24"/>
                <w:szCs w:val="24"/>
              </w:rPr>
              <w:t>Make</w:t>
            </w:r>
            <w:proofErr w:type="gramEnd"/>
            <w:r w:rsidRPr="0193FE03">
              <w:rPr>
                <w:rFonts w:eastAsia="Calibri" w:cs="Calibri"/>
                <w:sz w:val="24"/>
                <w:szCs w:val="24"/>
              </w:rPr>
              <w:t xml:space="preserve"> explicit whether assessment is learning, program, service, or institutional.</w:t>
            </w:r>
          </w:p>
        </w:tc>
      </w:tr>
      <w:tr w:rsidR="7FFD18F3" w14:paraId="4BCA2898"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5DDD371E" w14:textId="3A244C70"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Evaluation</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51A2CFB2" w14:textId="05B5EFC5"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'Evaluation' for judging effectiveness, quality, or impact after evidence has been collected.</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41D5265E" w14:textId="18E943F1" w:rsidR="7FFD18F3" w:rsidRDefault="6F9DACFC" w:rsidP="0193FE03">
            <w:pPr>
              <w:rPr>
                <w:rFonts w:eastAsia="Calibri" w:cs="Calibri"/>
                <w:sz w:val="24"/>
                <w:szCs w:val="24"/>
              </w:rPr>
            </w:pPr>
            <w:r w:rsidRPr="0193FE03">
              <w:rPr>
                <w:rFonts w:eastAsia="Calibri" w:cs="Calibri"/>
                <w:sz w:val="24"/>
                <w:szCs w:val="24"/>
              </w:rPr>
              <w:t>Compliance/review/analysis context</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48D6A4A5" w14:textId="42BC8E64" w:rsidR="7FFD18F3" w:rsidRDefault="6F9DACFC" w:rsidP="0193FE03">
            <w:pPr>
              <w:rPr>
                <w:rFonts w:eastAsia="Calibri" w:cs="Calibri"/>
                <w:sz w:val="24"/>
                <w:szCs w:val="24"/>
              </w:rPr>
            </w:pPr>
            <w:r w:rsidRPr="0193FE03">
              <w:rPr>
                <w:rFonts w:eastAsia="Calibri" w:cs="Calibri"/>
                <w:sz w:val="24"/>
                <w:szCs w:val="24"/>
              </w:rPr>
              <w:t>Judgment of effectiveness based on evidence</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6EF65AF9" w14:textId="1A6DC27A" w:rsidR="7FFD18F3" w:rsidRDefault="6F9DACFC" w:rsidP="0193FE03">
            <w:pPr>
              <w:rPr>
                <w:rFonts w:eastAsia="Calibri" w:cs="Calibri"/>
                <w:sz w:val="24"/>
                <w:szCs w:val="24"/>
              </w:rPr>
            </w:pPr>
            <w:r w:rsidRPr="0193FE03">
              <w:rPr>
                <w:rFonts w:eastAsia="Calibri" w:cs="Calibri"/>
                <w:sz w:val="24"/>
                <w:szCs w:val="24"/>
              </w:rPr>
              <w:t>Program/service effectiveness review</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02FC1DFA" w14:textId="40B8061A" w:rsidR="7FFD18F3" w:rsidRDefault="6F9DACFC" w:rsidP="0193FE03">
            <w:pPr>
              <w:rPr>
                <w:rFonts w:eastAsia="Calibri" w:cs="Calibri"/>
                <w:sz w:val="24"/>
                <w:szCs w:val="24"/>
              </w:rPr>
            </w:pPr>
            <w:r w:rsidRPr="0193FE03">
              <w:rPr>
                <w:rFonts w:eastAsia="Calibri" w:cs="Calibri"/>
                <w:sz w:val="24"/>
                <w:szCs w:val="24"/>
              </w:rPr>
              <w:t>Evaluation of learning evidence</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7C382E2D" w14:textId="1D03A4BA" w:rsidR="7FFD18F3" w:rsidRDefault="6F9DACFC" w:rsidP="0193FE03">
            <w:pPr>
              <w:rPr>
                <w:rFonts w:eastAsia="Calibri" w:cs="Calibri"/>
                <w:sz w:val="24"/>
                <w:szCs w:val="24"/>
              </w:rPr>
            </w:pPr>
            <w:r w:rsidRPr="0193FE03">
              <w:rPr>
                <w:rFonts w:eastAsia="Calibri" w:cs="Calibri"/>
                <w:sz w:val="24"/>
                <w:szCs w:val="24"/>
              </w:rPr>
              <w:t>Assessment supports improvement; evaluation makes judgments.</w:t>
            </w:r>
          </w:p>
        </w:tc>
      </w:tr>
      <w:tr w:rsidR="7FFD18F3" w14:paraId="4D653448" w14:textId="77777777" w:rsidTr="54D9A765">
        <w:trPr>
          <w:trHeight w:val="300"/>
        </w:trPr>
        <w:tc>
          <w:tcPr>
            <w:tcW w:w="1525" w:type="dxa"/>
            <w:tcBorders>
              <w:top w:val="single" w:sz="8" w:space="0" w:color="auto"/>
              <w:left w:val="single" w:sz="8" w:space="0" w:color="auto"/>
              <w:bottom w:val="single" w:sz="8" w:space="0" w:color="auto"/>
              <w:right w:val="single" w:sz="8" w:space="0" w:color="auto"/>
            </w:tcBorders>
            <w:tcMar>
              <w:left w:w="108" w:type="dxa"/>
              <w:right w:w="108" w:type="dxa"/>
            </w:tcMar>
          </w:tcPr>
          <w:p w14:paraId="7AC6A0B3" w14:textId="6C3FB835"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lastRenderedPageBreak/>
              <w:t>Program Review</w:t>
            </w:r>
          </w:p>
        </w:tc>
        <w:tc>
          <w:tcPr>
            <w:tcW w:w="4140" w:type="dxa"/>
            <w:tcBorders>
              <w:top w:val="single" w:sz="8" w:space="0" w:color="auto"/>
              <w:left w:val="single" w:sz="8" w:space="0" w:color="auto"/>
              <w:bottom w:val="single" w:sz="8" w:space="0" w:color="auto"/>
              <w:right w:val="single" w:sz="8" w:space="0" w:color="auto"/>
            </w:tcBorders>
            <w:tcMar>
              <w:left w:w="108" w:type="dxa"/>
              <w:right w:w="108" w:type="dxa"/>
            </w:tcMar>
          </w:tcPr>
          <w:p w14:paraId="18472FA1" w14:textId="109B822C" w:rsidR="7FFD18F3" w:rsidRDefault="676D80BF" w:rsidP="0193FE03">
            <w:pPr>
              <w:rPr>
                <w:rFonts w:eastAsia="Calibri" w:cs="Calibri"/>
                <w:color w:val="000000" w:themeColor="text1"/>
                <w:sz w:val="24"/>
                <w:szCs w:val="24"/>
              </w:rPr>
            </w:pPr>
            <w:r w:rsidRPr="54D9A765">
              <w:rPr>
                <w:rFonts w:eastAsia="Calibri" w:cs="Calibri"/>
                <w:color w:val="000000" w:themeColor="text1"/>
                <w:sz w:val="24"/>
                <w:szCs w:val="24"/>
              </w:rPr>
              <w:t>Use 'Program Review' for scheduled, evidence-based review of academic</w:t>
            </w:r>
            <w:r w:rsidR="6C8011ED" w:rsidRPr="54D9A765">
              <w:rPr>
                <w:rFonts w:eastAsia="Calibri" w:cs="Calibri"/>
                <w:color w:val="000000" w:themeColor="text1"/>
                <w:sz w:val="24"/>
                <w:szCs w:val="24"/>
              </w:rPr>
              <w:t xml:space="preserve"> or</w:t>
            </w:r>
            <w:r w:rsidRPr="54D9A765">
              <w:rPr>
                <w:rFonts w:eastAsia="Calibri" w:cs="Calibri"/>
                <w:color w:val="000000" w:themeColor="text1"/>
                <w:sz w:val="24"/>
                <w:szCs w:val="24"/>
              </w:rPr>
              <w:t xml:space="preserve"> student services.</w:t>
            </w:r>
          </w:p>
        </w:tc>
        <w:tc>
          <w:tcPr>
            <w:tcW w:w="1825" w:type="dxa"/>
            <w:tcBorders>
              <w:top w:val="single" w:sz="8" w:space="0" w:color="auto"/>
              <w:left w:val="single" w:sz="8" w:space="0" w:color="auto"/>
              <w:bottom w:val="single" w:sz="8" w:space="0" w:color="auto"/>
              <w:right w:val="single" w:sz="8" w:space="0" w:color="auto"/>
            </w:tcBorders>
            <w:tcMar>
              <w:left w:w="108" w:type="dxa"/>
              <w:right w:w="108" w:type="dxa"/>
            </w:tcMar>
          </w:tcPr>
          <w:p w14:paraId="72E574E0" w14:textId="5B724C7B" w:rsidR="7FFD18F3" w:rsidRDefault="6F9DACFC" w:rsidP="0193FE03">
            <w:pPr>
              <w:rPr>
                <w:rFonts w:eastAsia="Calibri" w:cs="Calibri"/>
                <w:sz w:val="24"/>
                <w:szCs w:val="24"/>
              </w:rPr>
            </w:pPr>
            <w:r w:rsidRPr="0193FE03">
              <w:rPr>
                <w:rFonts w:eastAsia="Calibri" w:cs="Calibri"/>
                <w:sz w:val="24"/>
                <w:szCs w:val="24"/>
              </w:rPr>
              <w:t>May relate to instructional program viability, approval, or reporting</w:t>
            </w:r>
          </w:p>
        </w:tc>
        <w:tc>
          <w:tcPr>
            <w:tcW w:w="1530" w:type="dxa"/>
            <w:tcBorders>
              <w:top w:val="single" w:sz="8" w:space="0" w:color="auto"/>
              <w:left w:val="single" w:sz="8" w:space="0" w:color="auto"/>
              <w:bottom w:val="single" w:sz="8" w:space="0" w:color="auto"/>
              <w:right w:val="single" w:sz="8" w:space="0" w:color="auto"/>
            </w:tcBorders>
            <w:tcMar>
              <w:left w:w="108" w:type="dxa"/>
              <w:right w:w="108" w:type="dxa"/>
            </w:tcMar>
          </w:tcPr>
          <w:p w14:paraId="0FE9129D" w14:textId="0CCF7719" w:rsidR="7FFD18F3" w:rsidRDefault="6F9DACFC" w:rsidP="0193FE03">
            <w:pPr>
              <w:rPr>
                <w:rFonts w:eastAsia="Calibri" w:cs="Calibri"/>
                <w:sz w:val="24"/>
                <w:szCs w:val="24"/>
              </w:rPr>
            </w:pPr>
            <w:r w:rsidRPr="0193FE03">
              <w:rPr>
                <w:rFonts w:eastAsia="Calibri" w:cs="Calibri"/>
                <w:sz w:val="24"/>
                <w:szCs w:val="24"/>
              </w:rPr>
              <w:t>Systematic assessment of programs for currency, quality, outcomes, and improvement</w:t>
            </w:r>
          </w:p>
        </w:tc>
        <w:tc>
          <w:tcPr>
            <w:tcW w:w="1483" w:type="dxa"/>
            <w:tcBorders>
              <w:top w:val="single" w:sz="8" w:space="0" w:color="auto"/>
              <w:left w:val="single" w:sz="8" w:space="0" w:color="auto"/>
              <w:bottom w:val="single" w:sz="8" w:space="0" w:color="auto"/>
              <w:right w:val="single" w:sz="8" w:space="0" w:color="auto"/>
            </w:tcBorders>
            <w:tcMar>
              <w:left w:w="108" w:type="dxa"/>
              <w:right w:w="108" w:type="dxa"/>
            </w:tcMar>
          </w:tcPr>
          <w:p w14:paraId="05F2DA58" w14:textId="1EC26EA7" w:rsidR="7FFD18F3" w:rsidRDefault="6F9DACFC" w:rsidP="0193FE03">
            <w:pPr>
              <w:rPr>
                <w:rFonts w:eastAsia="Calibri" w:cs="Calibri"/>
                <w:sz w:val="24"/>
                <w:szCs w:val="24"/>
              </w:rPr>
            </w:pPr>
            <w:r w:rsidRPr="0193FE03">
              <w:rPr>
                <w:rFonts w:eastAsia="Calibri" w:cs="Calibri"/>
                <w:sz w:val="24"/>
                <w:szCs w:val="24"/>
              </w:rPr>
              <w:t>Program-by-program accountability and outcomes</w:t>
            </w:r>
          </w:p>
        </w:tc>
        <w:tc>
          <w:tcPr>
            <w:tcW w:w="1455" w:type="dxa"/>
            <w:tcBorders>
              <w:top w:val="single" w:sz="8" w:space="0" w:color="auto"/>
              <w:left w:val="single" w:sz="8" w:space="0" w:color="auto"/>
              <w:bottom w:val="single" w:sz="8" w:space="0" w:color="auto"/>
              <w:right w:val="single" w:sz="8" w:space="0" w:color="auto"/>
            </w:tcBorders>
            <w:tcMar>
              <w:left w:w="108" w:type="dxa"/>
              <w:right w:w="108" w:type="dxa"/>
            </w:tcMar>
          </w:tcPr>
          <w:p w14:paraId="32580A92" w14:textId="1AE77517" w:rsidR="7FFD18F3" w:rsidRDefault="6F9DACFC" w:rsidP="0193FE03">
            <w:pPr>
              <w:rPr>
                <w:rFonts w:eastAsia="Calibri" w:cs="Calibri"/>
                <w:sz w:val="24"/>
                <w:szCs w:val="24"/>
              </w:rPr>
            </w:pPr>
            <w:r w:rsidRPr="0193FE03">
              <w:rPr>
                <w:rFonts w:eastAsia="Calibri" w:cs="Calibri"/>
                <w:sz w:val="24"/>
                <w:szCs w:val="24"/>
              </w:rPr>
              <w:t>Program-level learning outcomes and improvement</w:t>
            </w:r>
          </w:p>
        </w:tc>
        <w:tc>
          <w:tcPr>
            <w:tcW w:w="1890" w:type="dxa"/>
            <w:tcBorders>
              <w:top w:val="single" w:sz="8" w:space="0" w:color="auto"/>
              <w:left w:val="single" w:sz="8" w:space="0" w:color="auto"/>
              <w:bottom w:val="single" w:sz="8" w:space="0" w:color="auto"/>
              <w:right w:val="single" w:sz="8" w:space="0" w:color="auto"/>
            </w:tcBorders>
            <w:tcMar>
              <w:left w:w="108" w:type="dxa"/>
              <w:right w:w="108" w:type="dxa"/>
            </w:tcMar>
          </w:tcPr>
          <w:p w14:paraId="1B3E8303" w14:textId="42825AB5" w:rsidR="7FFD18F3" w:rsidRDefault="6F9DACFC" w:rsidP="0193FE03">
            <w:pPr>
              <w:rPr>
                <w:rFonts w:eastAsia="Calibri" w:cs="Calibri"/>
                <w:sz w:val="24"/>
                <w:szCs w:val="24"/>
              </w:rPr>
            </w:pPr>
            <w:r w:rsidRPr="0193FE03">
              <w:rPr>
                <w:rFonts w:eastAsia="Calibri" w:cs="Calibri"/>
                <w:sz w:val="24"/>
                <w:szCs w:val="24"/>
              </w:rPr>
              <w:t>Differentiate from program viability, specialized accreditation, and annual planning.</w:t>
            </w:r>
          </w:p>
        </w:tc>
      </w:tr>
    </w:tbl>
    <w:p w14:paraId="37AF8E78" w14:textId="3C5A0966"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t>Crosswalk Table E: Governance and Decision-Making Terminology</w:t>
      </w:r>
    </w:p>
    <w:tbl>
      <w:tblPr>
        <w:tblStyle w:val="TableGrid"/>
        <w:tblW w:w="0" w:type="auto"/>
        <w:tblLook w:val="04A0" w:firstRow="1" w:lastRow="0" w:firstColumn="1" w:lastColumn="0" w:noHBand="0" w:noVBand="1"/>
      </w:tblPr>
      <w:tblGrid>
        <w:gridCol w:w="1386"/>
        <w:gridCol w:w="1775"/>
        <w:gridCol w:w="2681"/>
        <w:gridCol w:w="1971"/>
        <w:gridCol w:w="2099"/>
        <w:gridCol w:w="1971"/>
        <w:gridCol w:w="1777"/>
      </w:tblGrid>
      <w:tr w:rsidR="7FFD18F3" w14:paraId="0B2CD79D"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1C7A9B6" w14:textId="00482F53"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Bellevue Term</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7584508" w14:textId="47707B91"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Bellevue Preferred Usage</w:t>
            </w:r>
          </w:p>
        </w:tc>
        <w:tc>
          <w:tcPr>
            <w:tcW w:w="2132"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8A92AC9" w14:textId="630213A3"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SBCTC Equivalent/Usage</w:t>
            </w:r>
          </w:p>
        </w:tc>
        <w:tc>
          <w:tcPr>
            <w:tcW w:w="128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F553E65" w14:textId="72F391FC"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NWCCU Equivalent/Usage</w:t>
            </w:r>
          </w:p>
        </w:tc>
        <w:tc>
          <w:tcPr>
            <w:tcW w:w="163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DAA8C47" w14:textId="5DEA75A8"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AACC Equivalent/Usage</w:t>
            </w:r>
          </w:p>
        </w:tc>
        <w:tc>
          <w:tcPr>
            <w:tcW w:w="158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64D73EC" w14:textId="74359B3B"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AAC&amp;U Equivalent/Usage</w:t>
            </w:r>
          </w:p>
        </w:tc>
        <w:tc>
          <w:tcPr>
            <w:tcW w:w="188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D709888" w14:textId="11EF9E91" w:rsidR="7FFD18F3" w:rsidRDefault="2553CEA6" w:rsidP="449869CA">
            <w:pPr>
              <w:rPr>
                <w:rFonts w:eastAsia="Calibri" w:cs="Calibri"/>
                <w:b/>
                <w:bCs/>
                <w:color w:val="1F497D" w:themeColor="text2"/>
                <w:sz w:val="24"/>
                <w:szCs w:val="24"/>
              </w:rPr>
            </w:pPr>
            <w:r w:rsidRPr="449869CA">
              <w:rPr>
                <w:rFonts w:eastAsia="Calibri" w:cs="Calibri"/>
                <w:b/>
                <w:bCs/>
                <w:color w:val="1F497D" w:themeColor="text2"/>
                <w:sz w:val="24"/>
                <w:szCs w:val="24"/>
              </w:rPr>
              <w:t>Notes</w:t>
            </w:r>
          </w:p>
        </w:tc>
      </w:tr>
      <w:tr w:rsidR="7FFD18F3" w14:paraId="197D4023"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E8EFD6D" w14:textId="40B6881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Governance</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C18A874" w14:textId="271318F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'Governance' for formally recognized structures and processes for participation, advice, decision-making, and accountability.</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2F6E643A" w14:textId="5C289AC1" w:rsidR="7FFD18F3" w:rsidRDefault="6F9DACFC" w:rsidP="0193FE03">
            <w:pPr>
              <w:rPr>
                <w:rFonts w:eastAsia="Calibri" w:cs="Calibri"/>
                <w:sz w:val="24"/>
                <w:szCs w:val="24"/>
              </w:rPr>
            </w:pPr>
            <w:r w:rsidRPr="0193FE03">
              <w:rPr>
                <w:rFonts w:eastAsia="Calibri" w:cs="Calibri"/>
                <w:sz w:val="24"/>
                <w:szCs w:val="24"/>
              </w:rPr>
              <w:t>Local college governance within statutory/system parameters</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30B84198" w14:textId="6071E070" w:rsidR="7FFD18F3" w:rsidRDefault="6F9DACFC" w:rsidP="0193FE03">
            <w:pPr>
              <w:rPr>
                <w:rFonts w:eastAsia="Calibri" w:cs="Calibri"/>
                <w:sz w:val="24"/>
                <w:szCs w:val="24"/>
              </w:rPr>
            </w:pPr>
            <w:r w:rsidRPr="0193FE03">
              <w:rPr>
                <w:rFonts w:eastAsia="Calibri" w:cs="Calibri"/>
                <w:sz w:val="24"/>
                <w:szCs w:val="24"/>
              </w:rPr>
              <w:t>Governance structure and decision-making expectations</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090775D7" w14:textId="5D0BDF7D" w:rsidR="7FFD18F3" w:rsidRDefault="6F9DACFC" w:rsidP="0193FE03">
            <w:pPr>
              <w:rPr>
                <w:rFonts w:eastAsia="Calibri" w:cs="Calibri"/>
                <w:sz w:val="24"/>
                <w:szCs w:val="24"/>
              </w:rPr>
            </w:pPr>
            <w:r w:rsidRPr="0193FE03">
              <w:rPr>
                <w:rFonts w:eastAsia="Calibri" w:cs="Calibri"/>
                <w:sz w:val="24"/>
                <w:szCs w:val="24"/>
              </w:rPr>
              <w:t>Shared governance and leadership practice</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1D76FFF0" w14:textId="105C7210" w:rsidR="7FFD18F3" w:rsidRDefault="6F9DACFC" w:rsidP="0193FE03">
            <w:pPr>
              <w:rPr>
                <w:rFonts w:eastAsia="Calibri" w:cs="Calibri"/>
                <w:sz w:val="24"/>
                <w:szCs w:val="24"/>
              </w:rPr>
            </w:pPr>
            <w:r w:rsidRPr="0193FE03">
              <w:rPr>
                <w:rFonts w:eastAsia="Calibri" w:cs="Calibri"/>
                <w:sz w:val="24"/>
                <w:szCs w:val="24"/>
              </w:rPr>
              <w:t>Shared governance and faculty engagement in learning outcomes</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45D7CB9C" w14:textId="49D61D9D" w:rsidR="7FFD18F3" w:rsidRDefault="6F9DACFC" w:rsidP="0193FE03">
            <w:pPr>
              <w:rPr>
                <w:rFonts w:eastAsia="Calibri" w:cs="Calibri"/>
                <w:sz w:val="24"/>
                <w:szCs w:val="24"/>
              </w:rPr>
            </w:pPr>
            <w:r w:rsidRPr="0193FE03">
              <w:rPr>
                <w:rFonts w:eastAsia="Calibri" w:cs="Calibri"/>
                <w:sz w:val="24"/>
                <w:szCs w:val="24"/>
              </w:rPr>
              <w:t>Clarify whether a body recommends, decides, implements, or informs.</w:t>
            </w:r>
          </w:p>
        </w:tc>
      </w:tr>
      <w:tr w:rsidR="7FFD18F3" w14:paraId="5CDED660"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50EA2DB" w14:textId="12B31B4E"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Committee</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20E648A" w14:textId="7AD24F55" w:rsidR="7FFD18F3" w:rsidRDefault="2553CEA6" w:rsidP="0193FE03">
            <w:pPr>
              <w:rPr>
                <w:rFonts w:eastAsia="Calibri" w:cs="Calibri"/>
                <w:color w:val="000000" w:themeColor="text1"/>
                <w:sz w:val="24"/>
                <w:szCs w:val="24"/>
              </w:rPr>
            </w:pPr>
            <w:r w:rsidRPr="449869CA">
              <w:rPr>
                <w:rFonts w:eastAsia="Calibri" w:cs="Calibri"/>
                <w:color w:val="000000" w:themeColor="text1"/>
                <w:sz w:val="24"/>
                <w:szCs w:val="24"/>
              </w:rPr>
              <w:t xml:space="preserve">Use 'Committee' for a standing body with a defined </w:t>
            </w:r>
            <w:r w:rsidR="17A2D7F7" w:rsidRPr="449869CA">
              <w:rPr>
                <w:rFonts w:eastAsia="Calibri" w:cs="Calibri"/>
                <w:color w:val="000000" w:themeColor="text1"/>
                <w:sz w:val="24"/>
                <w:szCs w:val="24"/>
              </w:rPr>
              <w:t>purpos</w:t>
            </w:r>
            <w:r w:rsidRPr="449869CA">
              <w:rPr>
                <w:rFonts w:eastAsia="Calibri" w:cs="Calibri"/>
                <w:color w:val="000000" w:themeColor="text1"/>
                <w:sz w:val="24"/>
                <w:szCs w:val="24"/>
              </w:rPr>
              <w:t xml:space="preserve">e, membership, </w:t>
            </w:r>
            <w:r w:rsidRPr="449869CA">
              <w:rPr>
                <w:rFonts w:eastAsia="Calibri" w:cs="Calibri"/>
                <w:color w:val="000000" w:themeColor="text1"/>
                <w:sz w:val="24"/>
                <w:szCs w:val="24"/>
              </w:rPr>
              <w:lastRenderedPageBreak/>
              <w:t>and recurring responsibilities.</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10206893" w14:textId="3B5C79CA" w:rsidR="7FFD18F3" w:rsidRDefault="6F9DACFC" w:rsidP="0193FE03">
            <w:pPr>
              <w:rPr>
                <w:rFonts w:eastAsia="Calibri" w:cs="Calibri"/>
                <w:sz w:val="24"/>
                <w:szCs w:val="24"/>
              </w:rPr>
            </w:pPr>
            <w:r w:rsidRPr="0193FE03">
              <w:rPr>
                <w:rFonts w:eastAsia="Calibri" w:cs="Calibri"/>
                <w:sz w:val="24"/>
                <w:szCs w:val="24"/>
              </w:rPr>
              <w:lastRenderedPageBreak/>
              <w:t>Local governance/operation</w:t>
            </w:r>
            <w:r w:rsidR="002549C1">
              <w:rPr>
                <w:rFonts w:eastAsia="Calibri" w:cs="Calibri"/>
                <w:sz w:val="24"/>
                <w:szCs w:val="24"/>
              </w:rPr>
              <w:t>s</w:t>
            </w:r>
            <w:r w:rsidRPr="0193FE03">
              <w:rPr>
                <w:rFonts w:eastAsia="Calibri" w:cs="Calibri"/>
                <w:sz w:val="24"/>
                <w:szCs w:val="24"/>
              </w:rPr>
              <w:t xml:space="preserve"> term</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36D0B951" w14:textId="54044D27" w:rsidR="7FFD18F3" w:rsidRDefault="6F9DACFC" w:rsidP="0193FE03">
            <w:pPr>
              <w:rPr>
                <w:rFonts w:eastAsia="Calibri" w:cs="Calibri"/>
                <w:sz w:val="24"/>
                <w:szCs w:val="24"/>
              </w:rPr>
            </w:pPr>
            <w:r w:rsidRPr="0193FE03">
              <w:rPr>
                <w:rFonts w:eastAsia="Calibri" w:cs="Calibri"/>
                <w:sz w:val="24"/>
                <w:szCs w:val="24"/>
              </w:rPr>
              <w:t>Committee or institutional body</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5B527955" w14:textId="558BEC79" w:rsidR="7FFD18F3" w:rsidRDefault="6F9DACFC" w:rsidP="0193FE03">
            <w:pPr>
              <w:rPr>
                <w:rFonts w:eastAsia="Calibri" w:cs="Calibri"/>
                <w:sz w:val="24"/>
                <w:szCs w:val="24"/>
              </w:rPr>
            </w:pPr>
            <w:r w:rsidRPr="0193FE03">
              <w:rPr>
                <w:rFonts w:eastAsia="Calibri" w:cs="Calibri"/>
                <w:sz w:val="24"/>
                <w:szCs w:val="24"/>
              </w:rPr>
              <w:t>Committee or council</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2771DD53" w14:textId="1CF3FE4A" w:rsidR="7FFD18F3" w:rsidRDefault="6F9DACFC" w:rsidP="0193FE03">
            <w:pPr>
              <w:rPr>
                <w:rFonts w:eastAsia="Calibri" w:cs="Calibri"/>
                <w:sz w:val="24"/>
                <w:szCs w:val="24"/>
              </w:rPr>
            </w:pPr>
            <w:r w:rsidRPr="0193FE03">
              <w:rPr>
                <w:rFonts w:eastAsia="Calibri" w:cs="Calibri"/>
                <w:sz w:val="24"/>
                <w:szCs w:val="24"/>
              </w:rPr>
              <w:t>Committee</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523F5457" w14:textId="275F721E" w:rsidR="7FFD18F3" w:rsidRDefault="2553CEA6" w:rsidP="0193FE03">
            <w:pPr>
              <w:rPr>
                <w:rFonts w:eastAsia="Calibri" w:cs="Calibri"/>
                <w:sz w:val="24"/>
                <w:szCs w:val="24"/>
              </w:rPr>
            </w:pPr>
            <w:r w:rsidRPr="449869CA">
              <w:rPr>
                <w:rFonts w:eastAsia="Calibri" w:cs="Calibri"/>
                <w:sz w:val="24"/>
                <w:szCs w:val="24"/>
              </w:rPr>
              <w:t>Every committee should have a charter.</w:t>
            </w:r>
          </w:p>
        </w:tc>
      </w:tr>
      <w:tr w:rsidR="7FFD18F3" w14:paraId="549E3F3D"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415BD56" w14:textId="17129A1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Council</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0B7E016" w14:textId="6E09526B"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'Council' for a standing coordinating or advisory body with cross-unit representation.</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144D6D0B" w14:textId="5D824EBD" w:rsidR="7FFD18F3" w:rsidRDefault="6F9DACFC" w:rsidP="0193FE03">
            <w:pPr>
              <w:rPr>
                <w:rFonts w:eastAsia="Calibri" w:cs="Calibri"/>
                <w:sz w:val="24"/>
                <w:szCs w:val="24"/>
              </w:rPr>
            </w:pPr>
            <w:r w:rsidRPr="0193FE03">
              <w:rPr>
                <w:rFonts w:eastAsia="Calibri" w:cs="Calibri"/>
                <w:sz w:val="24"/>
                <w:szCs w:val="24"/>
              </w:rPr>
              <w:t>Local governance/coordination term</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6E58FD9C" w14:textId="18E8DF41" w:rsidR="7FFD18F3" w:rsidRDefault="6F9DACFC" w:rsidP="0193FE03">
            <w:pPr>
              <w:rPr>
                <w:rFonts w:eastAsia="Calibri" w:cs="Calibri"/>
                <w:sz w:val="24"/>
                <w:szCs w:val="24"/>
              </w:rPr>
            </w:pPr>
            <w:r w:rsidRPr="0193FE03">
              <w:rPr>
                <w:rFonts w:eastAsia="Calibri" w:cs="Calibri"/>
                <w:sz w:val="24"/>
                <w:szCs w:val="24"/>
              </w:rPr>
              <w:t>Council or advisory body</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093041A2" w14:textId="0BE11D2A" w:rsidR="7FFD18F3" w:rsidRDefault="6F9DACFC" w:rsidP="0193FE03">
            <w:pPr>
              <w:rPr>
                <w:rFonts w:eastAsia="Calibri" w:cs="Calibri"/>
                <w:sz w:val="24"/>
                <w:szCs w:val="24"/>
              </w:rPr>
            </w:pPr>
            <w:r w:rsidRPr="0193FE03">
              <w:rPr>
                <w:rFonts w:eastAsia="Calibri" w:cs="Calibri"/>
                <w:sz w:val="24"/>
                <w:szCs w:val="24"/>
              </w:rPr>
              <w:t>Council or leadership body</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4580191D" w14:textId="50ECCF2E" w:rsidR="7FFD18F3" w:rsidRDefault="6F9DACFC" w:rsidP="0193FE03">
            <w:pPr>
              <w:rPr>
                <w:rFonts w:eastAsia="Calibri" w:cs="Calibri"/>
                <w:sz w:val="24"/>
                <w:szCs w:val="24"/>
              </w:rPr>
            </w:pPr>
            <w:r w:rsidRPr="0193FE03">
              <w:rPr>
                <w:rFonts w:eastAsia="Calibri" w:cs="Calibri"/>
                <w:sz w:val="24"/>
                <w:szCs w:val="24"/>
              </w:rPr>
              <w:t>Council</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6C2779C7" w14:textId="596A4F10" w:rsidR="7FFD18F3" w:rsidRDefault="6F9DACFC" w:rsidP="0193FE03">
            <w:pPr>
              <w:rPr>
                <w:rFonts w:eastAsia="Calibri" w:cs="Calibri"/>
                <w:sz w:val="24"/>
                <w:szCs w:val="24"/>
              </w:rPr>
            </w:pPr>
            <w:r w:rsidRPr="0193FE03">
              <w:rPr>
                <w:rFonts w:eastAsia="Calibri" w:cs="Calibri"/>
                <w:sz w:val="24"/>
                <w:szCs w:val="24"/>
              </w:rPr>
              <w:t>Should not be used interchangeably with committee unless locally defined.</w:t>
            </w:r>
          </w:p>
        </w:tc>
      </w:tr>
      <w:tr w:rsidR="7FFD18F3" w14:paraId="27E1D140"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5D14DC7" w14:textId="1B66ABC8"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Task Force</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0996E1E" w14:textId="055AF57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'Task Force' for temporary, charged work with a defined deliverable and sunset point.</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5A3359F7" w14:textId="29602D1F" w:rsidR="7FFD18F3" w:rsidRDefault="6F9DACFC" w:rsidP="0193FE03">
            <w:pPr>
              <w:rPr>
                <w:rFonts w:eastAsia="Calibri" w:cs="Calibri"/>
                <w:sz w:val="24"/>
                <w:szCs w:val="24"/>
              </w:rPr>
            </w:pPr>
            <w:r w:rsidRPr="0193FE03">
              <w:rPr>
                <w:rFonts w:eastAsia="Calibri" w:cs="Calibri"/>
                <w:sz w:val="24"/>
                <w:szCs w:val="24"/>
              </w:rPr>
              <w:t>Local temporary body</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3A61CB48" w14:textId="5380CE88" w:rsidR="7FFD18F3" w:rsidRDefault="6F9DACFC" w:rsidP="0193FE03">
            <w:pPr>
              <w:rPr>
                <w:rFonts w:eastAsia="Calibri" w:cs="Calibri"/>
                <w:sz w:val="24"/>
                <w:szCs w:val="24"/>
              </w:rPr>
            </w:pPr>
            <w:r w:rsidRPr="0193FE03">
              <w:rPr>
                <w:rFonts w:eastAsia="Calibri" w:cs="Calibri"/>
                <w:sz w:val="24"/>
                <w:szCs w:val="24"/>
              </w:rPr>
              <w:t>Temporary institutional body</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21ED4A94" w14:textId="52A759C6" w:rsidR="7FFD18F3" w:rsidRDefault="6F9DACFC" w:rsidP="0193FE03">
            <w:pPr>
              <w:rPr>
                <w:rFonts w:eastAsia="Calibri" w:cs="Calibri"/>
                <w:sz w:val="24"/>
                <w:szCs w:val="24"/>
              </w:rPr>
            </w:pPr>
            <w:r w:rsidRPr="0193FE03">
              <w:rPr>
                <w:rFonts w:eastAsia="Calibri" w:cs="Calibri"/>
                <w:sz w:val="24"/>
                <w:szCs w:val="24"/>
              </w:rPr>
              <w:t>Task force or initiative team</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05D3A3B1" w14:textId="2FFA486D" w:rsidR="7FFD18F3" w:rsidRDefault="6F9DACFC" w:rsidP="0193FE03">
            <w:pPr>
              <w:rPr>
                <w:rFonts w:eastAsia="Calibri" w:cs="Calibri"/>
                <w:sz w:val="24"/>
                <w:szCs w:val="24"/>
              </w:rPr>
            </w:pPr>
            <w:r w:rsidRPr="0193FE03">
              <w:rPr>
                <w:rFonts w:eastAsia="Calibri" w:cs="Calibri"/>
                <w:sz w:val="24"/>
                <w:szCs w:val="24"/>
              </w:rPr>
              <w:t>Task force</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2A242C57" w14:textId="1F8423B0" w:rsidR="7FFD18F3" w:rsidRDefault="6F9DACFC" w:rsidP="0193FE03">
            <w:pPr>
              <w:rPr>
                <w:rFonts w:eastAsia="Calibri" w:cs="Calibri"/>
                <w:sz w:val="24"/>
                <w:szCs w:val="24"/>
              </w:rPr>
            </w:pPr>
            <w:r w:rsidRPr="0193FE03">
              <w:rPr>
                <w:rFonts w:eastAsia="Calibri" w:cs="Calibri"/>
                <w:sz w:val="24"/>
                <w:szCs w:val="24"/>
              </w:rPr>
              <w:t>Good for program viability, policy review, or special projects.</w:t>
            </w:r>
          </w:p>
        </w:tc>
      </w:tr>
      <w:tr w:rsidR="7FFD18F3" w14:paraId="3402B628"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50B3970" w14:textId="276AE843"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Workgroup</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F88BBAC" w14:textId="338411BE"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'Workgroup' for short-term operation</w:t>
            </w:r>
            <w:r w:rsidR="002549C1">
              <w:rPr>
                <w:rFonts w:eastAsia="Calibri" w:cs="Calibri"/>
                <w:color w:val="000000" w:themeColor="text1"/>
                <w:sz w:val="24"/>
                <w:szCs w:val="24"/>
              </w:rPr>
              <w:t xml:space="preserve">s </w:t>
            </w:r>
            <w:r w:rsidRPr="0193FE03">
              <w:rPr>
                <w:rFonts w:eastAsia="Calibri" w:cs="Calibri"/>
                <w:color w:val="000000" w:themeColor="text1"/>
                <w:sz w:val="24"/>
                <w:szCs w:val="24"/>
              </w:rPr>
              <w:t>implementation or drafting work.</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28E7C1C8" w14:textId="37096296" w:rsidR="7FFD18F3" w:rsidRDefault="6F9DACFC" w:rsidP="0193FE03">
            <w:pPr>
              <w:rPr>
                <w:rFonts w:eastAsia="Calibri" w:cs="Calibri"/>
                <w:sz w:val="24"/>
                <w:szCs w:val="24"/>
              </w:rPr>
            </w:pPr>
            <w:r w:rsidRPr="0193FE03">
              <w:rPr>
                <w:rFonts w:eastAsia="Calibri" w:cs="Calibri"/>
                <w:sz w:val="24"/>
                <w:szCs w:val="24"/>
              </w:rPr>
              <w:t>Local implementation group</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327B6DA9" w14:textId="4B6B4350" w:rsidR="7FFD18F3" w:rsidRDefault="6F9DACFC" w:rsidP="0193FE03">
            <w:pPr>
              <w:rPr>
                <w:rFonts w:eastAsia="Calibri" w:cs="Calibri"/>
                <w:sz w:val="24"/>
                <w:szCs w:val="24"/>
              </w:rPr>
            </w:pPr>
            <w:r w:rsidRPr="0193FE03">
              <w:rPr>
                <w:rFonts w:eastAsia="Calibri" w:cs="Calibri"/>
                <w:sz w:val="24"/>
                <w:szCs w:val="24"/>
              </w:rPr>
              <w:t>Workgroup or implementation team</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1614E0E0" w14:textId="6360AD27" w:rsidR="7FFD18F3" w:rsidRDefault="6F9DACFC" w:rsidP="0193FE03">
            <w:pPr>
              <w:rPr>
                <w:rFonts w:eastAsia="Calibri" w:cs="Calibri"/>
                <w:sz w:val="24"/>
                <w:szCs w:val="24"/>
              </w:rPr>
            </w:pPr>
            <w:r w:rsidRPr="0193FE03">
              <w:rPr>
                <w:rFonts w:eastAsia="Calibri" w:cs="Calibri"/>
                <w:sz w:val="24"/>
                <w:szCs w:val="24"/>
              </w:rPr>
              <w:t>Workgroup/project team</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3CAE83F5" w14:textId="360B0578" w:rsidR="7FFD18F3" w:rsidRDefault="6F9DACFC" w:rsidP="0193FE03">
            <w:pPr>
              <w:rPr>
                <w:rFonts w:eastAsia="Calibri" w:cs="Calibri"/>
                <w:sz w:val="24"/>
                <w:szCs w:val="24"/>
              </w:rPr>
            </w:pPr>
            <w:r w:rsidRPr="0193FE03">
              <w:rPr>
                <w:rFonts w:eastAsia="Calibri" w:cs="Calibri"/>
                <w:sz w:val="24"/>
                <w:szCs w:val="24"/>
              </w:rPr>
              <w:t>Workgroup</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6DB5EC64" w14:textId="1BF130B5" w:rsidR="7FFD18F3" w:rsidRDefault="6F9DACFC" w:rsidP="0193FE03">
            <w:pPr>
              <w:rPr>
                <w:rFonts w:eastAsia="Calibri" w:cs="Calibri"/>
                <w:sz w:val="24"/>
                <w:szCs w:val="24"/>
              </w:rPr>
            </w:pPr>
            <w:proofErr w:type="gramStart"/>
            <w:r w:rsidRPr="0193FE03">
              <w:rPr>
                <w:rFonts w:eastAsia="Calibri" w:cs="Calibri"/>
                <w:sz w:val="24"/>
                <w:szCs w:val="24"/>
              </w:rPr>
              <w:t>Typically</w:t>
            </w:r>
            <w:proofErr w:type="gramEnd"/>
            <w:r w:rsidRPr="0193FE03">
              <w:rPr>
                <w:rFonts w:eastAsia="Calibri" w:cs="Calibri"/>
                <w:sz w:val="24"/>
                <w:szCs w:val="24"/>
              </w:rPr>
              <w:t xml:space="preserve"> less formal than a committee or task force.</w:t>
            </w:r>
          </w:p>
        </w:tc>
      </w:tr>
      <w:tr w:rsidR="7FFD18F3" w14:paraId="6C20A7BA" w14:textId="77777777" w:rsidTr="449869CA">
        <w:trPr>
          <w:trHeight w:val="300"/>
        </w:trPr>
        <w:tc>
          <w:tcPr>
            <w:tcW w:w="1380"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7352733" w14:textId="0ADEC8E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Advisory Group</w:t>
            </w:r>
          </w:p>
        </w:tc>
        <w:tc>
          <w:tcPr>
            <w:tcW w:w="377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AB59A61" w14:textId="26615C80"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'Advisory Group' when the body's role is advice or feedback, not decision-making.</w:t>
            </w:r>
          </w:p>
        </w:tc>
        <w:tc>
          <w:tcPr>
            <w:tcW w:w="2132" w:type="dxa"/>
            <w:tcBorders>
              <w:top w:val="single" w:sz="8" w:space="0" w:color="auto"/>
              <w:left w:val="single" w:sz="8" w:space="0" w:color="auto"/>
              <w:bottom w:val="single" w:sz="8" w:space="0" w:color="auto"/>
              <w:right w:val="single" w:sz="8" w:space="0" w:color="auto"/>
            </w:tcBorders>
            <w:tcMar>
              <w:left w:w="108" w:type="dxa"/>
              <w:right w:w="108" w:type="dxa"/>
            </w:tcMar>
          </w:tcPr>
          <w:p w14:paraId="4FDD0BAB" w14:textId="0CBE2015" w:rsidR="7FFD18F3" w:rsidRDefault="6F9DACFC" w:rsidP="0193FE03">
            <w:pPr>
              <w:rPr>
                <w:rFonts w:eastAsia="Calibri" w:cs="Calibri"/>
                <w:sz w:val="24"/>
                <w:szCs w:val="24"/>
              </w:rPr>
            </w:pPr>
            <w:r w:rsidRPr="0193FE03">
              <w:rPr>
                <w:rFonts w:eastAsia="Calibri" w:cs="Calibri"/>
                <w:sz w:val="24"/>
                <w:szCs w:val="24"/>
              </w:rPr>
              <w:t>External/internal advisory group depending on purpose</w:t>
            </w:r>
          </w:p>
        </w:tc>
        <w:tc>
          <w:tcPr>
            <w:tcW w:w="1288" w:type="dxa"/>
            <w:tcBorders>
              <w:top w:val="single" w:sz="8" w:space="0" w:color="auto"/>
              <w:left w:val="single" w:sz="8" w:space="0" w:color="auto"/>
              <w:bottom w:val="single" w:sz="8" w:space="0" w:color="auto"/>
              <w:right w:val="single" w:sz="8" w:space="0" w:color="auto"/>
            </w:tcBorders>
            <w:tcMar>
              <w:left w:w="108" w:type="dxa"/>
              <w:right w:w="108" w:type="dxa"/>
            </w:tcMar>
          </w:tcPr>
          <w:p w14:paraId="4D4A35A9" w14:textId="389DFEFD" w:rsidR="7FFD18F3" w:rsidRDefault="6F9DACFC" w:rsidP="0193FE03">
            <w:pPr>
              <w:rPr>
                <w:rFonts w:eastAsia="Calibri" w:cs="Calibri"/>
                <w:sz w:val="24"/>
                <w:szCs w:val="24"/>
              </w:rPr>
            </w:pPr>
            <w:r w:rsidRPr="0193FE03">
              <w:rPr>
                <w:rFonts w:eastAsia="Calibri" w:cs="Calibri"/>
                <w:sz w:val="24"/>
                <w:szCs w:val="24"/>
              </w:rPr>
              <w:t>Advisory body</w:t>
            </w:r>
          </w:p>
        </w:tc>
        <w:tc>
          <w:tcPr>
            <w:tcW w:w="1630" w:type="dxa"/>
            <w:tcBorders>
              <w:top w:val="single" w:sz="8" w:space="0" w:color="auto"/>
              <w:left w:val="single" w:sz="8" w:space="0" w:color="auto"/>
              <w:bottom w:val="single" w:sz="8" w:space="0" w:color="auto"/>
              <w:right w:val="single" w:sz="8" w:space="0" w:color="auto"/>
            </w:tcBorders>
            <w:tcMar>
              <w:left w:w="108" w:type="dxa"/>
              <w:right w:w="108" w:type="dxa"/>
            </w:tcMar>
          </w:tcPr>
          <w:p w14:paraId="74D54754" w14:textId="186A172C" w:rsidR="7FFD18F3" w:rsidRDefault="6F9DACFC" w:rsidP="0193FE03">
            <w:pPr>
              <w:rPr>
                <w:rFonts w:eastAsia="Calibri" w:cs="Calibri"/>
                <w:sz w:val="24"/>
                <w:szCs w:val="24"/>
              </w:rPr>
            </w:pPr>
            <w:r w:rsidRPr="0193FE03">
              <w:rPr>
                <w:rFonts w:eastAsia="Calibri" w:cs="Calibri"/>
                <w:sz w:val="24"/>
                <w:szCs w:val="24"/>
              </w:rPr>
              <w:t>Program advisory committee / employer advisory group</w:t>
            </w:r>
          </w:p>
        </w:tc>
        <w:tc>
          <w:tcPr>
            <w:tcW w:w="1583" w:type="dxa"/>
            <w:tcBorders>
              <w:top w:val="single" w:sz="8" w:space="0" w:color="auto"/>
              <w:left w:val="single" w:sz="8" w:space="0" w:color="auto"/>
              <w:bottom w:val="single" w:sz="8" w:space="0" w:color="auto"/>
              <w:right w:val="single" w:sz="8" w:space="0" w:color="auto"/>
            </w:tcBorders>
            <w:tcMar>
              <w:left w:w="108" w:type="dxa"/>
              <w:right w:w="108" w:type="dxa"/>
            </w:tcMar>
          </w:tcPr>
          <w:p w14:paraId="08FDD0DC" w14:textId="6DBD0E67" w:rsidR="7FFD18F3" w:rsidRDefault="6F9DACFC" w:rsidP="0193FE03">
            <w:pPr>
              <w:rPr>
                <w:rFonts w:eastAsia="Calibri" w:cs="Calibri"/>
                <w:sz w:val="24"/>
                <w:szCs w:val="24"/>
              </w:rPr>
            </w:pPr>
            <w:r w:rsidRPr="0193FE03">
              <w:rPr>
                <w:rFonts w:eastAsia="Calibri" w:cs="Calibri"/>
                <w:sz w:val="24"/>
                <w:szCs w:val="24"/>
              </w:rPr>
              <w:t>Advisory group</w:t>
            </w:r>
          </w:p>
        </w:tc>
        <w:tc>
          <w:tcPr>
            <w:tcW w:w="1884" w:type="dxa"/>
            <w:tcBorders>
              <w:top w:val="single" w:sz="8" w:space="0" w:color="auto"/>
              <w:left w:val="single" w:sz="8" w:space="0" w:color="auto"/>
              <w:bottom w:val="single" w:sz="8" w:space="0" w:color="auto"/>
              <w:right w:val="single" w:sz="8" w:space="0" w:color="auto"/>
            </w:tcBorders>
            <w:tcMar>
              <w:left w:w="108" w:type="dxa"/>
              <w:right w:w="108" w:type="dxa"/>
            </w:tcMar>
          </w:tcPr>
          <w:p w14:paraId="07C3DDF7" w14:textId="2F1C5E5E" w:rsidR="7FFD18F3" w:rsidRDefault="6F9DACFC" w:rsidP="0193FE03">
            <w:pPr>
              <w:rPr>
                <w:rFonts w:eastAsia="Calibri" w:cs="Calibri"/>
                <w:sz w:val="24"/>
                <w:szCs w:val="24"/>
              </w:rPr>
            </w:pPr>
            <w:r w:rsidRPr="0193FE03">
              <w:rPr>
                <w:rFonts w:eastAsia="Calibri" w:cs="Calibri"/>
                <w:sz w:val="24"/>
                <w:szCs w:val="24"/>
              </w:rPr>
              <w:t>Important for professional-technical programs and external partners.</w:t>
            </w:r>
          </w:p>
        </w:tc>
      </w:tr>
    </w:tbl>
    <w:p w14:paraId="20C89D2B" w14:textId="607770CE"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lastRenderedPageBreak/>
        <w:t xml:space="preserve">Crosswalk Table F: Learning Outcomes and Accreditation </w:t>
      </w:r>
    </w:p>
    <w:tbl>
      <w:tblPr>
        <w:tblStyle w:val="TableGrid"/>
        <w:tblW w:w="0" w:type="auto"/>
        <w:tblLook w:val="04A0" w:firstRow="1" w:lastRow="0" w:firstColumn="1" w:lastColumn="0" w:noHBand="0" w:noVBand="1"/>
      </w:tblPr>
      <w:tblGrid>
        <w:gridCol w:w="1487"/>
        <w:gridCol w:w="1807"/>
        <w:gridCol w:w="2633"/>
        <w:gridCol w:w="1963"/>
        <w:gridCol w:w="2387"/>
        <w:gridCol w:w="1963"/>
        <w:gridCol w:w="1420"/>
      </w:tblGrid>
      <w:tr w:rsidR="7FFD18F3" w14:paraId="21A58F40"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787C28C" w14:textId="0BF49E77"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Bellevue Term</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1AF4AF6F" w14:textId="4C42202E"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Bellevue Preferred Usage</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230ED788" w14:textId="50B94737"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SBCTC Equivalent/Usage</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4A0C84ED" w14:textId="46A8822F"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NWCCU Equivalent/Usage</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08835F17" w14:textId="7DB6D978"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AACC Equivalent/Usage</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03491A06" w14:textId="016D1C3C"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AAC&amp;U Equivalent/Usage</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55DD808D" w14:textId="55434133"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Notes</w:t>
            </w:r>
          </w:p>
        </w:tc>
      </w:tr>
      <w:tr w:rsidR="7FFD18F3" w14:paraId="6F980B90"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09C63983" w14:textId="59313D3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Institutional Learning Outcomes</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03238CE4" w14:textId="38B17EC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'Institutional Learning Outcomes' for the college-wide learning outcomes expected of students across programs and pathways. Bellevue College’s Institutional Learning Outcomes: Communication, Critical Thinking, Diversity, Quantitative Reasoning, Information Literacy, and Sustainability.</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4C8391A2" w14:textId="09B3BE2D" w:rsidR="7FFD18F3" w:rsidRDefault="6F9DACFC" w:rsidP="0193FE03">
            <w:pPr>
              <w:rPr>
                <w:rFonts w:eastAsia="Calibri" w:cs="Calibri"/>
                <w:sz w:val="24"/>
                <w:szCs w:val="24"/>
              </w:rPr>
            </w:pPr>
            <w:r w:rsidRPr="0193FE03">
              <w:rPr>
                <w:rFonts w:eastAsia="Calibri" w:cs="Calibri"/>
                <w:sz w:val="24"/>
                <w:szCs w:val="24"/>
              </w:rPr>
              <w:t>Local instructional/assessment term</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6CCAD6AC" w14:textId="4AF31102" w:rsidR="7FFD18F3" w:rsidRDefault="6F9DACFC" w:rsidP="0193FE03">
            <w:pPr>
              <w:rPr>
                <w:rFonts w:eastAsia="Calibri" w:cs="Calibri"/>
                <w:sz w:val="24"/>
                <w:szCs w:val="24"/>
              </w:rPr>
            </w:pPr>
            <w:r w:rsidRPr="0193FE03">
              <w:rPr>
                <w:rFonts w:eastAsia="Calibri" w:cs="Calibri"/>
                <w:sz w:val="24"/>
                <w:szCs w:val="24"/>
              </w:rPr>
              <w:t>Institution-level student learning outcomes</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0D46CA64" w14:textId="384C6FEF" w:rsidR="7FFD18F3" w:rsidRDefault="6F9DACFC" w:rsidP="0193FE03">
            <w:pPr>
              <w:rPr>
                <w:rFonts w:eastAsia="Calibri" w:cs="Calibri"/>
                <w:sz w:val="24"/>
                <w:szCs w:val="24"/>
              </w:rPr>
            </w:pPr>
            <w:r w:rsidRPr="0193FE03">
              <w:rPr>
                <w:rFonts w:eastAsia="Calibri" w:cs="Calibri"/>
                <w:sz w:val="24"/>
                <w:szCs w:val="24"/>
              </w:rPr>
              <w:t>General education/student success outcomes</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75ACDBD2" w14:textId="7FABD403" w:rsidR="7FFD18F3" w:rsidRDefault="6F9DACFC" w:rsidP="0193FE03">
            <w:pPr>
              <w:rPr>
                <w:rFonts w:eastAsia="Calibri" w:cs="Calibri"/>
                <w:sz w:val="24"/>
                <w:szCs w:val="24"/>
              </w:rPr>
            </w:pPr>
            <w:r w:rsidRPr="0193FE03">
              <w:rPr>
                <w:rFonts w:eastAsia="Calibri" w:cs="Calibri"/>
                <w:sz w:val="24"/>
                <w:szCs w:val="24"/>
              </w:rPr>
              <w:t>Essential Learning Outcomes; VALUE outcomes</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3B92CADB" w14:textId="71CFE646" w:rsidR="7FFD18F3" w:rsidRDefault="6F9DACFC" w:rsidP="0193FE03">
            <w:pPr>
              <w:rPr>
                <w:rFonts w:eastAsia="Calibri" w:cs="Calibri"/>
                <w:sz w:val="24"/>
                <w:szCs w:val="24"/>
              </w:rPr>
            </w:pPr>
            <w:r w:rsidRPr="0193FE03">
              <w:rPr>
                <w:rFonts w:eastAsia="Calibri" w:cs="Calibri"/>
                <w:sz w:val="24"/>
                <w:szCs w:val="24"/>
              </w:rPr>
              <w:t>At Bellevue, align with approved ILOs and assessment plan.</w:t>
            </w:r>
          </w:p>
        </w:tc>
      </w:tr>
      <w:tr w:rsidR="7FFD18F3" w14:paraId="6DFA0AE7"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23889F07" w14:textId="548E97D5"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lastRenderedPageBreak/>
              <w:t>Program Learning Outcomes</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6B8E0BC1" w14:textId="18A07B8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'Program Learning Outcomes' for what students should know, do, or value upon completing an academic program.</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2D358199" w14:textId="0B9A47F5" w:rsidR="7FFD18F3" w:rsidRDefault="6F9DACFC" w:rsidP="0193FE03">
            <w:pPr>
              <w:rPr>
                <w:rFonts w:eastAsia="Calibri" w:cs="Calibri"/>
                <w:sz w:val="24"/>
                <w:szCs w:val="24"/>
              </w:rPr>
            </w:pPr>
            <w:r w:rsidRPr="0193FE03">
              <w:rPr>
                <w:rFonts w:eastAsia="Calibri" w:cs="Calibri"/>
                <w:sz w:val="24"/>
                <w:szCs w:val="24"/>
              </w:rPr>
              <w:t>Program outcomes may be required for approval/review</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7BDC6E48" w14:textId="5BCE9837" w:rsidR="7FFD18F3" w:rsidRDefault="6F9DACFC" w:rsidP="0193FE03">
            <w:pPr>
              <w:rPr>
                <w:rFonts w:eastAsia="Calibri" w:cs="Calibri"/>
                <w:sz w:val="24"/>
                <w:szCs w:val="24"/>
              </w:rPr>
            </w:pPr>
            <w:proofErr w:type="gramStart"/>
            <w:r w:rsidRPr="0193FE03">
              <w:rPr>
                <w:rFonts w:eastAsia="Calibri" w:cs="Calibri"/>
                <w:sz w:val="24"/>
                <w:szCs w:val="24"/>
              </w:rPr>
              <w:t>Program</w:t>
            </w:r>
            <w:proofErr w:type="gramEnd"/>
            <w:r w:rsidRPr="0193FE03">
              <w:rPr>
                <w:rFonts w:eastAsia="Calibri" w:cs="Calibri"/>
                <w:sz w:val="24"/>
                <w:szCs w:val="24"/>
              </w:rPr>
              <w:t xml:space="preserve"> outcomes assessed for improvement</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7B561A03" w14:textId="342B0023" w:rsidR="7FFD18F3" w:rsidRDefault="6F9DACFC" w:rsidP="0193FE03">
            <w:pPr>
              <w:rPr>
                <w:rFonts w:eastAsia="Calibri" w:cs="Calibri"/>
                <w:sz w:val="24"/>
                <w:szCs w:val="24"/>
              </w:rPr>
            </w:pPr>
            <w:r w:rsidRPr="0193FE03">
              <w:rPr>
                <w:rFonts w:eastAsia="Calibri" w:cs="Calibri"/>
                <w:sz w:val="24"/>
                <w:szCs w:val="24"/>
              </w:rPr>
              <w:t>Program outcomes/career outcomes</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03865DD4" w14:textId="4D4C5D74" w:rsidR="7FFD18F3" w:rsidRDefault="6F9DACFC" w:rsidP="0193FE03">
            <w:pPr>
              <w:rPr>
                <w:rFonts w:eastAsia="Calibri" w:cs="Calibri"/>
                <w:sz w:val="24"/>
                <w:szCs w:val="24"/>
              </w:rPr>
            </w:pPr>
            <w:r w:rsidRPr="0193FE03">
              <w:rPr>
                <w:rFonts w:eastAsia="Calibri" w:cs="Calibri"/>
                <w:sz w:val="24"/>
                <w:szCs w:val="24"/>
              </w:rPr>
              <w:t>Learning outcomes at program level</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1BE70536" w14:textId="6F98A18A" w:rsidR="7FFD18F3" w:rsidRDefault="6F9DACFC" w:rsidP="0193FE03">
            <w:pPr>
              <w:rPr>
                <w:rFonts w:eastAsia="Calibri" w:cs="Calibri"/>
                <w:sz w:val="24"/>
                <w:szCs w:val="24"/>
              </w:rPr>
            </w:pPr>
            <w:r w:rsidRPr="0193FE03">
              <w:rPr>
                <w:rFonts w:eastAsia="Calibri" w:cs="Calibri"/>
                <w:sz w:val="24"/>
                <w:szCs w:val="24"/>
              </w:rPr>
              <w:t>Separate from program goals or operation</w:t>
            </w:r>
            <w:r w:rsidR="002549C1">
              <w:rPr>
                <w:rFonts w:eastAsia="Calibri" w:cs="Calibri"/>
                <w:sz w:val="24"/>
                <w:szCs w:val="24"/>
              </w:rPr>
              <w:t>s</w:t>
            </w:r>
            <w:r w:rsidRPr="0193FE03">
              <w:rPr>
                <w:rFonts w:eastAsia="Calibri" w:cs="Calibri"/>
                <w:sz w:val="24"/>
                <w:szCs w:val="24"/>
              </w:rPr>
              <w:t xml:space="preserve"> metrics.</w:t>
            </w:r>
          </w:p>
        </w:tc>
      </w:tr>
      <w:tr w:rsidR="7FFD18F3" w14:paraId="665FBCD6"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2CE4B58" w14:textId="03FC1E25"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Course Learning Outcomes</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3EA13BE0" w14:textId="158865DD"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'Course Learning Outcomes' for learning expectations at the course level.</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0F99D747" w14:textId="5426045B" w:rsidR="7FFD18F3" w:rsidRDefault="6F9DACFC" w:rsidP="0193FE03">
            <w:pPr>
              <w:rPr>
                <w:rFonts w:eastAsia="Calibri" w:cs="Calibri"/>
                <w:sz w:val="24"/>
                <w:szCs w:val="24"/>
              </w:rPr>
            </w:pPr>
            <w:r w:rsidRPr="0193FE03">
              <w:rPr>
                <w:rFonts w:eastAsia="Calibri" w:cs="Calibri"/>
                <w:sz w:val="24"/>
                <w:szCs w:val="24"/>
              </w:rPr>
              <w:t>Course outcomes used in curriculum/course approval</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5BEE9B47" w14:textId="703C98EC" w:rsidR="7FFD18F3" w:rsidRDefault="6F9DACFC" w:rsidP="0193FE03">
            <w:pPr>
              <w:rPr>
                <w:rFonts w:eastAsia="Calibri" w:cs="Calibri"/>
                <w:sz w:val="24"/>
                <w:szCs w:val="24"/>
              </w:rPr>
            </w:pPr>
            <w:r w:rsidRPr="0193FE03">
              <w:rPr>
                <w:rFonts w:eastAsia="Calibri" w:cs="Calibri"/>
                <w:sz w:val="24"/>
                <w:szCs w:val="24"/>
              </w:rPr>
              <w:t>Course-level outcomes supporting program outcomes</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0401E1DD" w14:textId="5A5C28F0" w:rsidR="7FFD18F3" w:rsidRDefault="6F9DACFC" w:rsidP="0193FE03">
            <w:pPr>
              <w:rPr>
                <w:rFonts w:eastAsia="Calibri" w:cs="Calibri"/>
                <w:sz w:val="24"/>
                <w:szCs w:val="24"/>
              </w:rPr>
            </w:pPr>
            <w:r w:rsidRPr="0193FE03">
              <w:rPr>
                <w:rFonts w:eastAsia="Calibri" w:cs="Calibri"/>
                <w:sz w:val="24"/>
                <w:szCs w:val="24"/>
              </w:rPr>
              <w:t>Course learning outcomes</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6679AB5A" w14:textId="3A28CA2B" w:rsidR="7FFD18F3" w:rsidRDefault="6F9DACFC" w:rsidP="0193FE03">
            <w:pPr>
              <w:rPr>
                <w:rFonts w:eastAsia="Calibri" w:cs="Calibri"/>
                <w:sz w:val="24"/>
                <w:szCs w:val="24"/>
              </w:rPr>
            </w:pPr>
            <w:r w:rsidRPr="0193FE03">
              <w:rPr>
                <w:rFonts w:eastAsia="Calibri" w:cs="Calibri"/>
                <w:sz w:val="24"/>
                <w:szCs w:val="24"/>
              </w:rPr>
              <w:t>Course-level learning outcomes</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09A422F1" w14:textId="39293980" w:rsidR="7FFD18F3" w:rsidRDefault="6F9DACFC" w:rsidP="0193FE03">
            <w:pPr>
              <w:rPr>
                <w:rFonts w:eastAsia="Calibri" w:cs="Calibri"/>
                <w:sz w:val="24"/>
                <w:szCs w:val="24"/>
              </w:rPr>
            </w:pPr>
            <w:r w:rsidRPr="0193FE03">
              <w:rPr>
                <w:rFonts w:eastAsia="Calibri" w:cs="Calibri"/>
                <w:sz w:val="24"/>
                <w:szCs w:val="24"/>
              </w:rPr>
              <w:t>Map to program and institutional outcomes where appropriate.</w:t>
            </w:r>
          </w:p>
        </w:tc>
      </w:tr>
      <w:tr w:rsidR="7FFD18F3" w14:paraId="0BCCEB23"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0D66E4AA" w14:textId="1D5A227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Student Achievement</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236F9C51" w14:textId="49CB0ABC"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'Student Achievement' for measurable indicators such as retention, completion, transfer, employment, and equity gaps.</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5AD06148" w14:textId="184EABB7" w:rsidR="7FFD18F3" w:rsidRDefault="6F9DACFC" w:rsidP="0193FE03">
            <w:pPr>
              <w:rPr>
                <w:rFonts w:eastAsia="Calibri" w:cs="Calibri"/>
                <w:sz w:val="24"/>
                <w:szCs w:val="24"/>
              </w:rPr>
            </w:pPr>
            <w:r w:rsidRPr="0193FE03">
              <w:rPr>
                <w:rFonts w:eastAsia="Calibri" w:cs="Calibri"/>
                <w:sz w:val="24"/>
                <w:szCs w:val="24"/>
              </w:rPr>
              <w:t>Completion, enrollment, retention, transfer, employment, and related reporting</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6606FA05" w14:textId="5B4D6364" w:rsidR="7FFD18F3" w:rsidRDefault="6F9DACFC" w:rsidP="0193FE03">
            <w:pPr>
              <w:rPr>
                <w:rFonts w:eastAsia="Calibri" w:cs="Calibri"/>
                <w:sz w:val="24"/>
                <w:szCs w:val="24"/>
              </w:rPr>
            </w:pPr>
            <w:r w:rsidRPr="0193FE03">
              <w:rPr>
                <w:rFonts w:eastAsia="Calibri" w:cs="Calibri"/>
                <w:sz w:val="24"/>
                <w:szCs w:val="24"/>
              </w:rPr>
              <w:t>Formal NWCCU concept requiring indicators, thresholds, benchmarking, and equity attention</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173C1871" w14:textId="1B395AF8" w:rsidR="7FFD18F3" w:rsidRDefault="6F9DACFC" w:rsidP="0193FE03">
            <w:pPr>
              <w:rPr>
                <w:rFonts w:eastAsia="Calibri" w:cs="Calibri"/>
                <w:sz w:val="24"/>
                <w:szCs w:val="24"/>
              </w:rPr>
            </w:pPr>
            <w:r w:rsidRPr="0193FE03">
              <w:rPr>
                <w:rFonts w:eastAsia="Calibri" w:cs="Calibri"/>
                <w:sz w:val="24"/>
                <w:szCs w:val="24"/>
              </w:rPr>
              <w:t>Student success and completion measures</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76EFBFC6" w14:textId="198BDFE1" w:rsidR="7FFD18F3" w:rsidRDefault="6F9DACFC" w:rsidP="0193FE03">
            <w:pPr>
              <w:rPr>
                <w:rFonts w:eastAsia="Calibri" w:cs="Calibri"/>
                <w:sz w:val="24"/>
                <w:szCs w:val="24"/>
              </w:rPr>
            </w:pPr>
            <w:r w:rsidRPr="0193FE03">
              <w:rPr>
                <w:rFonts w:eastAsia="Calibri" w:cs="Calibri"/>
                <w:sz w:val="24"/>
                <w:szCs w:val="24"/>
              </w:rPr>
              <w:t>Student success and learning achievement</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1018330B" w14:textId="7F746F56" w:rsidR="7FFD18F3" w:rsidRDefault="6F9DACFC" w:rsidP="0193FE03">
            <w:pPr>
              <w:rPr>
                <w:rFonts w:eastAsia="Calibri" w:cs="Calibri"/>
                <w:sz w:val="24"/>
                <w:szCs w:val="24"/>
              </w:rPr>
            </w:pPr>
            <w:r w:rsidRPr="0193FE03">
              <w:rPr>
                <w:rFonts w:eastAsia="Calibri" w:cs="Calibri"/>
                <w:sz w:val="24"/>
                <w:szCs w:val="24"/>
              </w:rPr>
              <w:t xml:space="preserve">Do not confuse </w:t>
            </w:r>
            <w:proofErr w:type="gramStart"/>
            <w:r w:rsidRPr="0193FE03">
              <w:rPr>
                <w:rFonts w:eastAsia="Calibri" w:cs="Calibri"/>
                <w:sz w:val="24"/>
                <w:szCs w:val="24"/>
              </w:rPr>
              <w:t>with student</w:t>
            </w:r>
            <w:proofErr w:type="gramEnd"/>
            <w:r w:rsidRPr="0193FE03">
              <w:rPr>
                <w:rFonts w:eastAsia="Calibri" w:cs="Calibri"/>
                <w:sz w:val="24"/>
                <w:szCs w:val="24"/>
              </w:rPr>
              <w:t xml:space="preserve"> learning outcomes.</w:t>
            </w:r>
          </w:p>
        </w:tc>
      </w:tr>
      <w:tr w:rsidR="7FFD18F3" w14:paraId="525A3D04"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04CF0A23" w14:textId="4C604D38"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Student Learning</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7A769AAE" w14:textId="04BAD3E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'Student Learning' for evidence of </w:t>
            </w:r>
            <w:r w:rsidRPr="0193FE03">
              <w:rPr>
                <w:rFonts w:eastAsia="Calibri" w:cs="Calibri"/>
                <w:color w:val="000000" w:themeColor="text1"/>
                <w:sz w:val="24"/>
                <w:szCs w:val="24"/>
              </w:rPr>
              <w:lastRenderedPageBreak/>
              <w:t>knowledge, skills, abilities, and dispositions demonstrated through coursework or educational experiences.</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136FE1B6" w14:textId="1DB22613" w:rsidR="7FFD18F3" w:rsidRDefault="6F9DACFC" w:rsidP="0193FE03">
            <w:pPr>
              <w:rPr>
                <w:rFonts w:eastAsia="Calibri" w:cs="Calibri"/>
                <w:sz w:val="24"/>
                <w:szCs w:val="24"/>
              </w:rPr>
            </w:pPr>
            <w:r w:rsidRPr="0193FE03">
              <w:rPr>
                <w:rFonts w:eastAsia="Calibri" w:cs="Calibri"/>
                <w:sz w:val="24"/>
                <w:szCs w:val="24"/>
              </w:rPr>
              <w:lastRenderedPageBreak/>
              <w:t>Instructional outcome evidence</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243A85FA" w14:textId="19168565" w:rsidR="7FFD18F3" w:rsidRDefault="6F9DACFC" w:rsidP="0193FE03">
            <w:pPr>
              <w:rPr>
                <w:rFonts w:eastAsia="Calibri" w:cs="Calibri"/>
                <w:sz w:val="24"/>
                <w:szCs w:val="24"/>
              </w:rPr>
            </w:pPr>
            <w:r w:rsidRPr="0193FE03">
              <w:rPr>
                <w:rFonts w:eastAsia="Calibri" w:cs="Calibri"/>
                <w:sz w:val="24"/>
                <w:szCs w:val="24"/>
              </w:rPr>
              <w:t xml:space="preserve">Formal NWCCU concept focused on what students </w:t>
            </w:r>
            <w:r w:rsidRPr="0193FE03">
              <w:rPr>
                <w:rFonts w:eastAsia="Calibri" w:cs="Calibri"/>
                <w:sz w:val="24"/>
                <w:szCs w:val="24"/>
              </w:rPr>
              <w:lastRenderedPageBreak/>
              <w:t>learn and can demonstrate</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32D67C3A" w14:textId="0C131963" w:rsidR="7FFD18F3" w:rsidRDefault="6F9DACFC" w:rsidP="0193FE03">
            <w:pPr>
              <w:rPr>
                <w:rFonts w:eastAsia="Calibri" w:cs="Calibri"/>
                <w:sz w:val="24"/>
                <w:szCs w:val="24"/>
              </w:rPr>
            </w:pPr>
            <w:r w:rsidRPr="0193FE03">
              <w:rPr>
                <w:rFonts w:eastAsia="Calibri" w:cs="Calibri"/>
                <w:sz w:val="24"/>
                <w:szCs w:val="24"/>
              </w:rPr>
              <w:lastRenderedPageBreak/>
              <w:t>Learning within academic programs</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314F8BBF" w14:textId="28571FA3" w:rsidR="7FFD18F3" w:rsidRDefault="6F9DACFC" w:rsidP="0193FE03">
            <w:pPr>
              <w:rPr>
                <w:rFonts w:eastAsia="Calibri" w:cs="Calibri"/>
                <w:sz w:val="24"/>
                <w:szCs w:val="24"/>
              </w:rPr>
            </w:pPr>
            <w:r w:rsidRPr="0193FE03">
              <w:rPr>
                <w:rFonts w:eastAsia="Calibri" w:cs="Calibri"/>
                <w:sz w:val="24"/>
                <w:szCs w:val="24"/>
              </w:rPr>
              <w:t xml:space="preserve">Central AAC&amp;U focus, including </w:t>
            </w:r>
            <w:r w:rsidRPr="0193FE03">
              <w:rPr>
                <w:rFonts w:eastAsia="Calibri" w:cs="Calibri"/>
                <w:sz w:val="24"/>
                <w:szCs w:val="24"/>
              </w:rPr>
              <w:lastRenderedPageBreak/>
              <w:t>essential learning outcomes</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797C3E24" w14:textId="26223479" w:rsidR="7FFD18F3" w:rsidRDefault="6F9DACFC" w:rsidP="0193FE03">
            <w:pPr>
              <w:rPr>
                <w:rFonts w:eastAsia="Calibri" w:cs="Calibri"/>
                <w:sz w:val="24"/>
                <w:szCs w:val="24"/>
              </w:rPr>
            </w:pPr>
            <w:r w:rsidRPr="0193FE03">
              <w:rPr>
                <w:rFonts w:eastAsia="Calibri" w:cs="Calibri"/>
                <w:sz w:val="24"/>
                <w:szCs w:val="24"/>
              </w:rPr>
              <w:lastRenderedPageBreak/>
              <w:t xml:space="preserve">Measured through direct and </w:t>
            </w:r>
            <w:r w:rsidRPr="0193FE03">
              <w:rPr>
                <w:rFonts w:eastAsia="Calibri" w:cs="Calibri"/>
                <w:sz w:val="24"/>
                <w:szCs w:val="24"/>
              </w:rPr>
              <w:lastRenderedPageBreak/>
              <w:t>indirect evidence.</w:t>
            </w:r>
          </w:p>
        </w:tc>
      </w:tr>
      <w:tr w:rsidR="7FFD18F3" w14:paraId="57A70E87"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041E33D" w14:textId="6BBD856A"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lastRenderedPageBreak/>
              <w:t>Direct Measure</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72A29645" w14:textId="768D551E"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'Direct Measure' for evidence from actual student work, performance, exams, portfolios, or projects.</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7C550B54" w14:textId="02D80D2A" w:rsidR="7FFD18F3" w:rsidRDefault="6F9DACFC" w:rsidP="0193FE03">
            <w:pPr>
              <w:rPr>
                <w:rFonts w:eastAsia="Calibri" w:cs="Calibri"/>
                <w:sz w:val="24"/>
                <w:szCs w:val="24"/>
              </w:rPr>
            </w:pPr>
            <w:r w:rsidRPr="0193FE03">
              <w:rPr>
                <w:rFonts w:eastAsia="Calibri" w:cs="Calibri"/>
                <w:sz w:val="24"/>
                <w:szCs w:val="24"/>
              </w:rPr>
              <w:t>May be locally defined</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4100B109" w14:textId="650758CF" w:rsidR="7FFD18F3" w:rsidRDefault="6F9DACFC" w:rsidP="0193FE03">
            <w:pPr>
              <w:rPr>
                <w:rFonts w:eastAsia="Calibri" w:cs="Calibri"/>
                <w:sz w:val="24"/>
                <w:szCs w:val="24"/>
              </w:rPr>
            </w:pPr>
            <w:r w:rsidRPr="0193FE03">
              <w:rPr>
                <w:rFonts w:eastAsia="Calibri" w:cs="Calibri"/>
                <w:sz w:val="24"/>
                <w:szCs w:val="24"/>
              </w:rPr>
              <w:t>Assessment evidence from student performance or work</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6F5CA6CE" w14:textId="3A446E91" w:rsidR="7FFD18F3" w:rsidRDefault="6F9DACFC" w:rsidP="0193FE03">
            <w:pPr>
              <w:rPr>
                <w:rFonts w:eastAsia="Calibri" w:cs="Calibri"/>
                <w:sz w:val="24"/>
                <w:szCs w:val="24"/>
              </w:rPr>
            </w:pPr>
            <w:r w:rsidRPr="0193FE03">
              <w:rPr>
                <w:rFonts w:eastAsia="Calibri" w:cs="Calibri"/>
                <w:sz w:val="24"/>
                <w:szCs w:val="24"/>
              </w:rPr>
              <w:t>Assessment of student work/performance</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45610CF5" w14:textId="470B35EF" w:rsidR="7FFD18F3" w:rsidRDefault="6F9DACFC" w:rsidP="0193FE03">
            <w:pPr>
              <w:rPr>
                <w:rFonts w:eastAsia="Calibri" w:cs="Calibri"/>
                <w:sz w:val="24"/>
                <w:szCs w:val="24"/>
              </w:rPr>
            </w:pPr>
            <w:r w:rsidRPr="0193FE03">
              <w:rPr>
                <w:rFonts w:eastAsia="Calibri" w:cs="Calibri"/>
                <w:sz w:val="24"/>
                <w:szCs w:val="24"/>
              </w:rPr>
              <w:t>Authentic student work in VALUE assessment</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2643A24E" w14:textId="6550B183" w:rsidR="7FFD18F3" w:rsidRDefault="6F9DACFC" w:rsidP="0193FE03">
            <w:pPr>
              <w:rPr>
                <w:rFonts w:eastAsia="Calibri" w:cs="Calibri"/>
                <w:sz w:val="24"/>
                <w:szCs w:val="24"/>
              </w:rPr>
            </w:pPr>
            <w:r w:rsidRPr="0193FE03">
              <w:rPr>
                <w:rFonts w:eastAsia="Calibri" w:cs="Calibri"/>
                <w:sz w:val="24"/>
                <w:szCs w:val="24"/>
              </w:rPr>
              <w:t>Preferred for learning assessment.</w:t>
            </w:r>
          </w:p>
        </w:tc>
      </w:tr>
      <w:tr w:rsidR="7FFD18F3" w14:paraId="036A31CE"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6E70AB5F" w14:textId="67E6C0EE"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Indirect Measure</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653787E6" w14:textId="38C6199B"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'Indirect Measure' for survey, self-report, satisfaction, or perception evidence.</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6F50C703" w14:textId="1063C3FB" w:rsidR="7FFD18F3" w:rsidRDefault="6F9DACFC" w:rsidP="0193FE03">
            <w:pPr>
              <w:rPr>
                <w:rFonts w:eastAsia="Calibri" w:cs="Calibri"/>
                <w:sz w:val="24"/>
                <w:szCs w:val="24"/>
              </w:rPr>
            </w:pPr>
            <w:r w:rsidRPr="0193FE03">
              <w:rPr>
                <w:rFonts w:eastAsia="Calibri" w:cs="Calibri"/>
                <w:sz w:val="24"/>
                <w:szCs w:val="24"/>
              </w:rPr>
              <w:t>May be locally defined</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6A4AE778" w14:textId="7D33A05C" w:rsidR="7FFD18F3" w:rsidRDefault="6F9DACFC" w:rsidP="0193FE03">
            <w:pPr>
              <w:rPr>
                <w:rFonts w:eastAsia="Calibri" w:cs="Calibri"/>
                <w:sz w:val="24"/>
                <w:szCs w:val="24"/>
              </w:rPr>
            </w:pPr>
            <w:r w:rsidRPr="0193FE03">
              <w:rPr>
                <w:rFonts w:eastAsia="Calibri" w:cs="Calibri"/>
                <w:sz w:val="24"/>
                <w:szCs w:val="24"/>
              </w:rPr>
              <w:t>Evidence from perceptions, surveys, reflections, or proxy indicators</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62D550D5" w14:textId="2821A634" w:rsidR="7FFD18F3" w:rsidRDefault="6F9DACFC" w:rsidP="0193FE03">
            <w:pPr>
              <w:rPr>
                <w:rFonts w:eastAsia="Calibri" w:cs="Calibri"/>
                <w:sz w:val="24"/>
                <w:szCs w:val="24"/>
              </w:rPr>
            </w:pPr>
            <w:r w:rsidRPr="0193FE03">
              <w:rPr>
                <w:rFonts w:eastAsia="Calibri" w:cs="Calibri"/>
                <w:sz w:val="24"/>
                <w:szCs w:val="24"/>
              </w:rPr>
              <w:t>Survey and perception data</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0F4C5DD5" w14:textId="556FC4E7" w:rsidR="7FFD18F3" w:rsidRDefault="6F9DACFC" w:rsidP="0193FE03">
            <w:pPr>
              <w:rPr>
                <w:rFonts w:eastAsia="Calibri" w:cs="Calibri"/>
                <w:sz w:val="24"/>
                <w:szCs w:val="24"/>
              </w:rPr>
            </w:pPr>
            <w:r w:rsidRPr="0193FE03">
              <w:rPr>
                <w:rFonts w:eastAsia="Calibri" w:cs="Calibri"/>
                <w:sz w:val="24"/>
                <w:szCs w:val="24"/>
              </w:rPr>
              <w:t>Supplementary evidence of learning</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43524F76" w14:textId="423B983D" w:rsidR="7FFD18F3" w:rsidRDefault="6F9DACFC" w:rsidP="0193FE03">
            <w:pPr>
              <w:rPr>
                <w:rFonts w:eastAsia="Calibri" w:cs="Calibri"/>
                <w:sz w:val="24"/>
                <w:szCs w:val="24"/>
              </w:rPr>
            </w:pPr>
            <w:r w:rsidRPr="0193FE03">
              <w:rPr>
                <w:rFonts w:eastAsia="Calibri" w:cs="Calibri"/>
                <w:sz w:val="24"/>
                <w:szCs w:val="24"/>
              </w:rPr>
              <w:t>Useful but should not stand alone for learning assessment.</w:t>
            </w:r>
          </w:p>
        </w:tc>
      </w:tr>
      <w:tr w:rsidR="7FFD18F3" w14:paraId="6F94214A"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3180DFBD" w14:textId="5558C507"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Closing the Loop</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2D5D51DB" w14:textId="44786E14"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 xml:space="preserve">Use 'Closing the Loop' for documented action based on assessment findings and follow-up </w:t>
            </w:r>
            <w:r w:rsidRPr="0193FE03">
              <w:rPr>
                <w:rFonts w:eastAsia="Calibri" w:cs="Calibri"/>
                <w:color w:val="000000" w:themeColor="text1"/>
                <w:sz w:val="24"/>
                <w:szCs w:val="24"/>
              </w:rPr>
              <w:lastRenderedPageBreak/>
              <w:t>evidence of impact.</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67AB8BD0" w14:textId="5FF9D060" w:rsidR="7FFD18F3" w:rsidRDefault="6F9DACFC" w:rsidP="0193FE03">
            <w:pPr>
              <w:rPr>
                <w:rFonts w:eastAsia="Calibri" w:cs="Calibri"/>
                <w:sz w:val="24"/>
                <w:szCs w:val="24"/>
              </w:rPr>
            </w:pPr>
            <w:r w:rsidRPr="0193FE03">
              <w:rPr>
                <w:rFonts w:eastAsia="Calibri" w:cs="Calibri"/>
                <w:sz w:val="24"/>
                <w:szCs w:val="24"/>
              </w:rPr>
              <w:lastRenderedPageBreak/>
              <w:t>Local improvement term</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79F6E999" w14:textId="276E9915" w:rsidR="7FFD18F3" w:rsidRDefault="6F9DACFC" w:rsidP="0193FE03">
            <w:pPr>
              <w:rPr>
                <w:rFonts w:eastAsia="Calibri" w:cs="Calibri"/>
                <w:sz w:val="24"/>
                <w:szCs w:val="24"/>
              </w:rPr>
            </w:pPr>
            <w:r w:rsidRPr="0193FE03">
              <w:rPr>
                <w:rFonts w:eastAsia="Calibri" w:cs="Calibri"/>
                <w:sz w:val="24"/>
                <w:szCs w:val="24"/>
              </w:rPr>
              <w:t>Use of results for continuous improvement</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6854E63D" w14:textId="468F419B" w:rsidR="7FFD18F3" w:rsidRDefault="6F9DACFC" w:rsidP="0193FE03">
            <w:pPr>
              <w:rPr>
                <w:rFonts w:eastAsia="Calibri" w:cs="Calibri"/>
                <w:sz w:val="24"/>
                <w:szCs w:val="24"/>
              </w:rPr>
            </w:pPr>
            <w:r w:rsidRPr="0193FE03">
              <w:rPr>
                <w:rFonts w:eastAsia="Calibri" w:cs="Calibri"/>
                <w:sz w:val="24"/>
                <w:szCs w:val="24"/>
              </w:rPr>
              <w:t>Improvement based on student success evidence</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4932F14D" w14:textId="67A8B03C" w:rsidR="7FFD18F3" w:rsidRDefault="6F9DACFC" w:rsidP="0193FE03">
            <w:pPr>
              <w:rPr>
                <w:rFonts w:eastAsia="Calibri" w:cs="Calibri"/>
                <w:sz w:val="24"/>
                <w:szCs w:val="24"/>
              </w:rPr>
            </w:pPr>
            <w:r w:rsidRPr="0193FE03">
              <w:rPr>
                <w:rFonts w:eastAsia="Calibri" w:cs="Calibri"/>
                <w:sz w:val="24"/>
                <w:szCs w:val="24"/>
              </w:rPr>
              <w:t>Improvement of learning using assessment results</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0131A74E" w14:textId="783F37EF" w:rsidR="7FFD18F3" w:rsidRDefault="6F9DACFC" w:rsidP="0193FE03">
            <w:pPr>
              <w:rPr>
                <w:rFonts w:eastAsia="Calibri" w:cs="Calibri"/>
                <w:sz w:val="24"/>
                <w:szCs w:val="24"/>
              </w:rPr>
            </w:pPr>
            <w:r w:rsidRPr="0193FE03">
              <w:rPr>
                <w:rFonts w:eastAsia="Calibri" w:cs="Calibri"/>
                <w:sz w:val="24"/>
                <w:szCs w:val="24"/>
              </w:rPr>
              <w:t>Avoid vague use; name the change made and evidence reviewed.</w:t>
            </w:r>
          </w:p>
        </w:tc>
      </w:tr>
      <w:tr w:rsidR="7FFD18F3" w14:paraId="22B0E125" w14:textId="77777777" w:rsidTr="54D9A765">
        <w:trPr>
          <w:trHeight w:val="300"/>
        </w:trPr>
        <w:tc>
          <w:tcPr>
            <w:tcW w:w="1335" w:type="dxa"/>
            <w:tcBorders>
              <w:top w:val="single" w:sz="8" w:space="0" w:color="auto"/>
              <w:left w:val="single" w:sz="8" w:space="0" w:color="auto"/>
              <w:bottom w:val="single" w:sz="8" w:space="0" w:color="auto"/>
              <w:right w:val="single" w:sz="8" w:space="0" w:color="auto"/>
            </w:tcBorders>
            <w:tcMar>
              <w:left w:w="108" w:type="dxa"/>
              <w:right w:w="108" w:type="dxa"/>
            </w:tcMar>
          </w:tcPr>
          <w:p w14:paraId="4FDDDC32" w14:textId="7372B101"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Evidence</w:t>
            </w:r>
          </w:p>
        </w:tc>
        <w:tc>
          <w:tcPr>
            <w:tcW w:w="3696" w:type="dxa"/>
            <w:tcBorders>
              <w:top w:val="single" w:sz="8" w:space="0" w:color="auto"/>
              <w:left w:val="single" w:sz="8" w:space="0" w:color="auto"/>
              <w:bottom w:val="single" w:sz="8" w:space="0" w:color="auto"/>
              <w:right w:val="single" w:sz="8" w:space="0" w:color="auto"/>
            </w:tcBorders>
            <w:tcMar>
              <w:left w:w="108" w:type="dxa"/>
              <w:right w:w="108" w:type="dxa"/>
            </w:tcMar>
          </w:tcPr>
          <w:p w14:paraId="13BDB1D0" w14:textId="3B645A46" w:rsidR="7FFD18F3" w:rsidRDefault="6F9DACFC" w:rsidP="0193FE03">
            <w:pPr>
              <w:rPr>
                <w:rFonts w:eastAsia="Calibri" w:cs="Calibri"/>
                <w:color w:val="000000" w:themeColor="text1"/>
                <w:sz w:val="24"/>
                <w:szCs w:val="24"/>
              </w:rPr>
            </w:pPr>
            <w:r w:rsidRPr="0193FE03">
              <w:rPr>
                <w:rFonts w:eastAsia="Calibri" w:cs="Calibri"/>
                <w:color w:val="000000" w:themeColor="text1"/>
                <w:sz w:val="24"/>
                <w:szCs w:val="24"/>
              </w:rPr>
              <w:t>Use 'Evidence' for documentation, data, analysis, or artifacts supporting conclusions about effectiveness or compliance.</w:t>
            </w:r>
          </w:p>
        </w:tc>
        <w:tc>
          <w:tcPr>
            <w:tcW w:w="2062" w:type="dxa"/>
            <w:tcBorders>
              <w:top w:val="single" w:sz="8" w:space="0" w:color="auto"/>
              <w:left w:val="single" w:sz="8" w:space="0" w:color="auto"/>
              <w:bottom w:val="single" w:sz="8" w:space="0" w:color="auto"/>
              <w:right w:val="single" w:sz="8" w:space="0" w:color="auto"/>
            </w:tcBorders>
            <w:tcMar>
              <w:left w:w="108" w:type="dxa"/>
              <w:right w:w="108" w:type="dxa"/>
            </w:tcMar>
          </w:tcPr>
          <w:p w14:paraId="4146B284" w14:textId="376F0F9B" w:rsidR="7FFD18F3" w:rsidRDefault="6F9DACFC" w:rsidP="0193FE03">
            <w:pPr>
              <w:rPr>
                <w:rFonts w:eastAsia="Calibri" w:cs="Calibri"/>
                <w:sz w:val="24"/>
                <w:szCs w:val="24"/>
              </w:rPr>
            </w:pPr>
            <w:r w:rsidRPr="0193FE03">
              <w:rPr>
                <w:rFonts w:eastAsia="Calibri" w:cs="Calibri"/>
                <w:sz w:val="24"/>
                <w:szCs w:val="24"/>
              </w:rPr>
              <w:t>Data, documentation, reports, coding, policy records</w:t>
            </w:r>
          </w:p>
        </w:tc>
        <w:tc>
          <w:tcPr>
            <w:tcW w:w="1542" w:type="dxa"/>
            <w:tcBorders>
              <w:top w:val="single" w:sz="8" w:space="0" w:color="auto"/>
              <w:left w:val="single" w:sz="8" w:space="0" w:color="auto"/>
              <w:bottom w:val="single" w:sz="8" w:space="0" w:color="auto"/>
              <w:right w:val="single" w:sz="8" w:space="0" w:color="auto"/>
            </w:tcBorders>
            <w:tcMar>
              <w:left w:w="108" w:type="dxa"/>
              <w:right w:w="108" w:type="dxa"/>
            </w:tcMar>
          </w:tcPr>
          <w:p w14:paraId="53AC7889" w14:textId="32C0F074" w:rsidR="7FFD18F3" w:rsidRDefault="6F9DACFC" w:rsidP="0193FE03">
            <w:pPr>
              <w:rPr>
                <w:rFonts w:eastAsia="Calibri" w:cs="Calibri"/>
                <w:sz w:val="24"/>
                <w:szCs w:val="24"/>
              </w:rPr>
            </w:pPr>
            <w:r w:rsidRPr="0193FE03">
              <w:rPr>
                <w:rFonts w:eastAsia="Calibri" w:cs="Calibri"/>
                <w:sz w:val="24"/>
                <w:szCs w:val="24"/>
              </w:rPr>
              <w:t>Documentation supporting accreditation claims</w:t>
            </w:r>
          </w:p>
        </w:tc>
        <w:tc>
          <w:tcPr>
            <w:tcW w:w="1594" w:type="dxa"/>
            <w:tcBorders>
              <w:top w:val="single" w:sz="8" w:space="0" w:color="auto"/>
              <w:left w:val="single" w:sz="8" w:space="0" w:color="auto"/>
              <w:bottom w:val="single" w:sz="8" w:space="0" w:color="auto"/>
              <w:right w:val="single" w:sz="8" w:space="0" w:color="auto"/>
            </w:tcBorders>
            <w:tcMar>
              <w:left w:w="108" w:type="dxa"/>
              <w:right w:w="108" w:type="dxa"/>
            </w:tcMar>
          </w:tcPr>
          <w:p w14:paraId="4C6E8A45" w14:textId="34CE5722" w:rsidR="7FFD18F3" w:rsidRDefault="6F9DACFC" w:rsidP="0193FE03">
            <w:pPr>
              <w:rPr>
                <w:rFonts w:eastAsia="Calibri" w:cs="Calibri"/>
                <w:sz w:val="24"/>
                <w:szCs w:val="24"/>
              </w:rPr>
            </w:pPr>
            <w:r w:rsidRPr="0193FE03">
              <w:rPr>
                <w:rFonts w:eastAsia="Calibri" w:cs="Calibri"/>
                <w:sz w:val="24"/>
                <w:szCs w:val="24"/>
              </w:rPr>
              <w:t>Student success/accountability evidence</w:t>
            </w:r>
          </w:p>
        </w:tc>
        <w:tc>
          <w:tcPr>
            <w:tcW w:w="1604" w:type="dxa"/>
            <w:tcBorders>
              <w:top w:val="single" w:sz="8" w:space="0" w:color="auto"/>
              <w:left w:val="single" w:sz="8" w:space="0" w:color="auto"/>
              <w:bottom w:val="single" w:sz="8" w:space="0" w:color="auto"/>
              <w:right w:val="single" w:sz="8" w:space="0" w:color="auto"/>
            </w:tcBorders>
            <w:tcMar>
              <w:left w:w="108" w:type="dxa"/>
              <w:right w:w="108" w:type="dxa"/>
            </w:tcMar>
          </w:tcPr>
          <w:p w14:paraId="17351219" w14:textId="232DD78B" w:rsidR="7FFD18F3" w:rsidRDefault="6F9DACFC" w:rsidP="0193FE03">
            <w:pPr>
              <w:rPr>
                <w:rFonts w:eastAsia="Calibri" w:cs="Calibri"/>
                <w:sz w:val="24"/>
                <w:szCs w:val="24"/>
              </w:rPr>
            </w:pPr>
            <w:r w:rsidRPr="0193FE03">
              <w:rPr>
                <w:rFonts w:eastAsia="Calibri" w:cs="Calibri"/>
                <w:sz w:val="24"/>
                <w:szCs w:val="24"/>
              </w:rPr>
              <w:t>Student work, rubric results, assessment evidence</w:t>
            </w:r>
          </w:p>
        </w:tc>
        <w:tc>
          <w:tcPr>
            <w:tcW w:w="1837" w:type="dxa"/>
            <w:tcBorders>
              <w:top w:val="single" w:sz="8" w:space="0" w:color="auto"/>
              <w:left w:val="single" w:sz="8" w:space="0" w:color="auto"/>
              <w:bottom w:val="single" w:sz="8" w:space="0" w:color="auto"/>
              <w:right w:val="single" w:sz="8" w:space="0" w:color="auto"/>
            </w:tcBorders>
            <w:tcMar>
              <w:left w:w="108" w:type="dxa"/>
              <w:right w:w="108" w:type="dxa"/>
            </w:tcMar>
          </w:tcPr>
          <w:p w14:paraId="04129B69" w14:textId="32CB1D67" w:rsidR="7FFD18F3" w:rsidRDefault="6F9DACFC" w:rsidP="0193FE03">
            <w:pPr>
              <w:rPr>
                <w:rFonts w:eastAsia="Calibri" w:cs="Calibri"/>
                <w:sz w:val="24"/>
                <w:szCs w:val="24"/>
              </w:rPr>
            </w:pPr>
            <w:r w:rsidRPr="0193FE03">
              <w:rPr>
                <w:rFonts w:eastAsia="Calibri" w:cs="Calibri"/>
                <w:sz w:val="24"/>
                <w:szCs w:val="24"/>
              </w:rPr>
              <w:t>Evidence should be traceable, current, and meaningful.</w:t>
            </w:r>
          </w:p>
        </w:tc>
      </w:tr>
    </w:tbl>
    <w:p w14:paraId="1F20044A" w14:textId="53049518"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t>Preferred Bellevue Usage Rules</w:t>
      </w:r>
    </w:p>
    <w:p w14:paraId="56D93CF2" w14:textId="1665BEE6"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'academic program' instead of 'program' when referring to credential-bearing instructional curricula.</w:t>
      </w:r>
    </w:p>
    <w:p w14:paraId="203DCF72" w14:textId="67EFD03B"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'student services program' instead of 'program' when referring to organized student support functions.</w:t>
      </w:r>
    </w:p>
    <w:p w14:paraId="297C2B1B" w14:textId="627146BC"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'administrative program' instead of 'program' when referring to ongoing operation</w:t>
      </w:r>
      <w:r w:rsidR="002549C1">
        <w:rPr>
          <w:rFonts w:eastAsia="Calibri" w:cs="Calibri"/>
          <w:sz w:val="24"/>
          <w:szCs w:val="24"/>
        </w:rPr>
        <w:t>s</w:t>
      </w:r>
      <w:r w:rsidRPr="0193FE03">
        <w:rPr>
          <w:rFonts w:eastAsia="Calibri" w:cs="Calibri"/>
          <w:sz w:val="24"/>
          <w:szCs w:val="24"/>
        </w:rPr>
        <w:t xml:space="preserve"> functions.</w:t>
      </w:r>
    </w:p>
    <w:p w14:paraId="23BE9B3D" w14:textId="276DA58E"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'department' only for organizational structure, not for credentials, curricula, or student support service sets.</w:t>
      </w:r>
    </w:p>
    <w:p w14:paraId="3D4CC9BD" w14:textId="65BC802D"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'course' for the approved instructional offering and 'section' for the scheduled instance of that course.</w:t>
      </w:r>
    </w:p>
    <w:p w14:paraId="61DD76C3" w14:textId="3A170F68"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'initiative' for major strategic efforts and 'project' for temporary work with defined deliverables.</w:t>
      </w:r>
    </w:p>
    <w:p w14:paraId="12F87384" w14:textId="36F1FB31"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'assessment' for collecting and using evidence for improvement; use 'evaluation' for judging effectiveness or quality.</w:t>
      </w:r>
    </w:p>
    <w:p w14:paraId="6EEBFBA1" w14:textId="3D1C713B"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'metric' for a measure, 'KPI' for a high-priority strategic measure, and 'indicator' when aligning with NWCCU mission fulfillment language.</w:t>
      </w:r>
    </w:p>
    <w:p w14:paraId="501E3FF3" w14:textId="6EDC1288" w:rsidR="009954CE" w:rsidRDefault="7C0A4146" w:rsidP="0193FE03">
      <w:pPr>
        <w:pStyle w:val="ListParagraph"/>
        <w:numPr>
          <w:ilvl w:val="0"/>
          <w:numId w:val="4"/>
        </w:numPr>
        <w:spacing w:after="0"/>
        <w:ind w:left="360"/>
        <w:rPr>
          <w:rFonts w:eastAsia="Calibri" w:cs="Calibri"/>
          <w:sz w:val="24"/>
          <w:szCs w:val="24"/>
        </w:rPr>
      </w:pPr>
      <w:r w:rsidRPr="0193FE03">
        <w:rPr>
          <w:rFonts w:eastAsia="Calibri" w:cs="Calibri"/>
          <w:sz w:val="24"/>
          <w:szCs w:val="24"/>
        </w:rPr>
        <w:t>Use 'student achievement' for retention, completion, transfer, employment, and equity indicators; use 'student learning' for demonstrated knowledge, skills, and abilities.</w:t>
      </w:r>
    </w:p>
    <w:p w14:paraId="017EE6FE" w14:textId="2EAD79CE" w:rsidR="009954CE" w:rsidRDefault="5D644CAD" w:rsidP="0193FE03">
      <w:pPr>
        <w:pStyle w:val="ListParagraph"/>
        <w:numPr>
          <w:ilvl w:val="0"/>
          <w:numId w:val="4"/>
        </w:numPr>
        <w:spacing w:after="0"/>
        <w:ind w:left="360"/>
        <w:rPr>
          <w:rFonts w:eastAsia="Calibri" w:cs="Calibri"/>
          <w:sz w:val="24"/>
          <w:szCs w:val="24"/>
        </w:rPr>
      </w:pPr>
      <w:r w:rsidRPr="449869CA">
        <w:rPr>
          <w:rFonts w:eastAsia="Calibri" w:cs="Calibri"/>
          <w:sz w:val="24"/>
          <w:szCs w:val="24"/>
        </w:rPr>
        <w:t>Each committee, council, task force, and workgroup should have a documented charge, membership, reporting line, deliverables, and decision-making authority.</w:t>
      </w:r>
    </w:p>
    <w:p w14:paraId="473DD71B" w14:textId="7A70B347"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lastRenderedPageBreak/>
        <w:t>Commonly Confused Terms</w:t>
      </w:r>
    </w:p>
    <w:tbl>
      <w:tblPr>
        <w:tblStyle w:val="TableGrid"/>
        <w:tblW w:w="0" w:type="auto"/>
        <w:tblLook w:val="04A0" w:firstRow="1" w:lastRow="0" w:firstColumn="1" w:lastColumn="0" w:noHBand="0" w:noVBand="1"/>
      </w:tblPr>
      <w:tblGrid>
        <w:gridCol w:w="2695"/>
        <w:gridCol w:w="5678"/>
        <w:gridCol w:w="5287"/>
      </w:tblGrid>
      <w:tr w:rsidR="7FFD18F3" w14:paraId="007646E0"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26444E5D" w14:textId="12003A85"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Confusion Point</w:t>
            </w:r>
          </w:p>
        </w:tc>
        <w:tc>
          <w:tcPr>
            <w:tcW w:w="5681"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3433390A" w14:textId="7D725416"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Distinction</w:t>
            </w:r>
          </w:p>
        </w:tc>
        <w:tc>
          <w:tcPr>
            <w:tcW w:w="5292"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48D5EA4F" w14:textId="48E8BAD6" w:rsidR="7FFD18F3" w:rsidRDefault="2553CEA6"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Example</w:t>
            </w:r>
          </w:p>
        </w:tc>
      </w:tr>
      <w:tr w:rsidR="7FFD18F3" w14:paraId="62626135"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544FDC56" w14:textId="282F8FB3"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Program vs. Department</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3321A2DF" w14:textId="10FFC17D"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 program is an educational/service/operational offering or function. A department is an organizational unit.</w:t>
            </w: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54BEA275" w14:textId="41EBBC9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Use 'Academic Program' for Accounting AAS-T; use 'Department' for the organizational home if locally established.</w:t>
            </w:r>
          </w:p>
        </w:tc>
      </w:tr>
      <w:tr w:rsidR="54D9A765" w14:paraId="33F62B61"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374D8146" w14:textId="4F2F2E64" w:rsidR="7F591DCD" w:rsidRDefault="495BEFF1"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Names of Leadership Bodies</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24EE1797" w14:textId="45DA89DC" w:rsidR="7F591DCD" w:rsidRDefault="495BEFF1" w:rsidP="449869CA">
            <w:pPr>
              <w:rPr>
                <w:rFonts w:asciiTheme="majorHAnsi" w:eastAsiaTheme="majorEastAsia" w:hAnsiTheme="majorHAnsi" w:cstheme="majorBidi"/>
                <w:color w:val="000000" w:themeColor="text1"/>
                <w:sz w:val="24"/>
                <w:szCs w:val="24"/>
              </w:rPr>
            </w:pPr>
            <w:r w:rsidRPr="449869CA">
              <w:rPr>
                <w:rFonts w:asciiTheme="majorHAnsi" w:eastAsiaTheme="majorEastAsia" w:hAnsiTheme="majorHAnsi" w:cstheme="majorBidi"/>
                <w:color w:val="000000" w:themeColor="text1"/>
                <w:sz w:val="24"/>
                <w:szCs w:val="24"/>
              </w:rPr>
              <w:t>Leadership group naming should distinguish college-wide executive bodies from division-level leadership groups. Reserve Cabinet for the President’s Cabinet or Executive Cabinet. Use Leadership Team, Planning Team, Executive Leadership Team, or Operation</w:t>
            </w:r>
            <w:r w:rsidR="00067A3D">
              <w:rPr>
                <w:rFonts w:asciiTheme="majorHAnsi" w:eastAsiaTheme="majorEastAsia" w:hAnsiTheme="majorHAnsi" w:cstheme="majorBidi"/>
                <w:color w:val="000000" w:themeColor="text1"/>
                <w:sz w:val="24"/>
                <w:szCs w:val="24"/>
              </w:rPr>
              <w:t>s</w:t>
            </w:r>
            <w:r w:rsidRPr="449869CA">
              <w:rPr>
                <w:rFonts w:asciiTheme="majorHAnsi" w:eastAsiaTheme="majorEastAsia" w:hAnsiTheme="majorHAnsi" w:cstheme="majorBidi"/>
                <w:color w:val="000000" w:themeColor="text1"/>
                <w:sz w:val="24"/>
                <w:szCs w:val="24"/>
              </w:rPr>
              <w:t xml:space="preserve"> Team for division-level groups, depending on purpose and membership.</w:t>
            </w:r>
          </w:p>
          <w:p w14:paraId="76C43F7C" w14:textId="087E91E4" w:rsidR="54D9A765" w:rsidRDefault="54D9A765" w:rsidP="449869CA">
            <w:pPr>
              <w:rPr>
                <w:rFonts w:asciiTheme="majorHAnsi" w:eastAsiaTheme="majorEastAsia" w:hAnsiTheme="majorHAnsi" w:cstheme="majorBidi"/>
                <w:sz w:val="24"/>
                <w:szCs w:val="24"/>
              </w:rPr>
            </w:pP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43218637" w14:textId="1766B574" w:rsidR="7F591DCD" w:rsidRDefault="495BEFF1"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President’s Cabinet, Provost Leadership Team, Student Affairs Leadership Team</w:t>
            </w:r>
          </w:p>
        </w:tc>
      </w:tr>
      <w:tr w:rsidR="7FFD18F3" w14:paraId="71C9C1BF"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371098C1" w14:textId="558FC081"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Course vs. Section</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76ECC35A" w14:textId="4CF98DC2" w:rsidR="7FFD18F3" w:rsidRDefault="2553CEA6" w:rsidP="449869CA">
            <w:pPr>
              <w:rPr>
                <w:rFonts w:asciiTheme="majorHAnsi" w:eastAsiaTheme="majorEastAsia" w:hAnsiTheme="majorHAnsi" w:cstheme="majorBidi"/>
                <w:sz w:val="24"/>
                <w:szCs w:val="24"/>
              </w:rPr>
            </w:pPr>
            <w:proofErr w:type="gramStart"/>
            <w:r w:rsidRPr="449869CA">
              <w:rPr>
                <w:rFonts w:asciiTheme="majorHAnsi" w:eastAsiaTheme="majorEastAsia" w:hAnsiTheme="majorHAnsi" w:cstheme="majorBidi"/>
                <w:sz w:val="24"/>
                <w:szCs w:val="24"/>
              </w:rPr>
              <w:t>A course</w:t>
            </w:r>
            <w:proofErr w:type="gramEnd"/>
            <w:r w:rsidRPr="449869CA">
              <w:rPr>
                <w:rFonts w:asciiTheme="majorHAnsi" w:eastAsiaTheme="majorEastAsia" w:hAnsiTheme="majorHAnsi" w:cstheme="majorBidi"/>
                <w:sz w:val="24"/>
                <w:szCs w:val="24"/>
              </w:rPr>
              <w:t xml:space="preserve"> is the catalog-approved instructional offering. </w:t>
            </w:r>
            <w:proofErr w:type="gramStart"/>
            <w:r w:rsidRPr="449869CA">
              <w:rPr>
                <w:rFonts w:asciiTheme="majorHAnsi" w:eastAsiaTheme="majorEastAsia" w:hAnsiTheme="majorHAnsi" w:cstheme="majorBidi"/>
                <w:sz w:val="24"/>
                <w:szCs w:val="24"/>
              </w:rPr>
              <w:t>A section</w:t>
            </w:r>
            <w:proofErr w:type="gramEnd"/>
            <w:r w:rsidRPr="449869CA">
              <w:rPr>
                <w:rFonts w:asciiTheme="majorHAnsi" w:eastAsiaTheme="majorEastAsia" w:hAnsiTheme="majorHAnsi" w:cstheme="majorBidi"/>
                <w:sz w:val="24"/>
                <w:szCs w:val="24"/>
              </w:rPr>
              <w:t xml:space="preserve"> is a scheduled instance of that course. Bellevue Example: Currently reads: ENGL&amp; 101 is a course; ENGL&amp; 101 item number 1234 in Fall quarter is a section. </w:t>
            </w:r>
          </w:p>
          <w:p w14:paraId="4B036E2C" w14:textId="665747AA"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 </w:t>
            </w: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2EC77AA8" w14:textId="79BD1BC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ENGL&amp; 101 is a course; ENGL&amp; 101 item number 1234 in Fall quarter is a section.</w:t>
            </w:r>
          </w:p>
        </w:tc>
      </w:tr>
      <w:tr w:rsidR="7FFD18F3" w14:paraId="39F65A8B"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779C9B49" w14:textId="4F54F0D9"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Initiative vs. Project</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56020102" w14:textId="1E288223"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 xml:space="preserve">An initiative is a larger strategic effort. </w:t>
            </w:r>
            <w:proofErr w:type="gramStart"/>
            <w:r w:rsidRPr="449869CA">
              <w:rPr>
                <w:rFonts w:asciiTheme="majorHAnsi" w:eastAsiaTheme="majorEastAsia" w:hAnsiTheme="majorHAnsi" w:cstheme="majorBidi"/>
                <w:sz w:val="24"/>
                <w:szCs w:val="24"/>
              </w:rPr>
              <w:t>A project</w:t>
            </w:r>
            <w:proofErr w:type="gramEnd"/>
            <w:r w:rsidRPr="449869CA">
              <w:rPr>
                <w:rFonts w:asciiTheme="majorHAnsi" w:eastAsiaTheme="majorEastAsia" w:hAnsiTheme="majorHAnsi" w:cstheme="majorBidi"/>
                <w:sz w:val="24"/>
                <w:szCs w:val="24"/>
              </w:rPr>
              <w:t xml:space="preserve"> is time-bound work with deliverables.</w:t>
            </w: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1E3A4BB7" w14:textId="2D7B3DBB"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Be Bold may include multiple projects.</w:t>
            </w:r>
          </w:p>
        </w:tc>
      </w:tr>
      <w:tr w:rsidR="7FFD18F3" w14:paraId="28A22030"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683E0878" w14:textId="6E723D0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Assessment vs. Evaluation</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26375BA2" w14:textId="1F3F9038"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Assessment gathers and uses evidence for improvement. Evaluation makes a judgment about quality or effectiveness.</w:t>
            </w: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5EFD47DE" w14:textId="173087E4"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ILO assessment results may inform evaluation of mission fulfillment.</w:t>
            </w:r>
          </w:p>
        </w:tc>
      </w:tr>
      <w:tr w:rsidR="7FFD18F3" w14:paraId="3742B9A8" w14:textId="77777777" w:rsidTr="449869CA">
        <w:trPr>
          <w:trHeight w:val="300"/>
        </w:trPr>
        <w:tc>
          <w:tcPr>
            <w:tcW w:w="2697" w:type="dxa"/>
            <w:tcBorders>
              <w:top w:val="single" w:sz="8" w:space="0" w:color="auto"/>
              <w:left w:val="single" w:sz="8" w:space="0" w:color="auto"/>
              <w:bottom w:val="single" w:sz="8" w:space="0" w:color="auto"/>
              <w:right w:val="single" w:sz="8" w:space="0" w:color="auto"/>
            </w:tcBorders>
            <w:tcMar>
              <w:left w:w="108" w:type="dxa"/>
              <w:right w:w="108" w:type="dxa"/>
            </w:tcMar>
          </w:tcPr>
          <w:p w14:paraId="5FB3DB4E" w14:textId="009F06E1"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Student Achievement vs. Student Learning</w:t>
            </w:r>
          </w:p>
        </w:tc>
        <w:tc>
          <w:tcPr>
            <w:tcW w:w="5681" w:type="dxa"/>
            <w:tcBorders>
              <w:top w:val="single" w:sz="8" w:space="0" w:color="auto"/>
              <w:left w:val="single" w:sz="8" w:space="0" w:color="auto"/>
              <w:bottom w:val="single" w:sz="8" w:space="0" w:color="auto"/>
              <w:right w:val="single" w:sz="8" w:space="0" w:color="auto"/>
            </w:tcBorders>
            <w:tcMar>
              <w:left w:w="108" w:type="dxa"/>
              <w:right w:w="108" w:type="dxa"/>
            </w:tcMar>
          </w:tcPr>
          <w:p w14:paraId="58E140C2" w14:textId="3A913DCF"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Achievement is progression/completion/outcome data. Learning is demonstrated knowledge/skill/ability.</w:t>
            </w:r>
          </w:p>
        </w:tc>
        <w:tc>
          <w:tcPr>
            <w:tcW w:w="5292" w:type="dxa"/>
            <w:tcBorders>
              <w:top w:val="single" w:sz="8" w:space="0" w:color="auto"/>
              <w:left w:val="single" w:sz="8" w:space="0" w:color="auto"/>
              <w:bottom w:val="single" w:sz="8" w:space="0" w:color="auto"/>
              <w:right w:val="single" w:sz="8" w:space="0" w:color="auto"/>
            </w:tcBorders>
            <w:tcMar>
              <w:left w:w="108" w:type="dxa"/>
              <w:right w:w="108" w:type="dxa"/>
            </w:tcMar>
          </w:tcPr>
          <w:p w14:paraId="39348526" w14:textId="04BBC067" w:rsidR="7FFD18F3" w:rsidRDefault="2553CEA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Completion rates are achievement; rubric-scored student work is learning evidence.</w:t>
            </w:r>
          </w:p>
        </w:tc>
      </w:tr>
    </w:tbl>
    <w:p w14:paraId="701D26D6" w14:textId="268C9D36" w:rsidR="45E52907" w:rsidRDefault="0C46E083" w:rsidP="449869CA">
      <w:pPr>
        <w:pStyle w:val="Heading2"/>
        <w:rPr>
          <w:color w:val="1F497D" w:themeColor="text2"/>
          <w:sz w:val="28"/>
          <w:szCs w:val="28"/>
        </w:rPr>
      </w:pPr>
      <w:r w:rsidRPr="449869CA">
        <w:rPr>
          <w:color w:val="1F497D" w:themeColor="text2"/>
          <w:sz w:val="28"/>
          <w:szCs w:val="28"/>
        </w:rPr>
        <w:t>Priority Taxonomy</w:t>
      </w:r>
    </w:p>
    <w:p w14:paraId="4F6C8ED3" w14:textId="63C2EC09" w:rsidR="45E52907" w:rsidRDefault="0C46E083" w:rsidP="449869CA">
      <w:pPr>
        <w:rPr>
          <w:rFonts w:asciiTheme="majorHAnsi" w:eastAsiaTheme="majorEastAsia" w:hAnsiTheme="majorHAnsi" w:cstheme="majorBidi"/>
          <w:sz w:val="24"/>
          <w:szCs w:val="24"/>
        </w:rPr>
      </w:pPr>
      <w:proofErr w:type="gramStart"/>
      <w:r w:rsidRPr="449869CA">
        <w:rPr>
          <w:rFonts w:asciiTheme="majorHAnsi" w:eastAsiaTheme="majorEastAsia" w:hAnsiTheme="majorHAnsi" w:cstheme="majorBidi"/>
          <w:sz w:val="24"/>
          <w:szCs w:val="24"/>
        </w:rPr>
        <w:t>The Priority</w:t>
      </w:r>
      <w:proofErr w:type="gramEnd"/>
      <w:r w:rsidRPr="449869CA">
        <w:rPr>
          <w:rFonts w:asciiTheme="majorHAnsi" w:eastAsiaTheme="majorEastAsia" w:hAnsiTheme="majorHAnsi" w:cstheme="majorBidi"/>
          <w:sz w:val="24"/>
          <w:szCs w:val="24"/>
        </w:rPr>
        <w:t xml:space="preserve"> Taxonomy establishes shared language for communicating the relative urgency and importance of work across Bellevue College. These terms should be used consistently when categorizing service requests, evaluating project intake, triaging risk, coordinating </w:t>
      </w:r>
      <w:r w:rsidRPr="449869CA">
        <w:rPr>
          <w:rFonts w:asciiTheme="majorHAnsi" w:eastAsiaTheme="majorEastAsia" w:hAnsiTheme="majorHAnsi" w:cstheme="majorBidi"/>
          <w:sz w:val="24"/>
          <w:szCs w:val="24"/>
        </w:rPr>
        <w:lastRenderedPageBreak/>
        <w:t>operational work, setting expectations, and communicating institutional priorities. Applying the terms consistently will support clearer decisions, more appropriate response times, and a shared understanding of what requires immediate attention and what can proceed through normal planning and operational processes.</w:t>
      </w:r>
    </w:p>
    <w:tbl>
      <w:tblPr>
        <w:tblStyle w:val="TableGrid"/>
        <w:tblW w:w="0" w:type="auto"/>
        <w:tblLook w:val="04A0" w:firstRow="1" w:lastRow="0" w:firstColumn="1" w:lastColumn="0" w:noHBand="0" w:noVBand="1"/>
      </w:tblPr>
      <w:tblGrid>
        <w:gridCol w:w="2970"/>
        <w:gridCol w:w="10620"/>
      </w:tblGrid>
      <w:tr w:rsidR="54D9A765" w14:paraId="5FF5714D"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388F95CA" w14:textId="61FC9012" w:rsidR="54D9A765" w:rsidRDefault="26B1BC73"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Term</w:t>
            </w:r>
          </w:p>
        </w:tc>
        <w:tc>
          <w:tcPr>
            <w:tcW w:w="10620"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17B6A82C" w14:textId="6CBD2FDE" w:rsidR="54D9A765" w:rsidRDefault="26B1BC73" w:rsidP="449869CA">
            <w:pPr>
              <w:rPr>
                <w:rFonts w:asciiTheme="majorHAnsi" w:eastAsiaTheme="majorEastAsia" w:hAnsiTheme="majorHAnsi" w:cstheme="majorBidi"/>
                <w:b/>
                <w:bCs/>
                <w:color w:val="000000" w:themeColor="text1"/>
                <w:sz w:val="24"/>
                <w:szCs w:val="24"/>
              </w:rPr>
            </w:pPr>
            <w:r w:rsidRPr="449869CA">
              <w:rPr>
                <w:rFonts w:asciiTheme="majorHAnsi" w:eastAsiaTheme="majorEastAsia" w:hAnsiTheme="majorHAnsi" w:cstheme="majorBidi"/>
                <w:b/>
                <w:bCs/>
                <w:color w:val="000000" w:themeColor="text1"/>
                <w:sz w:val="24"/>
                <w:szCs w:val="24"/>
              </w:rPr>
              <w:t>Bellevue Preferred Usage</w:t>
            </w:r>
          </w:p>
        </w:tc>
      </w:tr>
      <w:tr w:rsidR="54D9A765" w14:paraId="4B8DBB68"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090924F1" w14:textId="2A693E1E"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Emergency</w:t>
            </w:r>
          </w:p>
        </w:tc>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30DEF96E" w14:textId="384DDFDD" w:rsidR="4539A71B" w:rsidRDefault="64285A86"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Immediate response required because of an actual or imminent risk to life, safety, legal or regulatory compliance, or critical institutional operations.</w:t>
            </w:r>
          </w:p>
        </w:tc>
      </w:tr>
      <w:tr w:rsidR="54D9A765" w14:paraId="031D3772"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1A269CB2" w14:textId="514CC8C2" w:rsidR="54D9A765" w:rsidRDefault="26B1BC73" w:rsidP="449869CA">
            <w:pPr>
              <w:jc w:val="both"/>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Urgent</w:t>
            </w:r>
          </w:p>
        </w:tc>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35952AFE" w14:textId="1C63A3B9" w:rsidR="32B4B02D" w:rsidRDefault="5C7A8648" w:rsidP="449869CA">
            <w:pPr>
              <w:tabs>
                <w:tab w:val="left" w:pos="1050"/>
              </w:tabs>
              <w:jc w:val="both"/>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Prompt action required within a defined, short timeframe to prevent significant consequences or disruption.</w:t>
            </w:r>
          </w:p>
        </w:tc>
      </w:tr>
      <w:tr w:rsidR="54D9A765" w14:paraId="515BCD5D"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44AE6D19" w14:textId="2361CA05"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Priority</w:t>
            </w:r>
          </w:p>
        </w:tc>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0CAFDA39" w14:textId="4D24C838" w:rsidR="552B7EC0" w:rsidRDefault="7284998A"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High-value work that requires focused attention and should be advanced ahead of other planned work but does not require immediate action.</w:t>
            </w:r>
          </w:p>
        </w:tc>
      </w:tr>
      <w:tr w:rsidR="54D9A765" w14:paraId="20702EF6"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1AF390C6" w14:textId="5E39C45D"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Planned</w:t>
            </w:r>
          </w:p>
        </w:tc>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0401DB65" w14:textId="5F4BABDA" w:rsidR="54D9A765" w:rsidRDefault="4CE6FA9A"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Important work with an established scope, owner, and timeline that proceeds through normal planning and implementation processes.</w:t>
            </w:r>
          </w:p>
        </w:tc>
      </w:tr>
      <w:tr w:rsidR="54D9A765" w14:paraId="491ECCD3" w14:textId="77777777" w:rsidTr="449869CA">
        <w:trPr>
          <w:trHeight w:val="300"/>
        </w:trPr>
        <w:tc>
          <w:tcPr>
            <w:tcW w:w="2970" w:type="dxa"/>
            <w:tcBorders>
              <w:top w:val="single" w:sz="8" w:space="0" w:color="auto"/>
              <w:left w:val="single" w:sz="8" w:space="0" w:color="auto"/>
              <w:bottom w:val="single" w:sz="8" w:space="0" w:color="auto"/>
              <w:right w:val="single" w:sz="8" w:space="0" w:color="auto"/>
            </w:tcBorders>
            <w:tcMar>
              <w:left w:w="108" w:type="dxa"/>
              <w:right w:w="108" w:type="dxa"/>
            </w:tcMar>
          </w:tcPr>
          <w:p w14:paraId="3D86137E" w14:textId="7AAD4F32" w:rsidR="54D9A765" w:rsidRDefault="26B1BC7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Routine</w:t>
            </w:r>
          </w:p>
        </w:tc>
        <w:tc>
          <w:tcPr>
            <w:tcW w:w="10620" w:type="dxa"/>
            <w:tcBorders>
              <w:top w:val="single" w:sz="8" w:space="0" w:color="auto"/>
              <w:left w:val="single" w:sz="8" w:space="0" w:color="auto"/>
              <w:bottom w:val="single" w:sz="8" w:space="0" w:color="auto"/>
              <w:right w:val="single" w:sz="8" w:space="0" w:color="auto"/>
            </w:tcBorders>
            <w:tcMar>
              <w:left w:w="108" w:type="dxa"/>
              <w:right w:w="108" w:type="dxa"/>
            </w:tcMar>
          </w:tcPr>
          <w:p w14:paraId="2FCBD5B1" w14:textId="3D66BD56" w:rsidR="46632B71" w:rsidRDefault="50406CC3" w:rsidP="449869CA">
            <w:pPr>
              <w:rPr>
                <w:rFonts w:asciiTheme="majorHAnsi" w:eastAsiaTheme="majorEastAsia" w:hAnsiTheme="majorHAnsi" w:cstheme="majorBidi"/>
                <w:sz w:val="24"/>
                <w:szCs w:val="24"/>
              </w:rPr>
            </w:pPr>
            <w:r w:rsidRPr="449869CA">
              <w:rPr>
                <w:rFonts w:asciiTheme="majorHAnsi" w:eastAsiaTheme="majorEastAsia" w:hAnsiTheme="majorHAnsi" w:cstheme="majorBidi"/>
                <w:sz w:val="24"/>
                <w:szCs w:val="24"/>
              </w:rPr>
              <w:t>Recurring or standard operational work completed through established procedures and normal workflows.</w:t>
            </w:r>
          </w:p>
        </w:tc>
      </w:tr>
    </w:tbl>
    <w:p w14:paraId="49B489AA" w14:textId="09BC8B88" w:rsidR="54D9A765" w:rsidRDefault="54D9A765" w:rsidP="54D9A765"/>
    <w:p w14:paraId="0FB758B2" w14:textId="06C48DC9" w:rsidR="449869CA" w:rsidRDefault="449869CA" w:rsidP="449869CA"/>
    <w:p w14:paraId="185A1A85" w14:textId="7C5DC779" w:rsidR="54D9A765" w:rsidRDefault="54D9A765" w:rsidP="54D9A765">
      <w:pPr>
        <w:pStyle w:val="Heading2"/>
        <w:rPr>
          <w:rFonts w:ascii="Calibri" w:eastAsia="Calibri" w:hAnsi="Calibri" w:cs="Calibri"/>
          <w:color w:val="4F80BD"/>
          <w:sz w:val="24"/>
          <w:szCs w:val="24"/>
        </w:rPr>
      </w:pPr>
    </w:p>
    <w:p w14:paraId="2E430B27" w14:textId="7AC063B2" w:rsidR="009954CE" w:rsidRDefault="009954CE" w:rsidP="449869CA">
      <w:pPr>
        <w:pStyle w:val="Heading2"/>
        <w:rPr>
          <w:rFonts w:ascii="Calibri" w:eastAsia="Calibri" w:hAnsi="Calibri" w:cs="Calibri"/>
          <w:color w:val="4F80BD"/>
          <w:sz w:val="24"/>
          <w:szCs w:val="24"/>
        </w:rPr>
      </w:pPr>
    </w:p>
    <w:p w14:paraId="3F5F3701" w14:textId="131E1808" w:rsidR="009954CE" w:rsidRDefault="00000000" w:rsidP="449869CA">
      <w:pPr>
        <w:spacing w:before="200" w:after="0"/>
      </w:pPr>
      <w:r>
        <w:br w:type="page"/>
      </w:r>
    </w:p>
    <w:p w14:paraId="5D8A3C93" w14:textId="31083FF8"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lastRenderedPageBreak/>
        <w:t>Source Basis</w:t>
      </w:r>
    </w:p>
    <w:tbl>
      <w:tblPr>
        <w:tblStyle w:val="TableGrid"/>
        <w:tblW w:w="0" w:type="auto"/>
        <w:tblLook w:val="04A0" w:firstRow="1" w:lastRow="0" w:firstColumn="1" w:lastColumn="0" w:noHBand="0" w:noVBand="1"/>
      </w:tblPr>
      <w:tblGrid>
        <w:gridCol w:w="2010"/>
        <w:gridCol w:w="5408"/>
        <w:gridCol w:w="6242"/>
      </w:tblGrid>
      <w:tr w:rsidR="7FFD18F3" w14:paraId="195DB11B" w14:textId="77777777" w:rsidTr="1287E10F">
        <w:trPr>
          <w:trHeight w:val="300"/>
        </w:trPr>
        <w:tc>
          <w:tcPr>
            <w:tcW w:w="2016"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6AF79304" w14:textId="4DE97349"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Source</w:t>
            </w:r>
          </w:p>
        </w:tc>
        <w:tc>
          <w:tcPr>
            <w:tcW w:w="5430"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3C5356EE" w14:textId="20D0AD49"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Referenced Materials</w:t>
            </w:r>
          </w:p>
        </w:tc>
        <w:tc>
          <w:tcPr>
            <w:tcW w:w="6270" w:type="dxa"/>
            <w:tcBorders>
              <w:top w:val="single" w:sz="8" w:space="0" w:color="auto"/>
              <w:left w:val="single" w:sz="8" w:space="0" w:color="auto"/>
              <w:bottom w:val="single" w:sz="8" w:space="0" w:color="auto"/>
              <w:right w:val="single" w:sz="8" w:space="0" w:color="auto"/>
            </w:tcBorders>
            <w:shd w:val="clear" w:color="auto" w:fill="D9EAF7"/>
            <w:tcMar>
              <w:left w:w="108" w:type="dxa"/>
              <w:right w:w="108" w:type="dxa"/>
            </w:tcMar>
          </w:tcPr>
          <w:p w14:paraId="641CB4B5" w14:textId="5F54B645" w:rsidR="7FFD18F3" w:rsidRDefault="6F9DACFC" w:rsidP="0193FE03">
            <w:pPr>
              <w:rPr>
                <w:rFonts w:eastAsia="Calibri" w:cs="Calibri"/>
                <w:b/>
                <w:bCs/>
                <w:color w:val="000000" w:themeColor="text1"/>
                <w:sz w:val="24"/>
                <w:szCs w:val="24"/>
              </w:rPr>
            </w:pPr>
            <w:r w:rsidRPr="0193FE03">
              <w:rPr>
                <w:rFonts w:eastAsia="Calibri" w:cs="Calibri"/>
                <w:b/>
                <w:bCs/>
                <w:color w:val="000000" w:themeColor="text1"/>
                <w:sz w:val="24"/>
                <w:szCs w:val="24"/>
              </w:rPr>
              <w:t>Use in Bellevue Guide</w:t>
            </w:r>
          </w:p>
        </w:tc>
      </w:tr>
      <w:tr w:rsidR="7FFD18F3" w14:paraId="54741695" w14:textId="77777777" w:rsidTr="1287E10F">
        <w:trPr>
          <w:trHeight w:val="300"/>
        </w:trPr>
        <w:tc>
          <w:tcPr>
            <w:tcW w:w="2016" w:type="dxa"/>
            <w:tcBorders>
              <w:top w:val="single" w:sz="8" w:space="0" w:color="auto"/>
              <w:left w:val="single" w:sz="8" w:space="0" w:color="auto"/>
              <w:bottom w:val="single" w:sz="8" w:space="0" w:color="auto"/>
              <w:right w:val="single" w:sz="8" w:space="0" w:color="auto"/>
            </w:tcBorders>
            <w:tcMar>
              <w:left w:w="108" w:type="dxa"/>
              <w:right w:w="108" w:type="dxa"/>
            </w:tcMar>
          </w:tcPr>
          <w:p w14:paraId="59A57154" w14:textId="03801E21" w:rsidR="7FFD18F3" w:rsidRDefault="6F9DACFC" w:rsidP="0193FE03">
            <w:pPr>
              <w:rPr>
                <w:rFonts w:eastAsia="Calibri" w:cs="Calibri"/>
                <w:sz w:val="24"/>
                <w:szCs w:val="24"/>
              </w:rPr>
            </w:pPr>
            <w:r w:rsidRPr="0193FE03">
              <w:rPr>
                <w:rFonts w:eastAsia="Calibri" w:cs="Calibri"/>
                <w:sz w:val="24"/>
                <w:szCs w:val="24"/>
              </w:rPr>
              <w:t>SBCTC</w:t>
            </w:r>
          </w:p>
        </w:tc>
        <w:tc>
          <w:tcPr>
            <w:tcW w:w="5430" w:type="dxa"/>
            <w:tcBorders>
              <w:top w:val="single" w:sz="8" w:space="0" w:color="auto"/>
              <w:left w:val="single" w:sz="8" w:space="0" w:color="auto"/>
              <w:bottom w:val="single" w:sz="8" w:space="0" w:color="auto"/>
              <w:right w:val="single" w:sz="8" w:space="0" w:color="auto"/>
            </w:tcBorders>
            <w:tcMar>
              <w:left w:w="108" w:type="dxa"/>
              <w:right w:w="108" w:type="dxa"/>
            </w:tcMar>
          </w:tcPr>
          <w:p w14:paraId="69D89ED7" w14:textId="30F3D108" w:rsidR="7FFD18F3" w:rsidRDefault="6F9DACFC" w:rsidP="0193FE03">
            <w:pPr>
              <w:rPr>
                <w:rFonts w:eastAsia="Calibri" w:cs="Calibri"/>
                <w:sz w:val="24"/>
                <w:szCs w:val="24"/>
              </w:rPr>
            </w:pPr>
            <w:r w:rsidRPr="0193FE03">
              <w:rPr>
                <w:rFonts w:eastAsia="Calibri" w:cs="Calibri"/>
                <w:sz w:val="24"/>
                <w:szCs w:val="24"/>
              </w:rPr>
              <w:t>Policy Manual Chapter 4: Instructional Program and Course Development; Chapter 3</w:t>
            </w:r>
            <w:proofErr w:type="gramStart"/>
            <w:r w:rsidRPr="0193FE03">
              <w:rPr>
                <w:rFonts w:eastAsia="Calibri" w:cs="Calibri"/>
                <w:sz w:val="24"/>
                <w:szCs w:val="24"/>
              </w:rPr>
              <w:t>: Student Services;</w:t>
            </w:r>
            <w:proofErr w:type="gramEnd"/>
            <w:r w:rsidRPr="0193FE03">
              <w:rPr>
                <w:rFonts w:eastAsia="Calibri" w:cs="Calibri"/>
                <w:sz w:val="24"/>
                <w:szCs w:val="24"/>
              </w:rPr>
              <w:t xml:space="preserve"> Student and Course Coding Manual; Professional-Technical Program Approval guidance.</w:t>
            </w:r>
          </w:p>
        </w:tc>
        <w:tc>
          <w:tcPr>
            <w:tcW w:w="6270" w:type="dxa"/>
            <w:tcBorders>
              <w:top w:val="single" w:sz="8" w:space="0" w:color="auto"/>
              <w:left w:val="single" w:sz="8" w:space="0" w:color="auto"/>
              <w:bottom w:val="single" w:sz="8" w:space="0" w:color="auto"/>
              <w:right w:val="single" w:sz="8" w:space="0" w:color="auto"/>
            </w:tcBorders>
            <w:tcMar>
              <w:left w:w="108" w:type="dxa"/>
              <w:right w:w="108" w:type="dxa"/>
            </w:tcMar>
          </w:tcPr>
          <w:p w14:paraId="4DCA7E4F" w14:textId="485D8E60" w:rsidR="7FFD18F3" w:rsidRDefault="6F9DACFC" w:rsidP="0193FE03">
            <w:pPr>
              <w:rPr>
                <w:rFonts w:eastAsia="Calibri" w:cs="Calibri"/>
                <w:sz w:val="24"/>
                <w:szCs w:val="24"/>
              </w:rPr>
            </w:pPr>
            <w:r w:rsidRPr="0193FE03">
              <w:rPr>
                <w:rFonts w:eastAsia="Calibri" w:cs="Calibri"/>
                <w:sz w:val="24"/>
                <w:szCs w:val="24"/>
              </w:rPr>
              <w:t>Best source for Washington-specific program approval, course development, student services policy, coding, and reporting terminology.</w:t>
            </w:r>
          </w:p>
        </w:tc>
      </w:tr>
      <w:tr w:rsidR="7FFD18F3" w14:paraId="46990835" w14:textId="77777777" w:rsidTr="1287E10F">
        <w:trPr>
          <w:trHeight w:val="300"/>
        </w:trPr>
        <w:tc>
          <w:tcPr>
            <w:tcW w:w="2016" w:type="dxa"/>
            <w:tcBorders>
              <w:top w:val="single" w:sz="8" w:space="0" w:color="auto"/>
              <w:left w:val="single" w:sz="8" w:space="0" w:color="auto"/>
              <w:bottom w:val="single" w:sz="8" w:space="0" w:color="auto"/>
              <w:right w:val="single" w:sz="8" w:space="0" w:color="auto"/>
            </w:tcBorders>
            <w:tcMar>
              <w:left w:w="108" w:type="dxa"/>
              <w:right w:w="108" w:type="dxa"/>
            </w:tcMar>
          </w:tcPr>
          <w:p w14:paraId="634DB0A0" w14:textId="05071AAF" w:rsidR="7FFD18F3" w:rsidRDefault="6F9DACFC" w:rsidP="0193FE03">
            <w:pPr>
              <w:rPr>
                <w:rFonts w:eastAsia="Calibri" w:cs="Calibri"/>
                <w:sz w:val="24"/>
                <w:szCs w:val="24"/>
              </w:rPr>
            </w:pPr>
            <w:r w:rsidRPr="0193FE03">
              <w:rPr>
                <w:rFonts w:eastAsia="Calibri" w:cs="Calibri"/>
                <w:sz w:val="24"/>
                <w:szCs w:val="24"/>
              </w:rPr>
              <w:t>NWCCU</w:t>
            </w:r>
          </w:p>
        </w:tc>
        <w:tc>
          <w:tcPr>
            <w:tcW w:w="5430" w:type="dxa"/>
            <w:tcBorders>
              <w:top w:val="single" w:sz="8" w:space="0" w:color="auto"/>
              <w:left w:val="single" w:sz="8" w:space="0" w:color="auto"/>
              <w:bottom w:val="single" w:sz="8" w:space="0" w:color="auto"/>
              <w:right w:val="single" w:sz="8" w:space="0" w:color="auto"/>
            </w:tcBorders>
            <w:tcMar>
              <w:left w:w="108" w:type="dxa"/>
              <w:right w:w="108" w:type="dxa"/>
            </w:tcMar>
          </w:tcPr>
          <w:p w14:paraId="3536237E" w14:textId="7E814D79" w:rsidR="7FFD18F3" w:rsidRDefault="6F9DACFC" w:rsidP="0193FE03">
            <w:pPr>
              <w:rPr>
                <w:rFonts w:eastAsia="Calibri" w:cs="Calibri"/>
                <w:sz w:val="24"/>
                <w:szCs w:val="24"/>
              </w:rPr>
            </w:pPr>
            <w:r w:rsidRPr="0193FE03">
              <w:rPr>
                <w:rFonts w:eastAsia="Calibri" w:cs="Calibri"/>
                <w:sz w:val="24"/>
                <w:szCs w:val="24"/>
              </w:rPr>
              <w:t>2020 Standards; Glossary; Institutional Reports and Evaluation of Institutional Effectiveness guidance; assessment standards materials.</w:t>
            </w:r>
          </w:p>
        </w:tc>
        <w:tc>
          <w:tcPr>
            <w:tcW w:w="6270" w:type="dxa"/>
            <w:tcBorders>
              <w:top w:val="single" w:sz="8" w:space="0" w:color="auto"/>
              <w:left w:val="single" w:sz="8" w:space="0" w:color="auto"/>
              <w:bottom w:val="single" w:sz="8" w:space="0" w:color="auto"/>
              <w:right w:val="single" w:sz="8" w:space="0" w:color="auto"/>
            </w:tcBorders>
            <w:tcMar>
              <w:left w:w="108" w:type="dxa"/>
              <w:right w:w="108" w:type="dxa"/>
            </w:tcMar>
          </w:tcPr>
          <w:p w14:paraId="4A7C429F" w14:textId="2B02EA31" w:rsidR="7FFD18F3" w:rsidRDefault="6F9DACFC" w:rsidP="0193FE03">
            <w:pPr>
              <w:rPr>
                <w:rFonts w:eastAsia="Calibri" w:cs="Calibri"/>
                <w:sz w:val="24"/>
                <w:szCs w:val="24"/>
              </w:rPr>
            </w:pPr>
            <w:r w:rsidRPr="0193FE03">
              <w:rPr>
                <w:rFonts w:eastAsia="Calibri" w:cs="Calibri"/>
                <w:sz w:val="24"/>
                <w:szCs w:val="24"/>
              </w:rPr>
              <w:t>Best source for accreditation terms: mission fulfillment, institutional effectiveness, student achievement, student learning, assessment, evidence, and continuous improvement.</w:t>
            </w:r>
          </w:p>
        </w:tc>
      </w:tr>
      <w:tr w:rsidR="7FFD18F3" w14:paraId="3C68273C" w14:textId="77777777" w:rsidTr="1287E10F">
        <w:trPr>
          <w:trHeight w:val="300"/>
        </w:trPr>
        <w:tc>
          <w:tcPr>
            <w:tcW w:w="2016" w:type="dxa"/>
            <w:tcBorders>
              <w:top w:val="single" w:sz="8" w:space="0" w:color="auto"/>
              <w:left w:val="single" w:sz="8" w:space="0" w:color="auto"/>
              <w:bottom w:val="single" w:sz="8" w:space="0" w:color="auto"/>
              <w:right w:val="single" w:sz="8" w:space="0" w:color="auto"/>
            </w:tcBorders>
            <w:tcMar>
              <w:left w:w="108" w:type="dxa"/>
              <w:right w:w="108" w:type="dxa"/>
            </w:tcMar>
          </w:tcPr>
          <w:p w14:paraId="5AD69298" w14:textId="2267EBD2" w:rsidR="7FFD18F3" w:rsidRDefault="6F9DACFC" w:rsidP="0193FE03">
            <w:pPr>
              <w:rPr>
                <w:rFonts w:eastAsia="Calibri" w:cs="Calibri"/>
                <w:sz w:val="24"/>
                <w:szCs w:val="24"/>
              </w:rPr>
            </w:pPr>
            <w:r w:rsidRPr="0193FE03">
              <w:rPr>
                <w:rFonts w:eastAsia="Calibri" w:cs="Calibri"/>
                <w:sz w:val="24"/>
                <w:szCs w:val="24"/>
              </w:rPr>
              <w:t>AACC</w:t>
            </w:r>
          </w:p>
        </w:tc>
        <w:tc>
          <w:tcPr>
            <w:tcW w:w="5430" w:type="dxa"/>
            <w:tcBorders>
              <w:top w:val="single" w:sz="8" w:space="0" w:color="auto"/>
              <w:left w:val="single" w:sz="8" w:space="0" w:color="auto"/>
              <w:bottom w:val="single" w:sz="8" w:space="0" w:color="auto"/>
              <w:right w:val="single" w:sz="8" w:space="0" w:color="auto"/>
            </w:tcBorders>
            <w:tcMar>
              <w:left w:w="108" w:type="dxa"/>
              <w:right w:w="108" w:type="dxa"/>
            </w:tcMar>
          </w:tcPr>
          <w:p w14:paraId="41316235" w14:textId="4495B2A2" w:rsidR="7FFD18F3" w:rsidRDefault="6F9DACFC" w:rsidP="0193FE03">
            <w:pPr>
              <w:rPr>
                <w:rFonts w:eastAsia="Calibri" w:cs="Calibri"/>
                <w:sz w:val="24"/>
                <w:szCs w:val="24"/>
              </w:rPr>
            </w:pPr>
            <w:r w:rsidRPr="0193FE03">
              <w:rPr>
                <w:rFonts w:eastAsia="Calibri" w:cs="Calibri"/>
                <w:sz w:val="24"/>
                <w:szCs w:val="24"/>
              </w:rPr>
              <w:t>Mission statement, Competencies for Community College Leaders, reports on student success, workforce, pathways, and community college transformation.</w:t>
            </w:r>
          </w:p>
        </w:tc>
        <w:tc>
          <w:tcPr>
            <w:tcW w:w="6270" w:type="dxa"/>
            <w:tcBorders>
              <w:top w:val="single" w:sz="8" w:space="0" w:color="auto"/>
              <w:left w:val="single" w:sz="8" w:space="0" w:color="auto"/>
              <w:bottom w:val="single" w:sz="8" w:space="0" w:color="auto"/>
              <w:right w:val="single" w:sz="8" w:space="0" w:color="auto"/>
            </w:tcBorders>
            <w:tcMar>
              <w:left w:w="108" w:type="dxa"/>
              <w:right w:w="108" w:type="dxa"/>
            </w:tcMar>
          </w:tcPr>
          <w:p w14:paraId="3066C248" w14:textId="20BC2927" w:rsidR="7FFD18F3" w:rsidRDefault="6F9DACFC" w:rsidP="0193FE03">
            <w:pPr>
              <w:rPr>
                <w:rFonts w:eastAsia="Calibri" w:cs="Calibri"/>
                <w:sz w:val="24"/>
                <w:szCs w:val="24"/>
              </w:rPr>
            </w:pPr>
            <w:r w:rsidRPr="0193FE03">
              <w:rPr>
                <w:rFonts w:eastAsia="Calibri" w:cs="Calibri"/>
                <w:sz w:val="24"/>
                <w:szCs w:val="24"/>
              </w:rPr>
              <w:t>Best source for community college mission, student success, access, pathways, workforce, and leadership language.</w:t>
            </w:r>
          </w:p>
        </w:tc>
      </w:tr>
      <w:tr w:rsidR="7FFD18F3" w14:paraId="5BBDD429" w14:textId="77777777" w:rsidTr="1287E10F">
        <w:trPr>
          <w:trHeight w:val="300"/>
        </w:trPr>
        <w:tc>
          <w:tcPr>
            <w:tcW w:w="2016" w:type="dxa"/>
            <w:tcBorders>
              <w:top w:val="single" w:sz="8" w:space="0" w:color="auto"/>
              <w:left w:val="single" w:sz="8" w:space="0" w:color="auto"/>
              <w:bottom w:val="single" w:sz="8" w:space="0" w:color="auto"/>
              <w:right w:val="single" w:sz="8" w:space="0" w:color="auto"/>
            </w:tcBorders>
            <w:tcMar>
              <w:left w:w="108" w:type="dxa"/>
              <w:right w:w="108" w:type="dxa"/>
            </w:tcMar>
          </w:tcPr>
          <w:p w14:paraId="26A78B66" w14:textId="2BC25527" w:rsidR="7FFD18F3" w:rsidRDefault="6F9DACFC" w:rsidP="0193FE03">
            <w:pPr>
              <w:rPr>
                <w:rFonts w:eastAsia="Calibri" w:cs="Calibri"/>
                <w:sz w:val="24"/>
                <w:szCs w:val="24"/>
              </w:rPr>
            </w:pPr>
            <w:r w:rsidRPr="0193FE03">
              <w:rPr>
                <w:rFonts w:eastAsia="Calibri" w:cs="Calibri"/>
                <w:sz w:val="24"/>
                <w:szCs w:val="24"/>
              </w:rPr>
              <w:t>AAC&amp;U</w:t>
            </w:r>
          </w:p>
        </w:tc>
        <w:tc>
          <w:tcPr>
            <w:tcW w:w="5430" w:type="dxa"/>
            <w:tcBorders>
              <w:top w:val="single" w:sz="8" w:space="0" w:color="auto"/>
              <w:left w:val="single" w:sz="8" w:space="0" w:color="auto"/>
              <w:bottom w:val="single" w:sz="8" w:space="0" w:color="auto"/>
              <w:right w:val="single" w:sz="8" w:space="0" w:color="auto"/>
            </w:tcBorders>
            <w:tcMar>
              <w:left w:w="108" w:type="dxa"/>
              <w:right w:w="108" w:type="dxa"/>
            </w:tcMar>
          </w:tcPr>
          <w:p w14:paraId="1B637C0C" w14:textId="37527600" w:rsidR="7FFD18F3" w:rsidRDefault="6F9DACFC" w:rsidP="0193FE03">
            <w:pPr>
              <w:rPr>
                <w:rFonts w:eastAsia="Calibri" w:cs="Calibri"/>
                <w:sz w:val="24"/>
                <w:szCs w:val="24"/>
              </w:rPr>
            </w:pPr>
            <w:r w:rsidRPr="0193FE03">
              <w:rPr>
                <w:rFonts w:eastAsia="Calibri" w:cs="Calibri"/>
                <w:sz w:val="24"/>
                <w:szCs w:val="24"/>
              </w:rPr>
              <w:t>VALUE rubrics and VALUE project materials.</w:t>
            </w:r>
          </w:p>
        </w:tc>
        <w:tc>
          <w:tcPr>
            <w:tcW w:w="6270" w:type="dxa"/>
            <w:tcBorders>
              <w:top w:val="single" w:sz="8" w:space="0" w:color="auto"/>
              <w:left w:val="single" w:sz="8" w:space="0" w:color="auto"/>
              <w:bottom w:val="single" w:sz="8" w:space="0" w:color="auto"/>
              <w:right w:val="single" w:sz="8" w:space="0" w:color="auto"/>
            </w:tcBorders>
            <w:tcMar>
              <w:left w:w="108" w:type="dxa"/>
              <w:right w:w="108" w:type="dxa"/>
            </w:tcMar>
          </w:tcPr>
          <w:p w14:paraId="290FAC3F" w14:textId="70E53B02" w:rsidR="7FFD18F3" w:rsidRDefault="6F9DACFC" w:rsidP="0193FE03">
            <w:pPr>
              <w:rPr>
                <w:rFonts w:eastAsia="Calibri" w:cs="Calibri"/>
                <w:sz w:val="24"/>
                <w:szCs w:val="24"/>
              </w:rPr>
            </w:pPr>
            <w:r w:rsidRPr="0193FE03">
              <w:rPr>
                <w:rFonts w:eastAsia="Calibri" w:cs="Calibri"/>
                <w:sz w:val="24"/>
                <w:szCs w:val="24"/>
              </w:rPr>
              <w:t>Best source for essential learning outcomes, authentic student work, rubric-based assessment, and liberal education terminology.</w:t>
            </w:r>
          </w:p>
        </w:tc>
      </w:tr>
    </w:tbl>
    <w:p w14:paraId="0C5C995E" w14:textId="2B4C5657" w:rsidR="009954CE" w:rsidRDefault="5D644CAD" w:rsidP="449869CA">
      <w:pPr>
        <w:pStyle w:val="Heading2"/>
        <w:rPr>
          <w:rFonts w:ascii="Calibri" w:eastAsia="Calibri" w:hAnsi="Calibri" w:cs="Calibri"/>
          <w:color w:val="1F497D" w:themeColor="text2"/>
          <w:sz w:val="28"/>
          <w:szCs w:val="28"/>
        </w:rPr>
      </w:pPr>
      <w:r w:rsidRPr="449869CA">
        <w:rPr>
          <w:rFonts w:ascii="Calibri" w:eastAsia="Calibri" w:hAnsi="Calibri" w:cs="Calibri"/>
          <w:color w:val="1F497D" w:themeColor="text2"/>
          <w:sz w:val="28"/>
          <w:szCs w:val="28"/>
        </w:rPr>
        <w:t>References</w:t>
      </w:r>
    </w:p>
    <w:p w14:paraId="6F8BBA15" w14:textId="38F8B496"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State Board for Community and Technical Colleges. Policy Manual, Chapter 4: Instructional Program and Course Development. </w:t>
      </w:r>
      <w:hyperlink r:id="rId14">
        <w:r w:rsidRPr="0193FE03">
          <w:rPr>
            <w:rStyle w:val="Hyperlink"/>
            <w:sz w:val="24"/>
            <w:szCs w:val="24"/>
          </w:rPr>
          <w:t>https://www.sbctc.edu/colleges-staff/policies-rules/policy-manual/chapter-4.aspx</w:t>
        </w:r>
      </w:hyperlink>
    </w:p>
    <w:p w14:paraId="43BDC3B9" w14:textId="359A9A6A"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State Board for Community and Technical Colleges. Policy Manual, Chapter 3: Student Services. </w:t>
      </w:r>
      <w:hyperlink r:id="rId15">
        <w:r w:rsidRPr="0193FE03">
          <w:rPr>
            <w:rStyle w:val="Hyperlink"/>
            <w:sz w:val="24"/>
            <w:szCs w:val="24"/>
          </w:rPr>
          <w:t>https://www.sbctc.edu/colleges-staff/policies-rules/policy-manual/chapter-3.aspx</w:t>
        </w:r>
      </w:hyperlink>
    </w:p>
    <w:p w14:paraId="06EF75BE" w14:textId="24D52EEC"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State Board for Community and Technical Colleges. Student and Course Coding Manual. </w:t>
      </w:r>
      <w:hyperlink r:id="rId16">
        <w:r w:rsidRPr="0193FE03">
          <w:rPr>
            <w:rStyle w:val="Hyperlink"/>
            <w:sz w:val="24"/>
            <w:szCs w:val="24"/>
          </w:rPr>
          <w:t>https://www.sbctc.edu/resources/documents/colleges-staff/data-services/data-warehouse/student-and-course-coding.pdf</w:t>
        </w:r>
      </w:hyperlink>
    </w:p>
    <w:p w14:paraId="39962A66" w14:textId="5C330E87"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Northwest Commission on Colleges and Universities. 2020 Standards. </w:t>
      </w:r>
      <w:hyperlink r:id="rId17">
        <w:r w:rsidRPr="0193FE03">
          <w:rPr>
            <w:rStyle w:val="Hyperlink"/>
            <w:sz w:val="24"/>
            <w:szCs w:val="24"/>
          </w:rPr>
          <w:t>https://nwccu.org/standards/</w:t>
        </w:r>
      </w:hyperlink>
    </w:p>
    <w:p w14:paraId="11363A5E" w14:textId="7A3E6C99"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Northwest Commission on Colleges and Universities. Glossary. </w:t>
      </w:r>
      <w:hyperlink r:id="rId18">
        <w:r w:rsidRPr="0193FE03">
          <w:rPr>
            <w:rStyle w:val="Hyperlink"/>
            <w:sz w:val="24"/>
            <w:szCs w:val="24"/>
          </w:rPr>
          <w:t>https://nwccu.org/glossary/</w:t>
        </w:r>
      </w:hyperlink>
    </w:p>
    <w:p w14:paraId="717A8B3A" w14:textId="7163CCB8"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Northwest Commission on Colleges and Universities. Institutional Reports / Evaluation of Institutional Effectiveness. </w:t>
      </w:r>
      <w:hyperlink r:id="rId19">
        <w:r w:rsidRPr="0193FE03">
          <w:rPr>
            <w:rStyle w:val="Hyperlink"/>
            <w:sz w:val="24"/>
            <w:szCs w:val="24"/>
          </w:rPr>
          <w:t>https://nwccu.org/reporting/</w:t>
        </w:r>
      </w:hyperlink>
    </w:p>
    <w:p w14:paraId="452C47CA" w14:textId="4EBFFD2A"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lastRenderedPageBreak/>
        <w:t xml:space="preserve">American Association of Community Colleges. About Us and Mission Statement. </w:t>
      </w:r>
      <w:hyperlink r:id="rId20">
        <w:r w:rsidRPr="0193FE03">
          <w:rPr>
            <w:rStyle w:val="Hyperlink"/>
            <w:sz w:val="24"/>
            <w:szCs w:val="24"/>
          </w:rPr>
          <w:t>https://www.aacc.nche.edu/about-us/</w:t>
        </w:r>
      </w:hyperlink>
      <w:r w:rsidRPr="0193FE03">
        <w:rPr>
          <w:rFonts w:eastAsia="Calibri" w:cs="Calibri"/>
          <w:sz w:val="24"/>
          <w:szCs w:val="24"/>
        </w:rPr>
        <w:t xml:space="preserve"> ; </w:t>
      </w:r>
      <w:hyperlink r:id="rId21">
        <w:r w:rsidRPr="0193FE03">
          <w:rPr>
            <w:rStyle w:val="Hyperlink"/>
            <w:sz w:val="24"/>
            <w:szCs w:val="24"/>
          </w:rPr>
          <w:t>https://www.aacc.nche.edu/about-us/mission-statement/</w:t>
        </w:r>
      </w:hyperlink>
    </w:p>
    <w:p w14:paraId="55EE9005" w14:textId="7884D292"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American Association of Community Colleges. Competencies for Community College Leaders. </w:t>
      </w:r>
      <w:hyperlink r:id="rId22">
        <w:r w:rsidRPr="0193FE03">
          <w:rPr>
            <w:rStyle w:val="Hyperlink"/>
            <w:sz w:val="24"/>
            <w:szCs w:val="24"/>
          </w:rPr>
          <w:t>https://www.aacc.nche.edu/wp-content/uploads/2018/11/AACC-2018-Competencies_111618_5.1.pdf</w:t>
        </w:r>
      </w:hyperlink>
    </w:p>
    <w:p w14:paraId="41FDA1E7" w14:textId="72DFA88E" w:rsidR="009954CE" w:rsidRDefault="7C0A4146" w:rsidP="0193FE03">
      <w:pPr>
        <w:pStyle w:val="ListParagraph"/>
        <w:numPr>
          <w:ilvl w:val="0"/>
          <w:numId w:val="5"/>
        </w:numPr>
        <w:spacing w:after="0"/>
        <w:ind w:left="360"/>
        <w:rPr>
          <w:rFonts w:eastAsia="Calibri" w:cs="Calibri"/>
          <w:sz w:val="24"/>
          <w:szCs w:val="24"/>
        </w:rPr>
      </w:pPr>
      <w:r w:rsidRPr="0193FE03">
        <w:rPr>
          <w:rFonts w:eastAsia="Calibri" w:cs="Calibri"/>
          <w:sz w:val="24"/>
          <w:szCs w:val="24"/>
        </w:rPr>
        <w:t xml:space="preserve">American Association of Colleges and Universities. VALUE Rubrics and VALUE project. </w:t>
      </w:r>
      <w:hyperlink r:id="rId23">
        <w:r w:rsidRPr="0193FE03">
          <w:rPr>
            <w:rStyle w:val="Hyperlink"/>
            <w:sz w:val="24"/>
            <w:szCs w:val="24"/>
          </w:rPr>
          <w:t>https://www.aacu.org/value/rubrics</w:t>
        </w:r>
      </w:hyperlink>
      <w:r w:rsidRPr="0193FE03">
        <w:rPr>
          <w:rFonts w:eastAsia="Calibri" w:cs="Calibri"/>
          <w:sz w:val="24"/>
          <w:szCs w:val="24"/>
        </w:rPr>
        <w:t xml:space="preserve"> ; </w:t>
      </w:r>
      <w:hyperlink r:id="rId24">
        <w:r w:rsidRPr="0193FE03">
          <w:rPr>
            <w:rStyle w:val="Hyperlink"/>
            <w:sz w:val="24"/>
            <w:szCs w:val="24"/>
          </w:rPr>
          <w:t>https://www.aacu.org/value</w:t>
        </w:r>
      </w:hyperlink>
    </w:p>
    <w:p w14:paraId="76E78C28" w14:textId="5778C18B" w:rsidR="009954CE" w:rsidRDefault="009954CE" w:rsidP="0193FE03">
      <w:pPr>
        <w:pStyle w:val="ListBullet"/>
        <w:numPr>
          <w:ilvl w:val="0"/>
          <w:numId w:val="0"/>
        </w:numPr>
        <w:rPr>
          <w:sz w:val="24"/>
          <w:szCs w:val="24"/>
        </w:rPr>
      </w:pPr>
    </w:p>
    <w:sectPr w:rsidR="009954CE" w:rsidSect="009B3A8D">
      <w:headerReference w:type="default" r:id="rId25"/>
      <w:footerReference w:type="default" r:id="rId26"/>
      <w:pgSz w:w="15840" w:h="12240" w:orient="landscape"/>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C90CC" w14:textId="77777777" w:rsidR="00CE31E0" w:rsidRDefault="00CE31E0">
      <w:pPr>
        <w:spacing w:after="0" w:line="240" w:lineRule="auto"/>
      </w:pPr>
      <w:r>
        <w:separator/>
      </w:r>
    </w:p>
  </w:endnote>
  <w:endnote w:type="continuationSeparator" w:id="0">
    <w:p w14:paraId="7A2E22AB" w14:textId="77777777" w:rsidR="00CE31E0" w:rsidRDefault="00C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560"/>
      <w:gridCol w:w="4560"/>
      <w:gridCol w:w="4560"/>
    </w:tblGrid>
    <w:tr w:rsidR="283D570D" w14:paraId="6EBE39A6" w14:textId="77777777" w:rsidTr="283D570D">
      <w:trPr>
        <w:trHeight w:val="300"/>
      </w:trPr>
      <w:tc>
        <w:tcPr>
          <w:tcW w:w="4560" w:type="dxa"/>
        </w:tcPr>
        <w:p w14:paraId="7F7FCA6E" w14:textId="3FC22810" w:rsidR="283D570D" w:rsidRDefault="283D570D" w:rsidP="283D570D">
          <w:pPr>
            <w:pStyle w:val="Header"/>
            <w:ind w:left="-115"/>
          </w:pPr>
        </w:p>
      </w:tc>
      <w:tc>
        <w:tcPr>
          <w:tcW w:w="4560" w:type="dxa"/>
        </w:tcPr>
        <w:p w14:paraId="519BEC7E" w14:textId="27699FBA" w:rsidR="283D570D" w:rsidRDefault="283D570D" w:rsidP="283D570D">
          <w:pPr>
            <w:pStyle w:val="Header"/>
            <w:jc w:val="center"/>
          </w:pPr>
        </w:p>
      </w:tc>
      <w:tc>
        <w:tcPr>
          <w:tcW w:w="4560" w:type="dxa"/>
        </w:tcPr>
        <w:p w14:paraId="4394839C" w14:textId="5BD66680" w:rsidR="283D570D" w:rsidRDefault="283D570D" w:rsidP="283D570D">
          <w:pPr>
            <w:pStyle w:val="Header"/>
            <w:ind w:right="-115"/>
            <w:jc w:val="right"/>
          </w:pPr>
        </w:p>
      </w:tc>
    </w:tr>
  </w:tbl>
  <w:p w14:paraId="26FBA523" w14:textId="0CD208F0" w:rsidR="283D570D" w:rsidRDefault="283D570D" w:rsidP="283D57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7ACC5" w14:textId="77777777" w:rsidR="00CE31E0" w:rsidRDefault="00CE31E0">
      <w:pPr>
        <w:spacing w:after="0" w:line="240" w:lineRule="auto"/>
      </w:pPr>
      <w:r>
        <w:separator/>
      </w:r>
    </w:p>
  </w:footnote>
  <w:footnote w:type="continuationSeparator" w:id="0">
    <w:p w14:paraId="11A96EB2" w14:textId="77777777" w:rsidR="00CE31E0" w:rsidRDefault="00CE3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560"/>
      <w:gridCol w:w="4560"/>
      <w:gridCol w:w="4560"/>
    </w:tblGrid>
    <w:tr w:rsidR="283D570D" w14:paraId="70E893FD" w14:textId="77777777" w:rsidTr="449869CA">
      <w:trPr>
        <w:trHeight w:val="300"/>
      </w:trPr>
      <w:tc>
        <w:tcPr>
          <w:tcW w:w="4560" w:type="dxa"/>
        </w:tcPr>
        <w:p w14:paraId="04BDF600" w14:textId="25A12ED0" w:rsidR="283D570D" w:rsidRDefault="7BDECB3F" w:rsidP="283D570D">
          <w:pPr>
            <w:pStyle w:val="Header"/>
            <w:ind w:left="-115"/>
          </w:pPr>
          <w:r>
            <w:t>Office of Institutional Effectiveness</w:t>
          </w:r>
        </w:p>
        <w:p w14:paraId="0891A79C" w14:textId="4BAE40E6" w:rsidR="283D570D" w:rsidRDefault="283D570D" w:rsidP="283D570D">
          <w:pPr>
            <w:pStyle w:val="Header"/>
            <w:ind w:left="-115"/>
          </w:pPr>
        </w:p>
      </w:tc>
      <w:tc>
        <w:tcPr>
          <w:tcW w:w="4560" w:type="dxa"/>
        </w:tcPr>
        <w:p w14:paraId="6870292C" w14:textId="787CE153" w:rsidR="283D570D" w:rsidRDefault="283D570D" w:rsidP="283D570D">
          <w:pPr>
            <w:pStyle w:val="Header"/>
            <w:jc w:val="center"/>
          </w:pPr>
        </w:p>
      </w:tc>
      <w:tc>
        <w:tcPr>
          <w:tcW w:w="4560" w:type="dxa"/>
        </w:tcPr>
        <w:p w14:paraId="14F9325B" w14:textId="40FB2024" w:rsidR="283D570D" w:rsidRDefault="283D570D" w:rsidP="283D570D">
          <w:pPr>
            <w:pStyle w:val="Header"/>
            <w:ind w:right="-115"/>
            <w:jc w:val="right"/>
          </w:pPr>
        </w:p>
      </w:tc>
    </w:tr>
  </w:tbl>
  <w:p w14:paraId="4EADF974" w14:textId="3105EC2A" w:rsidR="283D570D" w:rsidRDefault="283D570D" w:rsidP="283D57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67FCCF12"/>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A2A6357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3FD72E"/>
    <w:multiLevelType w:val="hybridMultilevel"/>
    <w:tmpl w:val="42EA7B74"/>
    <w:lvl w:ilvl="0" w:tplc="7878FB5C">
      <w:start w:val="1"/>
      <w:numFmt w:val="bullet"/>
      <w:lvlText w:val=""/>
      <w:lvlJc w:val="left"/>
      <w:pPr>
        <w:ind w:left="720" w:hanging="360"/>
      </w:pPr>
      <w:rPr>
        <w:rFonts w:ascii="Symbol" w:hAnsi="Symbol" w:hint="default"/>
      </w:rPr>
    </w:lvl>
    <w:lvl w:ilvl="1" w:tplc="7B2A98CE">
      <w:start w:val="1"/>
      <w:numFmt w:val="bullet"/>
      <w:lvlText w:val="o"/>
      <w:lvlJc w:val="left"/>
      <w:pPr>
        <w:ind w:left="1440" w:hanging="360"/>
      </w:pPr>
      <w:rPr>
        <w:rFonts w:ascii="Courier New" w:hAnsi="Courier New" w:hint="default"/>
      </w:rPr>
    </w:lvl>
    <w:lvl w:ilvl="2" w:tplc="999C9002">
      <w:start w:val="1"/>
      <w:numFmt w:val="bullet"/>
      <w:lvlText w:val=""/>
      <w:lvlJc w:val="left"/>
      <w:pPr>
        <w:ind w:left="2160" w:hanging="360"/>
      </w:pPr>
      <w:rPr>
        <w:rFonts w:ascii="Wingdings" w:hAnsi="Wingdings" w:hint="default"/>
      </w:rPr>
    </w:lvl>
    <w:lvl w:ilvl="3" w:tplc="37B469AE">
      <w:start w:val="1"/>
      <w:numFmt w:val="bullet"/>
      <w:lvlText w:val=""/>
      <w:lvlJc w:val="left"/>
      <w:pPr>
        <w:ind w:left="2880" w:hanging="360"/>
      </w:pPr>
      <w:rPr>
        <w:rFonts w:ascii="Symbol" w:hAnsi="Symbol" w:hint="default"/>
      </w:rPr>
    </w:lvl>
    <w:lvl w:ilvl="4" w:tplc="A8FC5D28">
      <w:start w:val="1"/>
      <w:numFmt w:val="bullet"/>
      <w:lvlText w:val="o"/>
      <w:lvlJc w:val="left"/>
      <w:pPr>
        <w:ind w:left="3600" w:hanging="360"/>
      </w:pPr>
      <w:rPr>
        <w:rFonts w:ascii="Courier New" w:hAnsi="Courier New" w:hint="default"/>
      </w:rPr>
    </w:lvl>
    <w:lvl w:ilvl="5" w:tplc="33AEE862">
      <w:start w:val="1"/>
      <w:numFmt w:val="bullet"/>
      <w:lvlText w:val=""/>
      <w:lvlJc w:val="left"/>
      <w:pPr>
        <w:ind w:left="4320" w:hanging="360"/>
      </w:pPr>
      <w:rPr>
        <w:rFonts w:ascii="Wingdings" w:hAnsi="Wingdings" w:hint="default"/>
      </w:rPr>
    </w:lvl>
    <w:lvl w:ilvl="6" w:tplc="B4C69542">
      <w:start w:val="1"/>
      <w:numFmt w:val="bullet"/>
      <w:lvlText w:val=""/>
      <w:lvlJc w:val="left"/>
      <w:pPr>
        <w:ind w:left="5040" w:hanging="360"/>
      </w:pPr>
      <w:rPr>
        <w:rFonts w:ascii="Symbol" w:hAnsi="Symbol" w:hint="default"/>
      </w:rPr>
    </w:lvl>
    <w:lvl w:ilvl="7" w:tplc="85B0164A">
      <w:start w:val="1"/>
      <w:numFmt w:val="bullet"/>
      <w:lvlText w:val="o"/>
      <w:lvlJc w:val="left"/>
      <w:pPr>
        <w:ind w:left="5760" w:hanging="360"/>
      </w:pPr>
      <w:rPr>
        <w:rFonts w:ascii="Courier New" w:hAnsi="Courier New" w:hint="default"/>
      </w:rPr>
    </w:lvl>
    <w:lvl w:ilvl="8" w:tplc="91888DDC">
      <w:start w:val="1"/>
      <w:numFmt w:val="bullet"/>
      <w:lvlText w:val=""/>
      <w:lvlJc w:val="left"/>
      <w:pPr>
        <w:ind w:left="6480" w:hanging="360"/>
      </w:pPr>
      <w:rPr>
        <w:rFonts w:ascii="Wingdings" w:hAnsi="Wingdings" w:hint="default"/>
      </w:rPr>
    </w:lvl>
  </w:abstractNum>
  <w:abstractNum w:abstractNumId="10" w15:restartNumberingAfterBreak="0">
    <w:nsid w:val="116A65E2"/>
    <w:multiLevelType w:val="hybridMultilevel"/>
    <w:tmpl w:val="2C46E888"/>
    <w:lvl w:ilvl="0" w:tplc="46708B82">
      <w:start w:val="1"/>
      <w:numFmt w:val="bullet"/>
      <w:lvlText w:val="·"/>
      <w:lvlJc w:val="left"/>
      <w:pPr>
        <w:ind w:left="720" w:hanging="360"/>
      </w:pPr>
      <w:rPr>
        <w:rFonts w:ascii="Symbol" w:hAnsi="Symbol" w:hint="default"/>
      </w:rPr>
    </w:lvl>
    <w:lvl w:ilvl="1" w:tplc="5B38D270">
      <w:start w:val="1"/>
      <w:numFmt w:val="bullet"/>
      <w:lvlText w:val="o"/>
      <w:lvlJc w:val="left"/>
      <w:pPr>
        <w:ind w:left="1440" w:hanging="360"/>
      </w:pPr>
      <w:rPr>
        <w:rFonts w:ascii="Courier New" w:hAnsi="Courier New" w:hint="default"/>
      </w:rPr>
    </w:lvl>
    <w:lvl w:ilvl="2" w:tplc="9D483C40">
      <w:start w:val="1"/>
      <w:numFmt w:val="bullet"/>
      <w:lvlText w:val=""/>
      <w:lvlJc w:val="left"/>
      <w:pPr>
        <w:ind w:left="2160" w:hanging="360"/>
      </w:pPr>
      <w:rPr>
        <w:rFonts w:ascii="Wingdings" w:hAnsi="Wingdings" w:hint="default"/>
      </w:rPr>
    </w:lvl>
    <w:lvl w:ilvl="3" w:tplc="CF28A762">
      <w:start w:val="1"/>
      <w:numFmt w:val="bullet"/>
      <w:lvlText w:val=""/>
      <w:lvlJc w:val="left"/>
      <w:pPr>
        <w:ind w:left="2880" w:hanging="360"/>
      </w:pPr>
      <w:rPr>
        <w:rFonts w:ascii="Symbol" w:hAnsi="Symbol" w:hint="default"/>
      </w:rPr>
    </w:lvl>
    <w:lvl w:ilvl="4" w:tplc="D3BEDB10">
      <w:start w:val="1"/>
      <w:numFmt w:val="bullet"/>
      <w:lvlText w:val="o"/>
      <w:lvlJc w:val="left"/>
      <w:pPr>
        <w:ind w:left="3600" w:hanging="360"/>
      </w:pPr>
      <w:rPr>
        <w:rFonts w:ascii="Courier New" w:hAnsi="Courier New" w:hint="default"/>
      </w:rPr>
    </w:lvl>
    <w:lvl w:ilvl="5" w:tplc="89621A0C">
      <w:start w:val="1"/>
      <w:numFmt w:val="bullet"/>
      <w:lvlText w:val=""/>
      <w:lvlJc w:val="left"/>
      <w:pPr>
        <w:ind w:left="4320" w:hanging="360"/>
      </w:pPr>
      <w:rPr>
        <w:rFonts w:ascii="Wingdings" w:hAnsi="Wingdings" w:hint="default"/>
      </w:rPr>
    </w:lvl>
    <w:lvl w:ilvl="6" w:tplc="9AB0CA98">
      <w:start w:val="1"/>
      <w:numFmt w:val="bullet"/>
      <w:lvlText w:val=""/>
      <w:lvlJc w:val="left"/>
      <w:pPr>
        <w:ind w:left="5040" w:hanging="360"/>
      </w:pPr>
      <w:rPr>
        <w:rFonts w:ascii="Symbol" w:hAnsi="Symbol" w:hint="default"/>
      </w:rPr>
    </w:lvl>
    <w:lvl w:ilvl="7" w:tplc="CE367930">
      <w:start w:val="1"/>
      <w:numFmt w:val="bullet"/>
      <w:lvlText w:val="o"/>
      <w:lvlJc w:val="left"/>
      <w:pPr>
        <w:ind w:left="5760" w:hanging="360"/>
      </w:pPr>
      <w:rPr>
        <w:rFonts w:ascii="Courier New" w:hAnsi="Courier New" w:hint="default"/>
      </w:rPr>
    </w:lvl>
    <w:lvl w:ilvl="8" w:tplc="BF500966">
      <w:start w:val="1"/>
      <w:numFmt w:val="bullet"/>
      <w:lvlText w:val=""/>
      <w:lvlJc w:val="left"/>
      <w:pPr>
        <w:ind w:left="6480" w:hanging="360"/>
      </w:pPr>
      <w:rPr>
        <w:rFonts w:ascii="Wingdings" w:hAnsi="Wingdings" w:hint="default"/>
      </w:rPr>
    </w:lvl>
  </w:abstractNum>
  <w:abstractNum w:abstractNumId="11" w15:restartNumberingAfterBreak="0">
    <w:nsid w:val="20D27E7E"/>
    <w:multiLevelType w:val="hybridMultilevel"/>
    <w:tmpl w:val="51547900"/>
    <w:lvl w:ilvl="0" w:tplc="5E9C1926">
      <w:start w:val="1"/>
      <w:numFmt w:val="decimal"/>
      <w:lvlText w:val="%1."/>
      <w:lvlJc w:val="left"/>
      <w:pPr>
        <w:ind w:left="720" w:hanging="360"/>
      </w:pPr>
    </w:lvl>
    <w:lvl w:ilvl="1" w:tplc="1D56B2D0">
      <w:start w:val="1"/>
      <w:numFmt w:val="lowerLetter"/>
      <w:lvlText w:val="%2."/>
      <w:lvlJc w:val="left"/>
      <w:pPr>
        <w:ind w:left="1440" w:hanging="360"/>
      </w:pPr>
    </w:lvl>
    <w:lvl w:ilvl="2" w:tplc="4606E2A4">
      <w:start w:val="1"/>
      <w:numFmt w:val="lowerRoman"/>
      <w:lvlText w:val="%3."/>
      <w:lvlJc w:val="right"/>
      <w:pPr>
        <w:ind w:left="2160" w:hanging="180"/>
      </w:pPr>
    </w:lvl>
    <w:lvl w:ilvl="3" w:tplc="489258EE">
      <w:start w:val="1"/>
      <w:numFmt w:val="decimal"/>
      <w:lvlText w:val="%4."/>
      <w:lvlJc w:val="left"/>
      <w:pPr>
        <w:ind w:left="2880" w:hanging="360"/>
      </w:pPr>
    </w:lvl>
    <w:lvl w:ilvl="4" w:tplc="3126E3A8">
      <w:start w:val="1"/>
      <w:numFmt w:val="lowerLetter"/>
      <w:lvlText w:val="%5."/>
      <w:lvlJc w:val="left"/>
      <w:pPr>
        <w:ind w:left="3600" w:hanging="360"/>
      </w:pPr>
    </w:lvl>
    <w:lvl w:ilvl="5" w:tplc="56D0D586">
      <w:start w:val="1"/>
      <w:numFmt w:val="lowerRoman"/>
      <w:lvlText w:val="%6."/>
      <w:lvlJc w:val="right"/>
      <w:pPr>
        <w:ind w:left="4320" w:hanging="180"/>
      </w:pPr>
    </w:lvl>
    <w:lvl w:ilvl="6" w:tplc="0178C25C">
      <w:start w:val="1"/>
      <w:numFmt w:val="decimal"/>
      <w:lvlText w:val="%7."/>
      <w:lvlJc w:val="left"/>
      <w:pPr>
        <w:ind w:left="5040" w:hanging="360"/>
      </w:pPr>
    </w:lvl>
    <w:lvl w:ilvl="7" w:tplc="E1C6EC8E">
      <w:start w:val="1"/>
      <w:numFmt w:val="lowerLetter"/>
      <w:lvlText w:val="%8."/>
      <w:lvlJc w:val="left"/>
      <w:pPr>
        <w:ind w:left="5760" w:hanging="360"/>
      </w:pPr>
    </w:lvl>
    <w:lvl w:ilvl="8" w:tplc="B4FA6A20">
      <w:start w:val="1"/>
      <w:numFmt w:val="lowerRoman"/>
      <w:lvlText w:val="%9."/>
      <w:lvlJc w:val="right"/>
      <w:pPr>
        <w:ind w:left="6480" w:hanging="180"/>
      </w:pPr>
    </w:lvl>
  </w:abstractNum>
  <w:abstractNum w:abstractNumId="12" w15:restartNumberingAfterBreak="0">
    <w:nsid w:val="398E17E8"/>
    <w:multiLevelType w:val="hybridMultilevel"/>
    <w:tmpl w:val="52F27C5C"/>
    <w:lvl w:ilvl="0" w:tplc="3C0046B0">
      <w:start w:val="1"/>
      <w:numFmt w:val="bullet"/>
      <w:lvlText w:val="·"/>
      <w:lvlJc w:val="left"/>
      <w:pPr>
        <w:ind w:left="720" w:hanging="360"/>
      </w:pPr>
      <w:rPr>
        <w:rFonts w:ascii="Symbol" w:hAnsi="Symbol" w:hint="default"/>
      </w:rPr>
    </w:lvl>
    <w:lvl w:ilvl="1" w:tplc="5BCC2D94">
      <w:start w:val="1"/>
      <w:numFmt w:val="bullet"/>
      <w:lvlText w:val="o"/>
      <w:lvlJc w:val="left"/>
      <w:pPr>
        <w:ind w:left="1440" w:hanging="360"/>
      </w:pPr>
      <w:rPr>
        <w:rFonts w:ascii="Courier New" w:hAnsi="Courier New" w:hint="default"/>
      </w:rPr>
    </w:lvl>
    <w:lvl w:ilvl="2" w:tplc="CB68E3AE">
      <w:start w:val="1"/>
      <w:numFmt w:val="bullet"/>
      <w:lvlText w:val=""/>
      <w:lvlJc w:val="left"/>
      <w:pPr>
        <w:ind w:left="2160" w:hanging="360"/>
      </w:pPr>
      <w:rPr>
        <w:rFonts w:ascii="Wingdings" w:hAnsi="Wingdings" w:hint="default"/>
      </w:rPr>
    </w:lvl>
    <w:lvl w:ilvl="3" w:tplc="065A23E2">
      <w:start w:val="1"/>
      <w:numFmt w:val="bullet"/>
      <w:lvlText w:val=""/>
      <w:lvlJc w:val="left"/>
      <w:pPr>
        <w:ind w:left="2880" w:hanging="360"/>
      </w:pPr>
      <w:rPr>
        <w:rFonts w:ascii="Symbol" w:hAnsi="Symbol" w:hint="default"/>
      </w:rPr>
    </w:lvl>
    <w:lvl w:ilvl="4" w:tplc="FF76ECE0">
      <w:start w:val="1"/>
      <w:numFmt w:val="bullet"/>
      <w:lvlText w:val="o"/>
      <w:lvlJc w:val="left"/>
      <w:pPr>
        <w:ind w:left="3600" w:hanging="360"/>
      </w:pPr>
      <w:rPr>
        <w:rFonts w:ascii="Courier New" w:hAnsi="Courier New" w:hint="default"/>
      </w:rPr>
    </w:lvl>
    <w:lvl w:ilvl="5" w:tplc="1352A3FE">
      <w:start w:val="1"/>
      <w:numFmt w:val="bullet"/>
      <w:lvlText w:val=""/>
      <w:lvlJc w:val="left"/>
      <w:pPr>
        <w:ind w:left="4320" w:hanging="360"/>
      </w:pPr>
      <w:rPr>
        <w:rFonts w:ascii="Wingdings" w:hAnsi="Wingdings" w:hint="default"/>
      </w:rPr>
    </w:lvl>
    <w:lvl w:ilvl="6" w:tplc="B40E1C8C">
      <w:start w:val="1"/>
      <w:numFmt w:val="bullet"/>
      <w:lvlText w:val=""/>
      <w:lvlJc w:val="left"/>
      <w:pPr>
        <w:ind w:left="5040" w:hanging="360"/>
      </w:pPr>
      <w:rPr>
        <w:rFonts w:ascii="Symbol" w:hAnsi="Symbol" w:hint="default"/>
      </w:rPr>
    </w:lvl>
    <w:lvl w:ilvl="7" w:tplc="8D047C50">
      <w:start w:val="1"/>
      <w:numFmt w:val="bullet"/>
      <w:lvlText w:val="o"/>
      <w:lvlJc w:val="left"/>
      <w:pPr>
        <w:ind w:left="5760" w:hanging="360"/>
      </w:pPr>
      <w:rPr>
        <w:rFonts w:ascii="Courier New" w:hAnsi="Courier New" w:hint="default"/>
      </w:rPr>
    </w:lvl>
    <w:lvl w:ilvl="8" w:tplc="7B8294B4">
      <w:start w:val="1"/>
      <w:numFmt w:val="bullet"/>
      <w:lvlText w:val=""/>
      <w:lvlJc w:val="left"/>
      <w:pPr>
        <w:ind w:left="6480" w:hanging="360"/>
      </w:pPr>
      <w:rPr>
        <w:rFonts w:ascii="Wingdings" w:hAnsi="Wingdings" w:hint="default"/>
      </w:rPr>
    </w:lvl>
  </w:abstractNum>
  <w:abstractNum w:abstractNumId="13" w15:restartNumberingAfterBreak="0">
    <w:nsid w:val="794C75B6"/>
    <w:multiLevelType w:val="hybridMultilevel"/>
    <w:tmpl w:val="E29C0B60"/>
    <w:lvl w:ilvl="0" w:tplc="E790250A">
      <w:start w:val="1"/>
      <w:numFmt w:val="decimal"/>
      <w:lvlText w:val="%1."/>
      <w:lvlJc w:val="left"/>
      <w:pPr>
        <w:ind w:left="720" w:hanging="360"/>
      </w:pPr>
    </w:lvl>
    <w:lvl w:ilvl="1" w:tplc="6AD03EA2">
      <w:start w:val="1"/>
      <w:numFmt w:val="lowerLetter"/>
      <w:lvlText w:val="%2."/>
      <w:lvlJc w:val="left"/>
      <w:pPr>
        <w:ind w:left="1440" w:hanging="360"/>
      </w:pPr>
    </w:lvl>
    <w:lvl w:ilvl="2" w:tplc="625494DC">
      <w:start w:val="1"/>
      <w:numFmt w:val="lowerRoman"/>
      <w:lvlText w:val="%3."/>
      <w:lvlJc w:val="right"/>
      <w:pPr>
        <w:ind w:left="2160" w:hanging="180"/>
      </w:pPr>
    </w:lvl>
    <w:lvl w:ilvl="3" w:tplc="5B424BEC">
      <w:start w:val="1"/>
      <w:numFmt w:val="decimal"/>
      <w:lvlText w:val="%4."/>
      <w:lvlJc w:val="left"/>
      <w:pPr>
        <w:ind w:left="2880" w:hanging="360"/>
      </w:pPr>
    </w:lvl>
    <w:lvl w:ilvl="4" w:tplc="2CC03362">
      <w:start w:val="1"/>
      <w:numFmt w:val="lowerLetter"/>
      <w:lvlText w:val="%5."/>
      <w:lvlJc w:val="left"/>
      <w:pPr>
        <w:ind w:left="3600" w:hanging="360"/>
      </w:pPr>
    </w:lvl>
    <w:lvl w:ilvl="5" w:tplc="BCC0C2CE">
      <w:start w:val="1"/>
      <w:numFmt w:val="lowerRoman"/>
      <w:lvlText w:val="%6."/>
      <w:lvlJc w:val="right"/>
      <w:pPr>
        <w:ind w:left="4320" w:hanging="180"/>
      </w:pPr>
    </w:lvl>
    <w:lvl w:ilvl="6" w:tplc="F294B038">
      <w:start w:val="1"/>
      <w:numFmt w:val="decimal"/>
      <w:lvlText w:val="%7."/>
      <w:lvlJc w:val="left"/>
      <w:pPr>
        <w:ind w:left="5040" w:hanging="360"/>
      </w:pPr>
    </w:lvl>
    <w:lvl w:ilvl="7" w:tplc="C848F82C">
      <w:start w:val="1"/>
      <w:numFmt w:val="lowerLetter"/>
      <w:lvlText w:val="%8."/>
      <w:lvlJc w:val="left"/>
      <w:pPr>
        <w:ind w:left="5760" w:hanging="360"/>
      </w:pPr>
    </w:lvl>
    <w:lvl w:ilvl="8" w:tplc="379247BE">
      <w:start w:val="1"/>
      <w:numFmt w:val="lowerRoman"/>
      <w:lvlText w:val="%9."/>
      <w:lvlJc w:val="right"/>
      <w:pPr>
        <w:ind w:left="6480" w:hanging="180"/>
      </w:pPr>
    </w:lvl>
  </w:abstractNum>
  <w:num w:numId="1" w16cid:durableId="2013019959">
    <w:abstractNumId w:val="9"/>
  </w:num>
  <w:num w:numId="2" w16cid:durableId="1001812728">
    <w:abstractNumId w:val="13"/>
  </w:num>
  <w:num w:numId="3" w16cid:durableId="1787847584">
    <w:abstractNumId w:val="12"/>
  </w:num>
  <w:num w:numId="4" w16cid:durableId="1527138673">
    <w:abstractNumId w:val="11"/>
  </w:num>
  <w:num w:numId="5" w16cid:durableId="2040856938">
    <w:abstractNumId w:val="10"/>
  </w:num>
  <w:num w:numId="6" w16cid:durableId="1883591498">
    <w:abstractNumId w:val="8"/>
  </w:num>
  <w:num w:numId="7" w16cid:durableId="999888056">
    <w:abstractNumId w:val="6"/>
  </w:num>
  <w:num w:numId="8" w16cid:durableId="1505851666">
    <w:abstractNumId w:val="5"/>
  </w:num>
  <w:num w:numId="9" w16cid:durableId="391776457">
    <w:abstractNumId w:val="4"/>
  </w:num>
  <w:num w:numId="10" w16cid:durableId="1621379259">
    <w:abstractNumId w:val="7"/>
  </w:num>
  <w:num w:numId="11" w16cid:durableId="618952189">
    <w:abstractNumId w:val="3"/>
  </w:num>
  <w:num w:numId="12" w16cid:durableId="247620367">
    <w:abstractNumId w:val="2"/>
  </w:num>
  <w:num w:numId="13" w16cid:durableId="1845238984">
    <w:abstractNumId w:val="1"/>
  </w:num>
  <w:num w:numId="14" w16cid:durableId="1662081533">
    <w:abstractNumId w:val="0"/>
  </w:num>
  <w:num w:numId="15" w16cid:durableId="299575368">
    <w:abstractNumId w:val="7"/>
  </w:num>
  <w:num w:numId="16" w16cid:durableId="10370474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A3D"/>
    <w:rsid w:val="000E5EAB"/>
    <w:rsid w:val="00102F2B"/>
    <w:rsid w:val="001340CE"/>
    <w:rsid w:val="00144136"/>
    <w:rsid w:val="0015074B"/>
    <w:rsid w:val="001B40F7"/>
    <w:rsid w:val="001C1F14"/>
    <w:rsid w:val="001D1054"/>
    <w:rsid w:val="00206437"/>
    <w:rsid w:val="002549C1"/>
    <w:rsid w:val="0029639D"/>
    <w:rsid w:val="00326F90"/>
    <w:rsid w:val="003355B0"/>
    <w:rsid w:val="003641C9"/>
    <w:rsid w:val="00437344"/>
    <w:rsid w:val="00441CB1"/>
    <w:rsid w:val="00482BAD"/>
    <w:rsid w:val="006C40A9"/>
    <w:rsid w:val="007C11FD"/>
    <w:rsid w:val="008459D8"/>
    <w:rsid w:val="00855418"/>
    <w:rsid w:val="009954CE"/>
    <w:rsid w:val="009B3A8D"/>
    <w:rsid w:val="00A84ADA"/>
    <w:rsid w:val="00AA1D8D"/>
    <w:rsid w:val="00B47730"/>
    <w:rsid w:val="00BD584D"/>
    <w:rsid w:val="00C2152A"/>
    <w:rsid w:val="00CB0664"/>
    <w:rsid w:val="00CE31E0"/>
    <w:rsid w:val="00D17D4E"/>
    <w:rsid w:val="00D60A08"/>
    <w:rsid w:val="00E70511"/>
    <w:rsid w:val="00F06CDB"/>
    <w:rsid w:val="00FA241C"/>
    <w:rsid w:val="00FC2359"/>
    <w:rsid w:val="00FC693F"/>
    <w:rsid w:val="0184D366"/>
    <w:rsid w:val="0193FE03"/>
    <w:rsid w:val="01D16434"/>
    <w:rsid w:val="02253674"/>
    <w:rsid w:val="02AADF7F"/>
    <w:rsid w:val="0347E02F"/>
    <w:rsid w:val="036F19C4"/>
    <w:rsid w:val="03AF6FFB"/>
    <w:rsid w:val="0456EF9F"/>
    <w:rsid w:val="04CC8A9F"/>
    <w:rsid w:val="054F707C"/>
    <w:rsid w:val="062226F0"/>
    <w:rsid w:val="07093DBC"/>
    <w:rsid w:val="071FA8AF"/>
    <w:rsid w:val="07392624"/>
    <w:rsid w:val="082BC871"/>
    <w:rsid w:val="08AA3E43"/>
    <w:rsid w:val="08AFEFB7"/>
    <w:rsid w:val="0900C994"/>
    <w:rsid w:val="0993BF59"/>
    <w:rsid w:val="0A1449EA"/>
    <w:rsid w:val="0A2CF168"/>
    <w:rsid w:val="0A327F3D"/>
    <w:rsid w:val="0AF2B13C"/>
    <w:rsid w:val="0B319D13"/>
    <w:rsid w:val="0B4408B2"/>
    <w:rsid w:val="0BBE5E5F"/>
    <w:rsid w:val="0C46E083"/>
    <w:rsid w:val="0CD607DF"/>
    <w:rsid w:val="0D110510"/>
    <w:rsid w:val="0D81B2F5"/>
    <w:rsid w:val="0E1230C6"/>
    <w:rsid w:val="0E2D43A7"/>
    <w:rsid w:val="0EAB8E4D"/>
    <w:rsid w:val="0F7AF296"/>
    <w:rsid w:val="0F85D841"/>
    <w:rsid w:val="10192E7E"/>
    <w:rsid w:val="10C2B408"/>
    <w:rsid w:val="111511B5"/>
    <w:rsid w:val="111AFAEE"/>
    <w:rsid w:val="1207A8D0"/>
    <w:rsid w:val="1287E10F"/>
    <w:rsid w:val="12E45C88"/>
    <w:rsid w:val="135E4432"/>
    <w:rsid w:val="13E615D1"/>
    <w:rsid w:val="14BA68AE"/>
    <w:rsid w:val="151CF1E5"/>
    <w:rsid w:val="1591B864"/>
    <w:rsid w:val="15AC229A"/>
    <w:rsid w:val="15FBD3A1"/>
    <w:rsid w:val="1650F953"/>
    <w:rsid w:val="16AD3F73"/>
    <w:rsid w:val="16CF7BD4"/>
    <w:rsid w:val="1785DF69"/>
    <w:rsid w:val="178B80EC"/>
    <w:rsid w:val="17A2D7F7"/>
    <w:rsid w:val="17DCC835"/>
    <w:rsid w:val="17DCFA60"/>
    <w:rsid w:val="1833C195"/>
    <w:rsid w:val="185B9062"/>
    <w:rsid w:val="1932FD33"/>
    <w:rsid w:val="1941C23B"/>
    <w:rsid w:val="194D5E95"/>
    <w:rsid w:val="19510FD5"/>
    <w:rsid w:val="1A3B513F"/>
    <w:rsid w:val="1A447606"/>
    <w:rsid w:val="1A612898"/>
    <w:rsid w:val="1AC81E28"/>
    <w:rsid w:val="1B81741A"/>
    <w:rsid w:val="1C163436"/>
    <w:rsid w:val="1C7D4377"/>
    <w:rsid w:val="1CE40B94"/>
    <w:rsid w:val="1DBB6B4C"/>
    <w:rsid w:val="1E0C9B6D"/>
    <w:rsid w:val="1F7A3304"/>
    <w:rsid w:val="203B2622"/>
    <w:rsid w:val="21456321"/>
    <w:rsid w:val="215CE920"/>
    <w:rsid w:val="21752E12"/>
    <w:rsid w:val="21905310"/>
    <w:rsid w:val="219F32C0"/>
    <w:rsid w:val="21AC5196"/>
    <w:rsid w:val="23251FB8"/>
    <w:rsid w:val="23AB5AF2"/>
    <w:rsid w:val="23B23289"/>
    <w:rsid w:val="2504075E"/>
    <w:rsid w:val="253B28A5"/>
    <w:rsid w:val="2553CEA6"/>
    <w:rsid w:val="2555F97C"/>
    <w:rsid w:val="258B49A5"/>
    <w:rsid w:val="26651326"/>
    <w:rsid w:val="26844EFD"/>
    <w:rsid w:val="26B1BC73"/>
    <w:rsid w:val="275B0213"/>
    <w:rsid w:val="27A40DB3"/>
    <w:rsid w:val="27E704AE"/>
    <w:rsid w:val="27FEF2EC"/>
    <w:rsid w:val="282ACFD6"/>
    <w:rsid w:val="283D570D"/>
    <w:rsid w:val="28C0D384"/>
    <w:rsid w:val="29591DC5"/>
    <w:rsid w:val="29921EB7"/>
    <w:rsid w:val="29B18058"/>
    <w:rsid w:val="2A8FEF3A"/>
    <w:rsid w:val="2B1A4F52"/>
    <w:rsid w:val="2BF007C2"/>
    <w:rsid w:val="2CE70110"/>
    <w:rsid w:val="2D0D0020"/>
    <w:rsid w:val="2D690DBE"/>
    <w:rsid w:val="2D6E9C33"/>
    <w:rsid w:val="2D7F1166"/>
    <w:rsid w:val="2D906DBB"/>
    <w:rsid w:val="2D9BB182"/>
    <w:rsid w:val="2E301F20"/>
    <w:rsid w:val="2F968E3A"/>
    <w:rsid w:val="2FD94309"/>
    <w:rsid w:val="300B4721"/>
    <w:rsid w:val="303FEE17"/>
    <w:rsid w:val="30A1701C"/>
    <w:rsid w:val="30A96AD3"/>
    <w:rsid w:val="30E68157"/>
    <w:rsid w:val="30FCCCAA"/>
    <w:rsid w:val="31BA1C63"/>
    <w:rsid w:val="31D49D1A"/>
    <w:rsid w:val="32389591"/>
    <w:rsid w:val="32A1CF3D"/>
    <w:rsid w:val="32AB6769"/>
    <w:rsid w:val="32B4B02D"/>
    <w:rsid w:val="334CADC5"/>
    <w:rsid w:val="335240A8"/>
    <w:rsid w:val="34081903"/>
    <w:rsid w:val="34C353BD"/>
    <w:rsid w:val="35052B0B"/>
    <w:rsid w:val="3542DFFD"/>
    <w:rsid w:val="35627939"/>
    <w:rsid w:val="3656F0D8"/>
    <w:rsid w:val="37ABFA7F"/>
    <w:rsid w:val="383BC397"/>
    <w:rsid w:val="384B9FD2"/>
    <w:rsid w:val="38C4EB56"/>
    <w:rsid w:val="38C802A1"/>
    <w:rsid w:val="3942836F"/>
    <w:rsid w:val="397EB872"/>
    <w:rsid w:val="39ABE7B6"/>
    <w:rsid w:val="39AEDA7E"/>
    <w:rsid w:val="39C65676"/>
    <w:rsid w:val="3A22FA9C"/>
    <w:rsid w:val="3A3F9F93"/>
    <w:rsid w:val="3AC311D7"/>
    <w:rsid w:val="3AD02B60"/>
    <w:rsid w:val="3B2C4D98"/>
    <w:rsid w:val="3B4CF91A"/>
    <w:rsid w:val="3B57545E"/>
    <w:rsid w:val="3B7CE88A"/>
    <w:rsid w:val="3C0AD668"/>
    <w:rsid w:val="3C6C8B51"/>
    <w:rsid w:val="3D368D89"/>
    <w:rsid w:val="3D49624F"/>
    <w:rsid w:val="3E0452E4"/>
    <w:rsid w:val="3E5E823F"/>
    <w:rsid w:val="3EED319A"/>
    <w:rsid w:val="3F3888F6"/>
    <w:rsid w:val="3F48E245"/>
    <w:rsid w:val="3FECA5CC"/>
    <w:rsid w:val="40BFF496"/>
    <w:rsid w:val="414670AF"/>
    <w:rsid w:val="42F80F7B"/>
    <w:rsid w:val="444E629C"/>
    <w:rsid w:val="444E69D0"/>
    <w:rsid w:val="449869CA"/>
    <w:rsid w:val="44A71C28"/>
    <w:rsid w:val="44D4597A"/>
    <w:rsid w:val="4539A71B"/>
    <w:rsid w:val="4581918F"/>
    <w:rsid w:val="45D8000C"/>
    <w:rsid w:val="45E52907"/>
    <w:rsid w:val="45F41D40"/>
    <w:rsid w:val="460F16D2"/>
    <w:rsid w:val="46632B71"/>
    <w:rsid w:val="467A74ED"/>
    <w:rsid w:val="4680A0ED"/>
    <w:rsid w:val="4684306F"/>
    <w:rsid w:val="468BA37C"/>
    <w:rsid w:val="46AED1B7"/>
    <w:rsid w:val="470D05C3"/>
    <w:rsid w:val="4713D503"/>
    <w:rsid w:val="47572ECF"/>
    <w:rsid w:val="475DC06E"/>
    <w:rsid w:val="48110C22"/>
    <w:rsid w:val="4826430C"/>
    <w:rsid w:val="4875C37A"/>
    <w:rsid w:val="495BEFF1"/>
    <w:rsid w:val="49CBF59A"/>
    <w:rsid w:val="49CE9215"/>
    <w:rsid w:val="4A0F229F"/>
    <w:rsid w:val="4A1802CF"/>
    <w:rsid w:val="4A22F1F5"/>
    <w:rsid w:val="4A59B3DF"/>
    <w:rsid w:val="4A6A55D2"/>
    <w:rsid w:val="4AADE4A6"/>
    <w:rsid w:val="4AEDB6C7"/>
    <w:rsid w:val="4BD0C32E"/>
    <w:rsid w:val="4BF0DA06"/>
    <w:rsid w:val="4C4D40DE"/>
    <w:rsid w:val="4CDF738F"/>
    <w:rsid w:val="4CE6FA9A"/>
    <w:rsid w:val="4DD88D8C"/>
    <w:rsid w:val="4E6BB000"/>
    <w:rsid w:val="4E8DB52A"/>
    <w:rsid w:val="4F46F64D"/>
    <w:rsid w:val="4F55FB20"/>
    <w:rsid w:val="4F6096FD"/>
    <w:rsid w:val="501343EE"/>
    <w:rsid w:val="50406CC3"/>
    <w:rsid w:val="504533C8"/>
    <w:rsid w:val="50620615"/>
    <w:rsid w:val="507B7A6C"/>
    <w:rsid w:val="507F883E"/>
    <w:rsid w:val="50B27CE0"/>
    <w:rsid w:val="50FE7F1E"/>
    <w:rsid w:val="5118A124"/>
    <w:rsid w:val="519AF52C"/>
    <w:rsid w:val="51AAAD87"/>
    <w:rsid w:val="5201037B"/>
    <w:rsid w:val="54778F02"/>
    <w:rsid w:val="54D9A765"/>
    <w:rsid w:val="54EC6A69"/>
    <w:rsid w:val="54F0BDFC"/>
    <w:rsid w:val="552B7EC0"/>
    <w:rsid w:val="56123F96"/>
    <w:rsid w:val="571CF1E6"/>
    <w:rsid w:val="5774EC9A"/>
    <w:rsid w:val="57CE0BB9"/>
    <w:rsid w:val="58581D25"/>
    <w:rsid w:val="585B2E95"/>
    <w:rsid w:val="5892B2BB"/>
    <w:rsid w:val="58B7B3D2"/>
    <w:rsid w:val="58F0F067"/>
    <w:rsid w:val="5922119F"/>
    <w:rsid w:val="596AEF8C"/>
    <w:rsid w:val="5A8F1B44"/>
    <w:rsid w:val="5AC05821"/>
    <w:rsid w:val="5AE6D7DE"/>
    <w:rsid w:val="5B1C3026"/>
    <w:rsid w:val="5B2ABD80"/>
    <w:rsid w:val="5B5DC8C5"/>
    <w:rsid w:val="5BDFCCE2"/>
    <w:rsid w:val="5C0F09BE"/>
    <w:rsid w:val="5C7A8648"/>
    <w:rsid w:val="5CB026D8"/>
    <w:rsid w:val="5CEBEAFE"/>
    <w:rsid w:val="5D339AF0"/>
    <w:rsid w:val="5D40CBB9"/>
    <w:rsid w:val="5D644CAD"/>
    <w:rsid w:val="5DCA1D7E"/>
    <w:rsid w:val="5E82D02C"/>
    <w:rsid w:val="5F58FFFE"/>
    <w:rsid w:val="5F7DA390"/>
    <w:rsid w:val="5F967A3E"/>
    <w:rsid w:val="607497AF"/>
    <w:rsid w:val="60D8A5B7"/>
    <w:rsid w:val="618D70A4"/>
    <w:rsid w:val="6197FF6C"/>
    <w:rsid w:val="61C73714"/>
    <w:rsid w:val="625C5FF2"/>
    <w:rsid w:val="635D171F"/>
    <w:rsid w:val="63936D99"/>
    <w:rsid w:val="64285A86"/>
    <w:rsid w:val="64AEBAC9"/>
    <w:rsid w:val="65F736E3"/>
    <w:rsid w:val="662BF823"/>
    <w:rsid w:val="665887A6"/>
    <w:rsid w:val="672574C3"/>
    <w:rsid w:val="676D80BF"/>
    <w:rsid w:val="677A6455"/>
    <w:rsid w:val="67A2EE46"/>
    <w:rsid w:val="67D84A44"/>
    <w:rsid w:val="6851819D"/>
    <w:rsid w:val="687ACABB"/>
    <w:rsid w:val="6889543A"/>
    <w:rsid w:val="68D7D5DE"/>
    <w:rsid w:val="69DD7F93"/>
    <w:rsid w:val="69F951D3"/>
    <w:rsid w:val="6A637DC1"/>
    <w:rsid w:val="6A647B57"/>
    <w:rsid w:val="6ADD5CE3"/>
    <w:rsid w:val="6B92A358"/>
    <w:rsid w:val="6BC66F49"/>
    <w:rsid w:val="6BF1AE7C"/>
    <w:rsid w:val="6C21312D"/>
    <w:rsid w:val="6C8011ED"/>
    <w:rsid w:val="6CB265F2"/>
    <w:rsid w:val="6CF4BA6E"/>
    <w:rsid w:val="6D65B527"/>
    <w:rsid w:val="6D725848"/>
    <w:rsid w:val="6E362442"/>
    <w:rsid w:val="6F6E025E"/>
    <w:rsid w:val="6F9DACFC"/>
    <w:rsid w:val="6FBA619A"/>
    <w:rsid w:val="707CB3C0"/>
    <w:rsid w:val="70EBDEE9"/>
    <w:rsid w:val="713A62A9"/>
    <w:rsid w:val="7148F3AB"/>
    <w:rsid w:val="71F90762"/>
    <w:rsid w:val="7224E037"/>
    <w:rsid w:val="723E594A"/>
    <w:rsid w:val="725BDC43"/>
    <w:rsid w:val="7284998A"/>
    <w:rsid w:val="728A4819"/>
    <w:rsid w:val="72ECBB3F"/>
    <w:rsid w:val="72F4EC18"/>
    <w:rsid w:val="730FD54F"/>
    <w:rsid w:val="743A2B62"/>
    <w:rsid w:val="745282F1"/>
    <w:rsid w:val="747F2DE3"/>
    <w:rsid w:val="74E4AA54"/>
    <w:rsid w:val="7548A6B0"/>
    <w:rsid w:val="755A0D0A"/>
    <w:rsid w:val="75E911E0"/>
    <w:rsid w:val="75EEBBA7"/>
    <w:rsid w:val="7682A7BA"/>
    <w:rsid w:val="76964200"/>
    <w:rsid w:val="76A1546B"/>
    <w:rsid w:val="76D653EB"/>
    <w:rsid w:val="77B1FC04"/>
    <w:rsid w:val="77DDC127"/>
    <w:rsid w:val="7802BC39"/>
    <w:rsid w:val="786F54F4"/>
    <w:rsid w:val="788550D1"/>
    <w:rsid w:val="7888DB99"/>
    <w:rsid w:val="78C0C975"/>
    <w:rsid w:val="791EB705"/>
    <w:rsid w:val="7A30DB4A"/>
    <w:rsid w:val="7A9FE995"/>
    <w:rsid w:val="7B02800A"/>
    <w:rsid w:val="7BDECB3F"/>
    <w:rsid w:val="7C0A4146"/>
    <w:rsid w:val="7C95FBA2"/>
    <w:rsid w:val="7CD30402"/>
    <w:rsid w:val="7CD35314"/>
    <w:rsid w:val="7DA14B55"/>
    <w:rsid w:val="7DA951BA"/>
    <w:rsid w:val="7E02003E"/>
    <w:rsid w:val="7E12B3B0"/>
    <w:rsid w:val="7EAC7BF6"/>
    <w:rsid w:val="7F591DCD"/>
    <w:rsid w:val="7FD63C75"/>
    <w:rsid w:val="7FF64D4F"/>
    <w:rsid w:val="7FFD18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96FE8E"/>
  <w14:defaultImageDpi w14:val="300"/>
  <w15:docId w15:val="{5BA5E11D-BD62-4D3F-BC9E-D795445FE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6"/>
      </w:numPr>
      <w:contextualSpacing/>
    </w:pPr>
  </w:style>
  <w:style w:type="paragraph" w:styleId="ListBullet2">
    <w:name w:val="List Bullet 2"/>
    <w:basedOn w:val="Normal"/>
    <w:uiPriority w:val="99"/>
    <w:unhideWhenUsed/>
    <w:rsid w:val="00326F90"/>
    <w:pPr>
      <w:numPr>
        <w:numId w:val="7"/>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10"/>
      </w:numPr>
      <w:contextualSpacing/>
    </w:pPr>
  </w:style>
  <w:style w:type="paragraph" w:styleId="ListNumber2">
    <w:name w:val="List Number 2"/>
    <w:basedOn w:val="Normal"/>
    <w:uiPriority w:val="99"/>
    <w:unhideWhenUsed/>
    <w:rsid w:val="0029639D"/>
    <w:pPr>
      <w:numPr>
        <w:numId w:val="11"/>
      </w:numPr>
      <w:contextualSpacing/>
    </w:pPr>
  </w:style>
  <w:style w:type="paragraph" w:styleId="ListNumber3">
    <w:name w:val="List Number 3"/>
    <w:basedOn w:val="Normal"/>
    <w:uiPriority w:val="99"/>
    <w:unhideWhenUsed/>
    <w:rsid w:val="0029639D"/>
    <w:pPr>
      <w:numPr>
        <w:numId w:val="12"/>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7FFD18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ellevuecollege.edu/academics/bc-pathways/" TargetMode="External"/><Relationship Id="rId18" Type="http://schemas.openxmlformats.org/officeDocument/2006/relationships/hyperlink" Target="https://nwccu.org/glossary/"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aacc.nche.edu/about-us/mission-statemen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nwccu.org/standard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bctc.edu/resources/documents/colleges-staff/data-services/data-warehouse/student-and-course-coding.pdf" TargetMode="External"/><Relationship Id="rId20" Type="http://schemas.openxmlformats.org/officeDocument/2006/relationships/hyperlink" Target="https://www.aacc.nche.edu/about-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acu.org/value" TargetMode="External"/><Relationship Id="rId5" Type="http://schemas.openxmlformats.org/officeDocument/2006/relationships/numbering" Target="numbering.xml"/><Relationship Id="rId15" Type="http://schemas.openxmlformats.org/officeDocument/2006/relationships/hyperlink" Target="https://www.sbctc.edu/colleges-staff/policies-rules/policy-manual/chapter-3.aspx" TargetMode="External"/><Relationship Id="rId23" Type="http://schemas.openxmlformats.org/officeDocument/2006/relationships/hyperlink" Target="https://www.aacu.org/value/rubric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wccu.org/repor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bctc.edu/colleges-staff/policies-rules/policy-manual/chapter-4.aspx" TargetMode="External"/><Relationship Id="rId22" Type="http://schemas.openxmlformats.org/officeDocument/2006/relationships/hyperlink" Target="https://www.aacc.nche.edu/wp-content/uploads/2018/11/AACC-2018-Competencies_111618_5.1.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EB15B42DAF394B86CB505F98427349" ma:contentTypeVersion="10" ma:contentTypeDescription="Create a new document." ma:contentTypeScope="" ma:versionID="26d66ce213b546c253aeb4712c45e1df">
  <xsd:schema xmlns:xsd="http://www.w3.org/2001/XMLSchema" xmlns:xs="http://www.w3.org/2001/XMLSchema" xmlns:p="http://schemas.microsoft.com/office/2006/metadata/properties" xmlns:ns2="3a45a0bd-18a9-485d-a2a9-0399a2bc55ed" targetNamespace="http://schemas.microsoft.com/office/2006/metadata/properties" ma:root="true" ma:fieldsID="687e6583ecd8920805c639ae77bd8655" ns2:_="">
    <xsd:import namespace="3a45a0bd-18a9-485d-a2a9-0399a2bc55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5a0bd-18a9-485d-a2a9-0399a2bc55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ceefff-b449-4540-b257-cfd7cebd8e0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45a0bd-18a9-485d-a2a9-0399a2bc55e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45B073-C310-4A23-A466-974925F5F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5a0bd-18a9-485d-a2a9-0399a2bc5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35F73C-C095-46D9-ABB9-835DC34AE443}">
  <ds:schemaRefs>
    <ds:schemaRef ds:uri="http://schemas.microsoft.com/sharepoint/v3/contenttype/forms"/>
  </ds:schemaRefs>
</ds:datastoreItem>
</file>

<file path=customXml/itemProps3.xml><?xml version="1.0" encoding="utf-8"?>
<ds:datastoreItem xmlns:ds="http://schemas.openxmlformats.org/officeDocument/2006/customXml" ds:itemID="{FB7DACCE-90F9-4C9D-A0EB-B20A26318A4B}">
  <ds:schemaRefs>
    <ds:schemaRef ds:uri="http://schemas.microsoft.com/office/2006/metadata/properties"/>
    <ds:schemaRef ds:uri="http://schemas.microsoft.com/office/infopath/2007/PartnerControls"/>
    <ds:schemaRef ds:uri="3a45a0bd-18a9-485d-a2a9-0399a2bc55e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45</Pages>
  <Words>6215</Words>
  <Characters>43885</Characters>
  <Application>Microsoft Office Word</Application>
  <DocSecurity>0</DocSecurity>
  <Lines>3657</Lines>
  <Paragraphs>726</Paragraphs>
  <ScaleCrop>false</ScaleCrop>
  <Manager/>
  <Company/>
  <LinksUpToDate>false</LinksUpToDate>
  <CharactersWithSpaces>49374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Shayna Begun</cp:lastModifiedBy>
  <cp:revision>3</cp:revision>
  <cp:lastPrinted>2026-07-07T23:00:00Z</cp:lastPrinted>
  <dcterms:created xsi:type="dcterms:W3CDTF">2026-10-19T20:22:00Z</dcterms:created>
  <dcterms:modified xsi:type="dcterms:W3CDTF">2026-10-19T20:52:00Z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0x010100D0EB15B42DAF394B86CB505F98427349</vt:lpwstr>
  </property>
  <property fmtid="{D5CDD505-2E9C-101B-9397-08002B2CF9AE}" pid="3" name="MediaServiceImageTags">
    <vt:lpwstr/>
  </property>
  <property fmtid="{D5CDD505-2E9C-101B-9397-08002B2CF9AE}" pid="4" name="docLang">
    <vt:lpwstr>en</vt:lpwstr>
  </property>
  <property fmtid="{D5CDD505-2E9C-101B-9397-08002B2CF9AE}" pid="5" name="MSIP_Label_e7a34d6c-d027-4e9a-8e77-ce611dc3755f_Enabled">
    <vt:lpwstr>true</vt:lpwstr>
  </property>
  <property fmtid="{D5CDD505-2E9C-101B-9397-08002B2CF9AE}" pid="6" name="MSIP_Label_e7a34d6c-d027-4e9a-8e77-ce611dc3755f_SetDate">
    <vt:lpwstr>2026-10-19T20:52:14Z</vt:lpwstr>
  </property>
  <property fmtid="{D5CDD505-2E9C-101B-9397-08002B2CF9AE}" pid="7" name="MSIP_Label_e7a34d6c-d027-4e9a-8e77-ce611dc3755f_Method">
    <vt:lpwstr>Standard</vt:lpwstr>
  </property>
  <property fmtid="{D5CDD505-2E9C-101B-9397-08002B2CF9AE}" pid="8" name="MSIP_Label_e7a34d6c-d027-4e9a-8e77-ce611dc3755f_Name">
    <vt:lpwstr>Sensitive (Cat2) M365</vt:lpwstr>
  </property>
  <property fmtid="{D5CDD505-2E9C-101B-9397-08002B2CF9AE}" pid="9" name="MSIP_Label_e7a34d6c-d027-4e9a-8e77-ce611dc3755f_SiteId">
    <vt:lpwstr>f94c251c-1347-422e-b3ea-8ac56befd6cb</vt:lpwstr>
  </property>
  <property fmtid="{D5CDD505-2E9C-101B-9397-08002B2CF9AE}" pid="10" name="MSIP_Label_e7a34d6c-d027-4e9a-8e77-ce611dc3755f_ActionId">
    <vt:lpwstr>19d63865-50c6-4536-9508-6f49e4130ce3</vt:lpwstr>
  </property>
  <property fmtid="{D5CDD505-2E9C-101B-9397-08002B2CF9AE}" pid="11" name="MSIP_Label_e7a34d6c-d027-4e9a-8e77-ce611dc3755f_ContentBits">
    <vt:lpwstr>0</vt:lpwstr>
  </property>
  <property fmtid="{D5CDD505-2E9C-101B-9397-08002B2CF9AE}" pid="12" name="MSIP_Label_e7a34d6c-d027-4e9a-8e77-ce611dc3755f_Tag">
    <vt:lpwstr>10, 3, 0, 1</vt:lpwstr>
  </property>
</Properties>
</file>